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F6A" w:rsidRPr="006B5380" w:rsidRDefault="003D1F6A">
      <w:pPr>
        <w:spacing w:before="40" w:after="0"/>
        <w:jc w:val="right"/>
        <w:rPr>
          <w:rFonts w:cs="Times New Roman"/>
          <w:sz w:val="24"/>
          <w:szCs w:val="24"/>
        </w:rPr>
      </w:pPr>
    </w:p>
    <w:p w:rsidR="006B5380" w:rsidRPr="006B5380" w:rsidRDefault="006B5380">
      <w:pPr>
        <w:spacing w:before="40" w:after="0"/>
        <w:jc w:val="right"/>
        <w:rPr>
          <w:rFonts w:cs="Times New Roman"/>
          <w:sz w:val="24"/>
          <w:szCs w:val="24"/>
        </w:rPr>
      </w:pPr>
    </w:p>
    <w:tbl>
      <w:tblPr>
        <w:tblW w:w="14600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1276"/>
        <w:gridCol w:w="763"/>
        <w:gridCol w:w="654"/>
        <w:gridCol w:w="1560"/>
        <w:gridCol w:w="1842"/>
        <w:gridCol w:w="851"/>
        <w:gridCol w:w="2824"/>
        <w:gridCol w:w="647"/>
        <w:gridCol w:w="356"/>
        <w:gridCol w:w="2889"/>
      </w:tblGrid>
      <w:tr w:rsidR="009205C7" w:rsidRPr="006B5380" w:rsidTr="009205C7">
        <w:trPr>
          <w:trHeight w:val="413"/>
        </w:trPr>
        <w:tc>
          <w:tcPr>
            <w:tcW w:w="3631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pStyle w:val="Titl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5C7" w:rsidRPr="006B5380" w:rsidRDefault="009205C7" w:rsidP="007B5639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 xml:space="preserve">Logo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Komunës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SHKOLLA:</w:t>
            </w:r>
          </w:p>
        </w:tc>
        <w:tc>
          <w:tcPr>
            <w:tcW w:w="4678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 xml:space="preserve">SHFMU </w:t>
            </w:r>
            <w:proofErr w:type="gramStart"/>
            <w:r w:rsidRPr="006B5380">
              <w:rPr>
                <w:rFonts w:cs="Times New Roman"/>
                <w:b/>
                <w:sz w:val="24"/>
                <w:szCs w:val="24"/>
              </w:rPr>
              <w:t>“ ”</w:t>
            </w:r>
            <w:proofErr w:type="gramEnd"/>
          </w:p>
        </w:tc>
        <w:tc>
          <w:tcPr>
            <w:tcW w:w="2889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color w:val="0000CC"/>
                <w:sz w:val="24"/>
                <w:szCs w:val="24"/>
              </w:rPr>
            </w:pPr>
          </w:p>
          <w:p w:rsidR="009205C7" w:rsidRPr="006B5380" w:rsidRDefault="009205C7" w:rsidP="007B5639">
            <w:pPr>
              <w:spacing w:after="0" w:line="240" w:lineRule="auto"/>
              <w:ind w:right="257"/>
              <w:jc w:val="center"/>
              <w:rPr>
                <w:rFonts w:cs="Times New Roman"/>
                <w:b/>
                <w:color w:val="0000CC"/>
                <w:sz w:val="24"/>
                <w:szCs w:val="24"/>
              </w:rPr>
            </w:pPr>
            <w:r w:rsidRPr="006B5380">
              <w:rPr>
                <w:rFonts w:cs="Times New Roman"/>
                <w:b/>
                <w:color w:val="0000CC"/>
                <w:sz w:val="24"/>
                <w:szCs w:val="24"/>
              </w:rPr>
              <w:t xml:space="preserve">Logo e </w:t>
            </w:r>
            <w:proofErr w:type="spellStart"/>
            <w:r w:rsidRPr="006B5380">
              <w:rPr>
                <w:rFonts w:cs="Times New Roman"/>
                <w:b/>
                <w:color w:val="0000CC"/>
                <w:sz w:val="24"/>
                <w:szCs w:val="24"/>
              </w:rPr>
              <w:t>shkollës</w:t>
            </w:r>
            <w:proofErr w:type="spellEnd"/>
          </w:p>
        </w:tc>
      </w:tr>
      <w:tr w:rsidR="009205C7" w:rsidRPr="006B5380" w:rsidTr="009205C7">
        <w:trPr>
          <w:trHeight w:val="208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ind w:firstLine="360"/>
              <w:rPr>
                <w:rFonts w:cs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6B5380">
              <w:rPr>
                <w:rFonts w:cs="Times New Roman"/>
                <w:b/>
                <w:sz w:val="24"/>
                <w:szCs w:val="24"/>
              </w:rPr>
              <w:t>PLANI  VJETOR</w:t>
            </w:r>
            <w:proofErr w:type="gramEnd"/>
            <w:r w:rsidRPr="006B5380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2026 / 2027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205C7" w:rsidRPr="006B5380" w:rsidTr="009205C7">
        <w:trPr>
          <w:trHeight w:val="462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ind w:firstLine="360"/>
              <w:rPr>
                <w:rFonts w:cs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4A3395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ARTET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205C7" w:rsidRPr="006B5380" w:rsidTr="009205C7">
        <w:trPr>
          <w:trHeight w:val="336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ind w:firstLine="360"/>
              <w:rPr>
                <w:rFonts w:cs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6B5380">
              <w:rPr>
                <w:rFonts w:cs="Times New Roman"/>
                <w:b/>
                <w:sz w:val="24"/>
                <w:szCs w:val="24"/>
              </w:rPr>
              <w:t>KLASA :</w:t>
            </w:r>
            <w:proofErr w:type="gramEnd"/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288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9205C7" w:rsidRPr="006B5380" w:rsidTr="009205C7">
        <w:trPr>
          <w:trHeight w:val="313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Lënda-ët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fushës</w:t>
            </w:r>
            <w:proofErr w:type="spellEnd"/>
          </w:p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kurrikulare</w:t>
            </w:r>
            <w:proofErr w:type="spellEnd"/>
          </w:p>
        </w:tc>
        <w:tc>
          <w:tcPr>
            <w:tcW w:w="977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T E M A T   M Ë S I M O R E   T Ë   S H P Ë R N D A R A   G J A T Ë   M U A J V E</w:t>
            </w:r>
          </w:p>
        </w:tc>
        <w:tc>
          <w:tcPr>
            <w:tcW w:w="389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DD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Kontributi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rezultatet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nxënit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për</w:t>
            </w:r>
            <w:proofErr w:type="spellEnd"/>
          </w:p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kompetencat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kryesore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shkallës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IV</w:t>
            </w:r>
          </w:p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(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Klasa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IX)</w:t>
            </w:r>
          </w:p>
        </w:tc>
      </w:tr>
      <w:tr w:rsidR="009205C7" w:rsidRPr="006B5380" w:rsidTr="009205C7">
        <w:trPr>
          <w:trHeight w:val="19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BF6F9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MT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25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GJYSMËVJETORI I PARË</w:t>
            </w:r>
          </w:p>
        </w:tc>
        <w:tc>
          <w:tcPr>
            <w:tcW w:w="551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GJYSMËVJETORI I DYTË</w:t>
            </w:r>
          </w:p>
        </w:tc>
        <w:tc>
          <w:tcPr>
            <w:tcW w:w="3892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FF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MT" w:cs="Times New Roman"/>
                <w:b/>
                <w:sz w:val="24"/>
                <w:szCs w:val="24"/>
              </w:rPr>
            </w:pPr>
          </w:p>
        </w:tc>
      </w:tr>
      <w:tr w:rsidR="009205C7" w:rsidRPr="006B5380" w:rsidTr="009205C7">
        <w:trPr>
          <w:cantSplit/>
          <w:trHeight w:val="679"/>
        </w:trPr>
        <w:tc>
          <w:tcPr>
            <w:tcW w:w="9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MT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SHTATOR - TETOR</w:t>
            </w:r>
          </w:p>
        </w:tc>
        <w:tc>
          <w:tcPr>
            <w:tcW w:w="221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NËNTOR - DHJETOR</w:t>
            </w:r>
          </w:p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JANAR - SHKURT - MARS</w:t>
            </w:r>
          </w:p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PRILL - MAJ - QERSHOR</w:t>
            </w:r>
          </w:p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18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245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1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Kompetenca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komunikimit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shprehurit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  <w:lang w:val="de-DE"/>
              </w:rPr>
              <w:t>Komunikues</w:t>
            </w:r>
            <w:proofErr w:type="spellEnd"/>
            <w:r w:rsidRPr="006B5380">
              <w:rPr>
                <w:rFonts w:cs="Times New Roman"/>
                <w:b/>
                <w:color w:val="C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  <w:lang w:val="de-DE"/>
              </w:rPr>
              <w:t>efektiv</w:t>
            </w:r>
            <w:proofErr w:type="spellEnd"/>
          </w:p>
        </w:tc>
      </w:tr>
      <w:tr w:rsidR="009205C7" w:rsidRPr="006B5380" w:rsidTr="009205C7">
        <w:trPr>
          <w:cantSplit/>
          <w:trHeight w:val="322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Lënda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Teknologji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 xml:space="preserve"> me TIK</w:t>
            </w:r>
          </w:p>
        </w:tc>
        <w:tc>
          <w:tcPr>
            <w:tcW w:w="203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Elementet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figurative (8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1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Parimet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artit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(1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14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>Parimet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>artit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 xml:space="preserve"> (3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>)</w:t>
            </w: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  <w:lang w:val="de-DE"/>
              </w:rPr>
            </w:pP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>Ekspozita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>aktivitete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>kulturore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 xml:space="preserve"> (1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  <w:lang w:val="de-DE"/>
              </w:rPr>
              <w:t>)</w:t>
            </w: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  <w:lang w:val="de-DE"/>
              </w:rPr>
            </w:pPr>
          </w:p>
          <w:p w:rsidR="009205C7" w:rsidRPr="006B5380" w:rsidRDefault="009205C7" w:rsidP="009205C7">
            <w:pPr>
              <w:spacing w:after="0" w:line="221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Krijimi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punimeve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(4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Krijimi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punimeve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(8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1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Periudha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historike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(3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Periudha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historike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(4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Vizita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dhe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ngjarje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artistike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(1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Vlerësimi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veprave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artistike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(1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8" w:lineRule="auto"/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Ekspozita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dhe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aktivitete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kulturore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(1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9205C7" w:rsidRPr="006B5380" w:rsidRDefault="009205C7" w:rsidP="009205C7">
            <w:pPr>
              <w:spacing w:after="0" w:line="221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1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9205C7" w:rsidRPr="006B5380" w:rsidRDefault="009205C7" w:rsidP="009205C7">
            <w:pPr>
              <w:spacing w:after="0" w:line="221" w:lineRule="auto"/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Planifikime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 xml:space="preserve"> (2 </w:t>
            </w:r>
            <w:proofErr w:type="spellStart"/>
            <w:r w:rsidRPr="006B5380">
              <w:rPr>
                <w:rFonts w:cs="Times New Roman"/>
                <w:b/>
                <w:bCs/>
                <w:sz w:val="24"/>
                <w:szCs w:val="24"/>
              </w:rPr>
              <w:t>orë</w:t>
            </w:r>
            <w:proofErr w:type="spellEnd"/>
            <w:r w:rsidRPr="006B5380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9205C7" w:rsidRPr="006B5380" w:rsidRDefault="009205C7" w:rsidP="007B5639">
            <w:pPr>
              <w:spacing w:after="0" w:line="221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9205C7" w:rsidRPr="006B5380" w:rsidRDefault="009205C7" w:rsidP="007B5639">
            <w:pPr>
              <w:spacing w:line="240" w:lineRule="auto"/>
              <w:rPr>
                <w:rFonts w:eastAsia="ArialMT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>1, 2, 4, 6</w:t>
            </w:r>
          </w:p>
        </w:tc>
      </w:tr>
      <w:tr w:rsidR="009205C7" w:rsidRPr="006B5380" w:rsidTr="009205C7">
        <w:trPr>
          <w:cantSplit/>
          <w:trHeight w:val="67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ind w:left="113" w:right="113"/>
              <w:rPr>
                <w:rFonts w:eastAsia="ArialMT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1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Kompetenca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menduarit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  <w:lang w:val="de-DE"/>
              </w:rPr>
              <w:t>Mendimtar</w:t>
            </w:r>
            <w:proofErr w:type="spellEnd"/>
            <w:r w:rsidRPr="006B5380">
              <w:rPr>
                <w:rFonts w:cs="Times New Roman"/>
                <w:b/>
                <w:color w:val="C00000"/>
                <w:sz w:val="24"/>
                <w:szCs w:val="24"/>
                <w:lang w:val="de-DE"/>
              </w:rPr>
              <w:t xml:space="preserve"> kreativ</w:t>
            </w:r>
          </w:p>
        </w:tc>
      </w:tr>
      <w:tr w:rsidR="009205C7" w:rsidRPr="006B5380" w:rsidTr="009205C7">
        <w:trPr>
          <w:cantSplit/>
          <w:trHeight w:val="387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ind w:left="113" w:right="113"/>
              <w:rPr>
                <w:rFonts w:eastAsia="ArialMT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9205C7" w:rsidRPr="006B5380" w:rsidRDefault="009205C7" w:rsidP="007B5639">
            <w:pPr>
              <w:spacing w:line="240" w:lineRule="auto"/>
              <w:rPr>
                <w:rFonts w:eastAsia="ArialMT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>1, 3, 4, 5, 6, 7</w:t>
            </w:r>
          </w:p>
        </w:tc>
      </w:tr>
      <w:tr w:rsidR="009205C7" w:rsidRPr="006B5380" w:rsidTr="009205C7">
        <w:trPr>
          <w:cantSplit/>
          <w:trHeight w:val="61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ind w:left="113" w:right="113"/>
              <w:rPr>
                <w:rFonts w:eastAsia="ArialMT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1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Kompetenca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nxënit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>Nxënës</w:t>
            </w:r>
            <w:proofErr w:type="spellEnd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>i</w:t>
            </w:r>
            <w:proofErr w:type="spellEnd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>suksesshëm</w:t>
            </w:r>
            <w:proofErr w:type="spellEnd"/>
          </w:p>
        </w:tc>
      </w:tr>
      <w:tr w:rsidR="009205C7" w:rsidRPr="006B5380" w:rsidTr="009205C7">
        <w:trPr>
          <w:cantSplit/>
          <w:trHeight w:val="276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ind w:left="113" w:right="113"/>
              <w:rPr>
                <w:rFonts w:eastAsia="ArialMT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pStyle w:val="TableParagraph"/>
              <w:ind w:left="108"/>
              <w:rPr>
                <w:b/>
                <w:sz w:val="24"/>
                <w:szCs w:val="24"/>
                <w:lang w:val="sq-AL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9205C7" w:rsidRPr="006B5380" w:rsidRDefault="009205C7" w:rsidP="007B5639">
            <w:pPr>
              <w:spacing w:line="240" w:lineRule="auto"/>
              <w:rPr>
                <w:rFonts w:eastAsia="ArialMT" w:cs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>1, 3, 5, 7, 8</w:t>
            </w:r>
          </w:p>
        </w:tc>
      </w:tr>
      <w:tr w:rsidR="009205C7" w:rsidRPr="006B5380" w:rsidTr="009205C7">
        <w:trPr>
          <w:cantSplit/>
          <w:trHeight w:val="55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ind w:left="113" w:right="113"/>
              <w:rPr>
                <w:rFonts w:eastAsia="ArialMT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1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Kompetenca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jetë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punë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mjedis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  <w:lang w:val="de-DE"/>
              </w:rPr>
              <w:t>Kontribues</w:t>
            </w:r>
            <w:proofErr w:type="spellEnd"/>
            <w:r w:rsidRPr="006B5380">
              <w:rPr>
                <w:rFonts w:cs="Times New Roman"/>
                <w:b/>
                <w:color w:val="C00000"/>
                <w:sz w:val="24"/>
                <w:szCs w:val="24"/>
                <w:lang w:val="de-DE"/>
              </w:rPr>
              <w:t xml:space="preserve"> produktiv</w:t>
            </w:r>
          </w:p>
        </w:tc>
      </w:tr>
      <w:tr w:rsidR="009205C7" w:rsidRPr="006B5380" w:rsidTr="009205C7">
        <w:trPr>
          <w:cantSplit/>
          <w:trHeight w:val="33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ind w:left="113" w:right="113"/>
              <w:rPr>
                <w:rFonts w:eastAsia="ArialMT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9205C7" w:rsidRPr="006B5380" w:rsidRDefault="009205C7" w:rsidP="007B5639">
            <w:pPr>
              <w:spacing w:line="240" w:lineRule="auto"/>
              <w:rPr>
                <w:rFonts w:eastAsia="ArialMT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3, 4, 7</w:t>
            </w:r>
          </w:p>
        </w:tc>
      </w:tr>
      <w:tr w:rsidR="009205C7" w:rsidRPr="006B5380" w:rsidTr="009205C7">
        <w:trPr>
          <w:cantSplit/>
          <w:trHeight w:val="536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ind w:left="113" w:right="113"/>
              <w:rPr>
                <w:rFonts w:eastAsia="ArialMT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1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Kompetenca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personale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>Individ</w:t>
            </w:r>
            <w:proofErr w:type="spellEnd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>i</w:t>
            </w:r>
            <w:proofErr w:type="spellEnd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>shëndoshë</w:t>
            </w:r>
            <w:proofErr w:type="spellEnd"/>
          </w:p>
        </w:tc>
      </w:tr>
      <w:tr w:rsidR="009205C7" w:rsidRPr="006B5380" w:rsidTr="009205C7">
        <w:trPr>
          <w:cantSplit/>
          <w:trHeight w:val="294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ind w:left="113" w:right="113"/>
              <w:rPr>
                <w:rFonts w:eastAsia="ArialMT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9205C7" w:rsidRPr="006B5380" w:rsidRDefault="009205C7" w:rsidP="007B5639">
            <w:pPr>
              <w:spacing w:line="240" w:lineRule="auto"/>
              <w:rPr>
                <w:rFonts w:eastAsia="ArialMT" w:cs="Times New Roman"/>
                <w:b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2, 4, 5</w:t>
            </w:r>
          </w:p>
        </w:tc>
      </w:tr>
      <w:tr w:rsidR="009205C7" w:rsidRPr="006B5380" w:rsidTr="009205C7">
        <w:trPr>
          <w:cantSplit/>
          <w:trHeight w:val="49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ind w:left="113" w:right="113"/>
              <w:rPr>
                <w:rFonts w:eastAsia="ArialMT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3245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1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Kompetenca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qytetare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>Qytetar</w:t>
            </w:r>
            <w:proofErr w:type="spellEnd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>i</w:t>
            </w:r>
            <w:proofErr w:type="spellEnd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color w:val="C00000"/>
                <w:sz w:val="24"/>
                <w:szCs w:val="24"/>
              </w:rPr>
              <w:t>përgjegjshëm</w:t>
            </w:r>
            <w:proofErr w:type="spellEnd"/>
          </w:p>
        </w:tc>
      </w:tr>
      <w:tr w:rsidR="009205C7" w:rsidRPr="006B5380" w:rsidTr="009205C7">
        <w:trPr>
          <w:cantSplit/>
          <w:trHeight w:val="356"/>
        </w:trPr>
        <w:tc>
          <w:tcPr>
            <w:tcW w:w="93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ind w:left="113" w:right="113"/>
              <w:rPr>
                <w:rFonts w:eastAsia="ArialMT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205C7" w:rsidRPr="006B5380" w:rsidRDefault="009205C7" w:rsidP="007B563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9205C7" w:rsidRPr="006B5380" w:rsidRDefault="009205C7" w:rsidP="007B563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ArialMT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1, 6, 8</w:t>
            </w:r>
          </w:p>
        </w:tc>
      </w:tr>
      <w:tr w:rsidR="009205C7" w:rsidRPr="006B5380" w:rsidTr="009205C7">
        <w:trPr>
          <w:trHeight w:val="313"/>
        </w:trPr>
        <w:tc>
          <w:tcPr>
            <w:tcW w:w="2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B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Arsimtari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386" w:type="dxa"/>
            <w:gridSpan w:val="9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9205C7" w:rsidRPr="006B5380" w:rsidRDefault="009205C7" w:rsidP="007B5639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3D1F6A" w:rsidRPr="006B5380" w:rsidRDefault="00000000">
      <w:pPr>
        <w:rPr>
          <w:rFonts w:cs="Times New Roman"/>
          <w:sz w:val="24"/>
          <w:szCs w:val="24"/>
        </w:rPr>
      </w:pPr>
      <w:r w:rsidRPr="006B5380">
        <w:rPr>
          <w:rFonts w:cs="Times New Roman"/>
          <w:sz w:val="24"/>
          <w:szCs w:val="24"/>
        </w:rPr>
        <w:br w:type="page"/>
      </w:r>
    </w:p>
    <w:p w:rsidR="009205C7" w:rsidRPr="006B5380" w:rsidRDefault="009205C7">
      <w:pPr>
        <w:rPr>
          <w:rFonts w:cs="Times New Roman"/>
          <w:sz w:val="24"/>
          <w:szCs w:val="24"/>
        </w:rPr>
      </w:pPr>
    </w:p>
    <w:p w:rsidR="009205C7" w:rsidRPr="006B5380" w:rsidRDefault="009205C7">
      <w:pPr>
        <w:rPr>
          <w:rFonts w:cs="Times New Roman"/>
          <w:sz w:val="24"/>
          <w:szCs w:val="24"/>
        </w:rPr>
      </w:pP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1303"/>
        <w:gridCol w:w="2494"/>
        <w:gridCol w:w="2438"/>
        <w:gridCol w:w="1531"/>
        <w:gridCol w:w="1928"/>
        <w:gridCol w:w="2041"/>
        <w:gridCol w:w="2268"/>
        <w:gridCol w:w="1023"/>
      </w:tblGrid>
      <w:tr w:rsidR="003D1F6A" w:rsidRPr="006B5380" w:rsidTr="006B5380">
        <w:trPr>
          <w:jc w:val="center"/>
        </w:trPr>
        <w:tc>
          <w:tcPr>
            <w:tcW w:w="37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 xml:space="preserve">Logo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Komunës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PLANI PERIODIK: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SHTATOR - TETOR</w:t>
            </w:r>
          </w:p>
        </w:tc>
        <w:tc>
          <w:tcPr>
            <w:tcW w:w="32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Logo e shkollës</w:t>
            </w:r>
          </w:p>
        </w:tc>
      </w:tr>
      <w:tr w:rsidR="003D1F6A" w:rsidRPr="006B5380" w:rsidTr="006B5380">
        <w:trPr>
          <w:jc w:val="center"/>
        </w:trPr>
        <w:tc>
          <w:tcPr>
            <w:tcW w:w="37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VITI SHKOLLOR: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2026 / 2027</w:t>
            </w:r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7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Arte</w:t>
            </w:r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7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LËNDA: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Arti Figurativ</w:t>
            </w:r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7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KLASA / FONDI: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6B5380">
              <w:rPr>
                <w:rFonts w:cs="Times New Roman"/>
                <w:b/>
                <w:sz w:val="24"/>
                <w:szCs w:val="24"/>
              </w:rPr>
              <w:t>VI  |</w:t>
            </w:r>
            <w:proofErr w:type="gramEnd"/>
            <w:r w:rsidRPr="006B5380">
              <w:rPr>
                <w:rFonts w:cs="Times New Roman"/>
                <w:b/>
                <w:sz w:val="24"/>
                <w:szCs w:val="24"/>
              </w:rPr>
              <w:t xml:space="preserve">  9 orë</w:t>
            </w:r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150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TEMA-T mësimore:  Elementet figurative   •   Parimet e artit</w:t>
            </w:r>
          </w:p>
        </w:tc>
      </w:tr>
      <w:tr w:rsidR="003D1F6A" w:rsidRPr="006B5380" w:rsidTr="006B5380">
        <w:trPr>
          <w:jc w:val="center"/>
        </w:trPr>
        <w:tc>
          <w:tcPr>
            <w:tcW w:w="150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color w:val="0000B4"/>
                <w:sz w:val="24"/>
                <w:szCs w:val="24"/>
              </w:rPr>
              <w:t xml:space="preserve">RNK – </w:t>
            </w:r>
            <w:r w:rsidRPr="006B5380">
              <w:rPr>
                <w:rFonts w:cs="Times New Roman"/>
                <w:sz w:val="24"/>
                <w:szCs w:val="24"/>
              </w:rPr>
              <w:t>Rezultatet e të nxënit për kompetencat kryesore të shkallës III që synohen të arrihen përmes shtjellimit të temës/ave:  I.2, I.4, I.6; II.1, II.3, II.4; III.1, III.3, III.5; IV.3, IV.4; V.2; VI.6</w:t>
            </w:r>
          </w:p>
        </w:tc>
      </w:tr>
      <w:tr w:rsidR="003D1F6A" w:rsidRPr="006B5380" w:rsidTr="006B5380">
        <w:trPr>
          <w:jc w:val="center"/>
        </w:trPr>
        <w:tc>
          <w:tcPr>
            <w:tcW w:w="150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color w:val="0000B4"/>
                <w:sz w:val="24"/>
                <w:szCs w:val="24"/>
              </w:rPr>
              <w:t xml:space="preserve">RNF – </w:t>
            </w:r>
            <w:r w:rsidRPr="006B5380">
              <w:rPr>
                <w:rFonts w:cs="Times New Roman"/>
                <w:sz w:val="24"/>
                <w:szCs w:val="24"/>
              </w:rPr>
              <w:t>Rezultatet e të nxënit të fushës kurrikulare Arte, Shkalla III, që synohen të arrihen përmes shtjellimit të temës/ave:  2.1, 2.3, 4.2</w:t>
            </w:r>
          </w:p>
        </w:tc>
      </w:tr>
      <w:tr w:rsidR="003D1F6A" w:rsidRPr="006B5380" w:rsidTr="006B5380">
        <w:trPr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Tema-t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mësimore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Rezultatet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nxënit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tema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mësimore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br/>
              <w:t>RNL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Njësitë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Mësimore</w:t>
            </w:r>
            <w:proofErr w:type="spellEnd"/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Koha 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mësimore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(orë)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Metodologjia 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mësimdhënies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Metodologjia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e vlerësimit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Ndërlidhja me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lëndë tjera mësimore, me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çështjet ndërkurrikulare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Burimet</w:t>
            </w:r>
          </w:p>
        </w:tc>
      </w:tr>
      <w:tr w:rsidR="003D1F6A" w:rsidRPr="006B5380" w:rsidTr="006B5380">
        <w:trPr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1. Elementet figurative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2. Parimet e artit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Njeh, përshkruan dhe përdor elementet dhe parimet e gjuhës figurative.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Dallon dhe përdor lloje të ndryshme të vijave për të realizuar punime artistike.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Prezanton dhe përshkruan punimet e tij/saj para klasës.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Dallon lloje të ndryshme të formave dhe realizon punim duke përdorur elementin e formës.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Krijon vepra artistike duke përdorur lloje dhe teknika të ndryshme të vizatimit.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lastRenderedPageBreak/>
              <w:t>• Dallon llojet e ngjyrave dhe i aplikon ato në punimet artistike.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Analizon dhe vlerëson krijimet artistike vetjake dhe të të tjerëve.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Përdor lloje të ndryshme teksturash për të krijuar punim me teksturë.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Shpjegon rëndësinë e dritëhijes dhe e aplikon atë në vepra arti.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Dallon dhe aplikon vëllimin në vepra dy- dhe tredimensionale.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Dallon lloje të hapësirës dhe përdor perspektivën për iluzionin e hapësirës.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Identifikon lloje të ndryshme të baraspeshës dhe i përdor ato në vepra artistike.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lastRenderedPageBreak/>
              <w:t>1. Perceptimi pamor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2. Shenja dhe pika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3. Vija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4. Forma dydimensionale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5. Ngjyra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6. Tekstura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7. Vëllimi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8. Hapësira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9. Kompozimi dhe parimet e tij. Baraspesha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Mësimdhënie dhe nxënie me nxënësin në qendër dhe gjithëpërfshirëse.</w:t>
            </w:r>
            <w:r w:rsidRPr="006B5380">
              <w:rPr>
                <w:rFonts w:cs="Times New Roman"/>
                <w:sz w:val="24"/>
                <w:szCs w:val="24"/>
              </w:rPr>
              <w:br/>
              <w:t>Kujtesë pamore, bisedë, brainstorming, harta e të pyeturit dhe organizues grafikë.</w:t>
            </w:r>
            <w:r w:rsidRPr="006B5380">
              <w:rPr>
                <w:rFonts w:cs="Times New Roman"/>
                <w:sz w:val="24"/>
                <w:szCs w:val="24"/>
              </w:rPr>
              <w:br/>
              <w:t>Demonstrim, eksperimentim, hulumtim i orientuar/lirë dhe punë praktike krijuese.</w:t>
            </w:r>
            <w:r w:rsidRPr="006B5380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individuale,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çifte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grupe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;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diskutim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veprave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galeri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punimesh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Përdorim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imazheve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materialeve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konkrete dhe mjeteve digjitale sipas temës.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diagnostik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formativ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gjatë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procesit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mësimor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Vëzhgim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sistematik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pyetje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diskutim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praktike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sipas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rezultateve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kritereve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përcaktuara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Portofoli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nxënësit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vetëvlerësim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ndërsjellë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Prezantim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reflektim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mbi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punimet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Gjuhët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komunikimi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përshkrim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argumentim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fjalor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Shoqëria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mjedisi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kulturë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histori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trashëgimi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Jeta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planifikim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bashkëpunim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përdorim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mjeteve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Shkencat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natyrës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drita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ngjyra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materiale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mjedisi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Matematika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forma,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simetri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proporcione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hapësirë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Çështje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ndërkurrikulare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zhvillim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qëndrueshëm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edukim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media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njohje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kulturash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</w:rPr>
              <w:lastRenderedPageBreak/>
              <w:t xml:space="preserve">Arti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Figurativ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6 – Botime PEGI, Kosovë.</w:t>
            </w:r>
            <w:r w:rsidRPr="006B5380">
              <w:rPr>
                <w:rFonts w:cs="Times New Roman"/>
                <w:sz w:val="24"/>
                <w:szCs w:val="24"/>
              </w:rPr>
              <w:br/>
              <w:t>Libri për mësuesin – Arti Figurativ 6, PEGI.</w:t>
            </w:r>
            <w:r w:rsidRPr="006B5380">
              <w:rPr>
                <w:rFonts w:cs="Times New Roman"/>
                <w:sz w:val="24"/>
                <w:szCs w:val="24"/>
              </w:rPr>
              <w:br/>
              <w:t xml:space="preserve">Letër vizatimi, lapsa, ngjyra, akuarel, penela, plastelinë/argjilë, </w:t>
            </w:r>
            <w:r w:rsidRPr="006B5380">
              <w:rPr>
                <w:rFonts w:cs="Times New Roman"/>
                <w:sz w:val="24"/>
                <w:szCs w:val="24"/>
              </w:rPr>
              <w:lastRenderedPageBreak/>
              <w:t>karton, ngjitës dhe materiale të riciklueshme.</w:t>
            </w:r>
            <w:r w:rsidRPr="006B5380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Imazhe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riprodhime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veprash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fotografi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, video-projektor/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kompjuter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burime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digjitale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</w:tr>
    </w:tbl>
    <w:p w:rsidR="003D1F6A" w:rsidRPr="006B5380" w:rsidRDefault="00000000" w:rsidP="006B5380">
      <w:pPr>
        <w:spacing w:before="40" w:after="0"/>
        <w:ind w:right="593"/>
        <w:jc w:val="right"/>
        <w:rPr>
          <w:rFonts w:cs="Times New Roman"/>
          <w:sz w:val="24"/>
          <w:szCs w:val="24"/>
        </w:rPr>
      </w:pPr>
      <w:proofErr w:type="spellStart"/>
      <w:r w:rsidRPr="006B5380">
        <w:rPr>
          <w:rFonts w:cs="Times New Roman"/>
          <w:b/>
          <w:sz w:val="24"/>
          <w:szCs w:val="24"/>
        </w:rPr>
        <w:lastRenderedPageBreak/>
        <w:t>Arsimtari</w:t>
      </w:r>
      <w:proofErr w:type="spellEnd"/>
      <w:r w:rsidRPr="006B5380">
        <w:rPr>
          <w:rFonts w:cs="Times New Roman"/>
          <w:b/>
          <w:sz w:val="24"/>
          <w:szCs w:val="24"/>
        </w:rPr>
        <w:t>/ja: ___________________________</w:t>
      </w:r>
    </w:p>
    <w:p w:rsidR="003D1F6A" w:rsidRPr="006B5380" w:rsidRDefault="00000000">
      <w:pPr>
        <w:rPr>
          <w:rFonts w:cs="Times New Roman"/>
          <w:sz w:val="24"/>
          <w:szCs w:val="24"/>
        </w:rPr>
      </w:pPr>
      <w:r w:rsidRPr="006B5380">
        <w:rPr>
          <w:rFonts w:cs="Times New Roman"/>
          <w:sz w:val="24"/>
          <w:szCs w:val="24"/>
        </w:rPr>
        <w:br w:type="page"/>
      </w:r>
    </w:p>
    <w:tbl>
      <w:tblPr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989"/>
        <w:gridCol w:w="2494"/>
        <w:gridCol w:w="2438"/>
        <w:gridCol w:w="1531"/>
        <w:gridCol w:w="1928"/>
        <w:gridCol w:w="2041"/>
        <w:gridCol w:w="2268"/>
        <w:gridCol w:w="1195"/>
      </w:tblGrid>
      <w:tr w:rsidR="003D1F6A" w:rsidRPr="006B5380" w:rsidTr="006B5380">
        <w:trPr>
          <w:jc w:val="center"/>
        </w:trPr>
        <w:tc>
          <w:tcPr>
            <w:tcW w:w="34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lastRenderedPageBreak/>
              <w:t xml:space="preserve">Logo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Komunës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PLANI PERIODIK: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NËNTOR - DHJETOR</w:t>
            </w:r>
          </w:p>
        </w:tc>
        <w:tc>
          <w:tcPr>
            <w:tcW w:w="34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Logo e shkollës</w:t>
            </w:r>
          </w:p>
        </w:tc>
      </w:tr>
      <w:tr w:rsidR="003D1F6A" w:rsidRPr="006B5380" w:rsidTr="006B5380">
        <w:trPr>
          <w:jc w:val="center"/>
        </w:trPr>
        <w:tc>
          <w:tcPr>
            <w:tcW w:w="34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VITI SHKOLLOR: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2026 / 2027</w:t>
            </w:r>
          </w:p>
        </w:tc>
        <w:tc>
          <w:tcPr>
            <w:tcW w:w="34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4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Arte</w:t>
            </w:r>
          </w:p>
        </w:tc>
        <w:tc>
          <w:tcPr>
            <w:tcW w:w="34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4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LËNDA: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Arti Figurativ</w:t>
            </w:r>
          </w:p>
        </w:tc>
        <w:tc>
          <w:tcPr>
            <w:tcW w:w="34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4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KLASA / FONDI: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6B5380">
              <w:rPr>
                <w:rFonts w:cs="Times New Roman"/>
                <w:b/>
                <w:sz w:val="24"/>
                <w:szCs w:val="24"/>
              </w:rPr>
              <w:t>VI  |</w:t>
            </w:r>
            <w:proofErr w:type="gramEnd"/>
            <w:r w:rsidRPr="006B5380">
              <w:rPr>
                <w:rFonts w:cs="Times New Roman"/>
                <w:b/>
                <w:sz w:val="24"/>
                <w:szCs w:val="24"/>
              </w:rPr>
              <w:t xml:space="preserve">  8 orë</w:t>
            </w:r>
          </w:p>
        </w:tc>
        <w:tc>
          <w:tcPr>
            <w:tcW w:w="34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148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TEMA-T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mësimore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: 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Parimet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artit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  •  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Ekspozita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aktivitete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kulturore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  •  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Krijimi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punimeve</w:t>
            </w:r>
            <w:proofErr w:type="spellEnd"/>
          </w:p>
        </w:tc>
      </w:tr>
      <w:tr w:rsidR="003D1F6A" w:rsidRPr="006B5380" w:rsidTr="006B5380">
        <w:trPr>
          <w:jc w:val="center"/>
        </w:trPr>
        <w:tc>
          <w:tcPr>
            <w:tcW w:w="148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b/>
                <w:color w:val="0000B4"/>
                <w:sz w:val="24"/>
                <w:szCs w:val="24"/>
                <w:lang w:val="de-DE"/>
              </w:rPr>
              <w:t xml:space="preserve">RNK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Rezultatet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nxënit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kompetencat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kryesore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shkallës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III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që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synohen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arrihen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përmes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shtjellimit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temës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/ave:  I.2, I.4; II.1, II.3, II.5, II.6; III.3, III.5; IV.3, IV.4; V.2, V.4, V.5; VI.6, VI.8</w:t>
            </w:r>
          </w:p>
        </w:tc>
      </w:tr>
      <w:tr w:rsidR="003D1F6A" w:rsidRPr="006B5380" w:rsidTr="006B5380">
        <w:trPr>
          <w:jc w:val="center"/>
        </w:trPr>
        <w:tc>
          <w:tcPr>
            <w:tcW w:w="148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b/>
                <w:color w:val="0000B4"/>
                <w:sz w:val="24"/>
                <w:szCs w:val="24"/>
                <w:lang w:val="de-DE"/>
              </w:rPr>
              <w:t xml:space="preserve">RNF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Rezultatet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nxënit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fushës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kurrikulare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Arte,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Shkalla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III,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që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synohen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arrihen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përmes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shtjellimit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temës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/ave:  1.1, 2.1, 2.3, 4.2</w:t>
            </w:r>
          </w:p>
        </w:tc>
      </w:tr>
      <w:tr w:rsidR="003D1F6A" w:rsidRPr="006B5380" w:rsidTr="006B5380">
        <w:trPr>
          <w:jc w:val="center"/>
        </w:trPr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Tema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>-t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mësimore</w:t>
            </w:r>
            <w:proofErr w:type="spellEnd"/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Rezultatet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nxënit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tema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mësimore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br/>
              <w:t>RNL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Njësitë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Mësimore</w:t>
            </w:r>
            <w:proofErr w:type="spellEnd"/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Koha 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mësimore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(orë)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Metodologjia 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mësimdhënies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Metodologjia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e vlerësimit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Ndërlidhja me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lëndë tjera mësimore, me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çështjet ndërkurrikulare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Burimet</w:t>
            </w:r>
          </w:p>
        </w:tc>
      </w:tr>
      <w:tr w:rsidR="003D1F6A" w:rsidRPr="006B5380" w:rsidTr="006B5380">
        <w:trPr>
          <w:jc w:val="center"/>
        </w:trPr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1.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Parimet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artit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2.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Ekspozita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aktivitete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kulturore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3. Krijimi i punimeve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Identifikon lloje të ndryshme të harmonive dhe realizon punim me parimin e harmonisë.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Identifikon rëndësinë dhe karakteristikat e kontrastit në veprën e artit.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Përdor lloje të ndryshme të kontrastit në punime artistike.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Shpjegon rolin e proporcioneve për raportin e saktë ndërmjet formave.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Merr pjesë në ekspozita dhe projekte artistike në klasë, shkollë dhe komunitet.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Vëren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përjeton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çmon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punën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Krijon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vepra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duke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përdorur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lloje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teknika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ndryshme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vizatimit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Prezanton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përshkruan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punimet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tij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/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saj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Përzgjedh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përdor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teknika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ndryshme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pikturës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njohuri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nga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teoria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ngjyrave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lastRenderedPageBreak/>
              <w:t>10. Ritmi dhe harmonia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11. Kontrasti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12. Proporcionet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13. Ekspozita jonë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14.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Teknika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vizatimit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15.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Peizazh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teknikën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vizatimit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16.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Teknika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akuarelit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17. Peizazh me teknikën e akuarelit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Mësimdhënie dhe nxënie me nxënësin në qendër dhe gjithëpërfshirëse.</w:t>
            </w:r>
            <w:r w:rsidRPr="006B5380">
              <w:rPr>
                <w:rFonts w:cs="Times New Roman"/>
                <w:sz w:val="24"/>
                <w:szCs w:val="24"/>
              </w:rPr>
              <w:br/>
              <w:t>Kujtesë pamore, bisedë, brainstorming, harta e të pyeturit dhe organizues grafikë.</w:t>
            </w:r>
            <w:r w:rsidRPr="006B5380">
              <w:rPr>
                <w:rFonts w:cs="Times New Roman"/>
                <w:sz w:val="24"/>
                <w:szCs w:val="24"/>
              </w:rPr>
              <w:br/>
              <w:t>Demonstrim, eksperimentim, hulumtim i orientuar/lirë dhe punë praktike krijuese.</w:t>
            </w:r>
            <w:r w:rsidRPr="006B5380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individuale,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çifte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grupe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;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diskutim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veprave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galeri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punimesh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lastRenderedPageBreak/>
              <w:t>Përdorim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imazheve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materialeve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konkrete dhe mjeteve digjitale sipas temës.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diagnostik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formativ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gjatë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procesit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mësimor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Vëzhgim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sistematik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pyetje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diskutim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praktike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sipas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rezultateve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kritereve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përcaktuara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Portofoli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nxënësit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vetëvlerësim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ndërsjellë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Prezantim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reflektim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mbi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punimet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Gjuhët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komunikimi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përshkrim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argumentim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fjalor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Shoqëria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mjedisi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kulturë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histori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trashëgimi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Jeta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planifikim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bashkëpunim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përdorim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mjeteve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Shkencat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natyrës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drita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ngjyra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materiale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mjedisi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Matematika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forma,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simetri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proporcione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hapësirë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Çështje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ndërkurrikulare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zhvillim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qëndrueshëm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edukim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media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njohje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kulturash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</w:rPr>
              <w:lastRenderedPageBreak/>
              <w:t xml:space="preserve">Arti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Figurativ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6 – Botime PEGI, Kosovë.</w:t>
            </w:r>
            <w:r w:rsidRPr="006B5380">
              <w:rPr>
                <w:rFonts w:cs="Times New Roman"/>
                <w:sz w:val="24"/>
                <w:szCs w:val="24"/>
              </w:rPr>
              <w:br/>
              <w:t>Libri për mësuesin – Arti Figurativ 6, PEGI.</w:t>
            </w:r>
            <w:r w:rsidRPr="006B5380">
              <w:rPr>
                <w:rFonts w:cs="Times New Roman"/>
                <w:sz w:val="24"/>
                <w:szCs w:val="24"/>
              </w:rPr>
              <w:br/>
              <w:t>Letër vizatimi, lapsa, ngjyra, akuarel, penela, plastelinë/argjilë, karton, ngjitës dhe materiale të ricikluesh</w:t>
            </w:r>
            <w:r w:rsidRPr="006B5380">
              <w:rPr>
                <w:rFonts w:cs="Times New Roman"/>
                <w:sz w:val="24"/>
                <w:szCs w:val="24"/>
              </w:rPr>
              <w:lastRenderedPageBreak/>
              <w:t>me.</w:t>
            </w:r>
            <w:r w:rsidRPr="006B5380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Imazhe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riprodhime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veprash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fotografi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, video-projektor/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kompjuter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burime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digjitale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</w:tr>
    </w:tbl>
    <w:p w:rsidR="003D1F6A" w:rsidRPr="006B5380" w:rsidRDefault="00000000" w:rsidP="006B5380">
      <w:pPr>
        <w:spacing w:before="40" w:after="0"/>
        <w:ind w:right="735"/>
        <w:jc w:val="right"/>
        <w:rPr>
          <w:rFonts w:cs="Times New Roman"/>
          <w:sz w:val="24"/>
          <w:szCs w:val="24"/>
        </w:rPr>
      </w:pPr>
      <w:proofErr w:type="spellStart"/>
      <w:r w:rsidRPr="006B5380">
        <w:rPr>
          <w:rFonts w:cs="Times New Roman"/>
          <w:b/>
          <w:sz w:val="24"/>
          <w:szCs w:val="24"/>
        </w:rPr>
        <w:lastRenderedPageBreak/>
        <w:t>Arsimtari</w:t>
      </w:r>
      <w:proofErr w:type="spellEnd"/>
      <w:r w:rsidRPr="006B5380">
        <w:rPr>
          <w:rFonts w:cs="Times New Roman"/>
          <w:b/>
          <w:sz w:val="24"/>
          <w:szCs w:val="24"/>
        </w:rPr>
        <w:t>/ja: ______________________________</w:t>
      </w:r>
    </w:p>
    <w:p w:rsidR="003D1F6A" w:rsidRPr="006B5380" w:rsidRDefault="00000000" w:rsidP="006B5380">
      <w:pPr>
        <w:ind w:right="593"/>
        <w:rPr>
          <w:rFonts w:cs="Times New Roman"/>
          <w:sz w:val="24"/>
          <w:szCs w:val="24"/>
        </w:rPr>
      </w:pPr>
      <w:r w:rsidRPr="006B5380">
        <w:rPr>
          <w:rFonts w:cs="Times New Roman"/>
          <w:sz w:val="24"/>
          <w:szCs w:val="24"/>
        </w:rPr>
        <w:br w:type="page"/>
      </w:r>
    </w:p>
    <w:tbl>
      <w:tblPr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1161"/>
        <w:gridCol w:w="2494"/>
        <w:gridCol w:w="2438"/>
        <w:gridCol w:w="1531"/>
        <w:gridCol w:w="1928"/>
        <w:gridCol w:w="2041"/>
        <w:gridCol w:w="2268"/>
        <w:gridCol w:w="1023"/>
      </w:tblGrid>
      <w:tr w:rsidR="003D1F6A" w:rsidRPr="006B5380" w:rsidTr="006B5380">
        <w:trPr>
          <w:jc w:val="center"/>
        </w:trPr>
        <w:tc>
          <w:tcPr>
            <w:tcW w:w="36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lastRenderedPageBreak/>
              <w:t xml:space="preserve">Logo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Komunës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PLANI PERIODIK: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JANAR - SHKURT - MARS</w:t>
            </w:r>
          </w:p>
        </w:tc>
        <w:tc>
          <w:tcPr>
            <w:tcW w:w="32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Logo e shkollës</w:t>
            </w:r>
          </w:p>
        </w:tc>
      </w:tr>
      <w:tr w:rsidR="003D1F6A" w:rsidRPr="006B5380" w:rsidTr="006B5380">
        <w:trPr>
          <w:jc w:val="center"/>
        </w:trPr>
        <w:tc>
          <w:tcPr>
            <w:tcW w:w="3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VITI SHKOLLOR: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2026 / 2027</w:t>
            </w:r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Arte</w:t>
            </w:r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LËNDA: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Arti Figurativ</w:t>
            </w:r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KLASA / FONDI: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6B5380">
              <w:rPr>
                <w:rFonts w:cs="Times New Roman"/>
                <w:b/>
                <w:sz w:val="24"/>
                <w:szCs w:val="24"/>
              </w:rPr>
              <w:t>VI  |</w:t>
            </w:r>
            <w:proofErr w:type="gramEnd"/>
            <w:r w:rsidRPr="006B5380">
              <w:rPr>
                <w:rFonts w:cs="Times New Roman"/>
                <w:b/>
                <w:sz w:val="24"/>
                <w:szCs w:val="24"/>
              </w:rPr>
              <w:t xml:space="preserve">  11 orë</w:t>
            </w:r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148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TEMA-T mësimore:  Krijimi i punimeve   •   Periudha historike</w:t>
            </w:r>
          </w:p>
        </w:tc>
      </w:tr>
      <w:tr w:rsidR="003D1F6A" w:rsidRPr="006B5380" w:rsidTr="006B5380">
        <w:trPr>
          <w:jc w:val="center"/>
        </w:trPr>
        <w:tc>
          <w:tcPr>
            <w:tcW w:w="148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color w:val="0000B4"/>
                <w:sz w:val="24"/>
                <w:szCs w:val="24"/>
              </w:rPr>
              <w:t xml:space="preserve">RNK – </w:t>
            </w:r>
            <w:r w:rsidRPr="006B5380">
              <w:rPr>
                <w:rFonts w:cs="Times New Roman"/>
                <w:sz w:val="24"/>
                <w:szCs w:val="24"/>
              </w:rPr>
              <w:t>Rezultatet e të nxënit për kompetencat kryesore të shkallës III që synohen të arrihen përmes shtjellimit të temës/ave:  I.1, I.4; II.3, II.5, II.6, II.7; III.1, III.3, III.7; IV.3, IV.4; V.4, V.5; VI.1, VI.6, VI.8</w:t>
            </w:r>
          </w:p>
        </w:tc>
      </w:tr>
      <w:tr w:rsidR="003D1F6A" w:rsidRPr="006B5380" w:rsidTr="006B5380">
        <w:trPr>
          <w:jc w:val="center"/>
        </w:trPr>
        <w:tc>
          <w:tcPr>
            <w:tcW w:w="148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color w:val="0000B4"/>
                <w:sz w:val="24"/>
                <w:szCs w:val="24"/>
              </w:rPr>
              <w:t xml:space="preserve">RNF – </w:t>
            </w:r>
            <w:r w:rsidRPr="006B5380">
              <w:rPr>
                <w:rFonts w:cs="Times New Roman"/>
                <w:sz w:val="24"/>
                <w:szCs w:val="24"/>
              </w:rPr>
              <w:t>Rezultatet e të nxënit të fushës kurrikulare Arte, Shkalla III, që synohen të arrihen përmes shtjellimit të temës/ave:  1.1, 1.2, 2.1, 3.1, 3.2, 4.1, 4.2</w:t>
            </w:r>
          </w:p>
        </w:tc>
      </w:tr>
      <w:tr w:rsidR="003D1F6A" w:rsidRPr="006B5380" w:rsidTr="006B5380">
        <w:trPr>
          <w:jc w:val="center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Tema-t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mësimore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Rezultatet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nxënit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tema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mësimore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br/>
              <w:t>RNL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Njësitë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Mësimore</w:t>
            </w:r>
            <w:proofErr w:type="spellEnd"/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Koha 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mësimore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(orë)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Metodologjia 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mësimdhënies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Metodologjia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e vlerësimit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Ndërlidhja me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lëndë tjera mësimore, me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çështjet ndërkurrikulare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Burimet</w:t>
            </w:r>
          </w:p>
        </w:tc>
      </w:tr>
      <w:tr w:rsidR="003D1F6A" w:rsidRPr="006B5380" w:rsidTr="006B5380">
        <w:trPr>
          <w:jc w:val="center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1. Krijimi i punimeve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2. Periudha historike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Realizon piktura aplikative në teknikën e mozaikut dhe kolazhit.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Krijon duke përdorur njohuritë e teorisë së ngjyrave.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Analizon dhe vlerëson krijimet artistike vetjake dhe të të tjerëve.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Identifikon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përbërjen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strukturën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formave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tredimensionale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Realizon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punime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teknikat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grafikës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duke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dalluar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veçoritë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saj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Realizon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fotografi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mjete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teknika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manuale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ose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digjitale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Manipulon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imazhe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fotografike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duke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përdorur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mjete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/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programe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përshtatshme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Realizon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punime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ndryshme në dizajn.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Modelon vepra skulpturale në reliev dhe skulpturë tredimensionale.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Përzgjedh materiale dhe teknika të ndryshme për skulpturë.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Përdor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materiale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ndryshme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konstruksione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arkitektonike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miniaturë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Njeh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vepra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nga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kultura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kohë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ndryshme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dallon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zhvillime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bazë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historisë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 xml:space="preserve">18.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Teknika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mozaikut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19.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Teknika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grafike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shtypit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monotipi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20.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Teknika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fotografike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përdorimi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aparatit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21.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Imazhet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fotografike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dokumentojnë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histori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22.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Ftesa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ditëlindjes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23. Modelimi i relievit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24. Modelimi i vazos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25.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Konstruksioni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arkitekturë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26. Arti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parahistori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27. Arti në Mesopotami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28. Arti egjiptian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Mësimdhënie dhe nxënie me nxënësin në qendër dhe gjithëpërfshirëse.</w:t>
            </w:r>
            <w:r w:rsidRPr="006B5380">
              <w:rPr>
                <w:rFonts w:cs="Times New Roman"/>
                <w:sz w:val="24"/>
                <w:szCs w:val="24"/>
              </w:rPr>
              <w:br/>
              <w:t>Kujtesë pamore, bisedë, brainstorming, harta e të pyeturit dhe organizues grafikë.</w:t>
            </w:r>
            <w:r w:rsidRPr="006B5380">
              <w:rPr>
                <w:rFonts w:cs="Times New Roman"/>
                <w:sz w:val="24"/>
                <w:szCs w:val="24"/>
              </w:rPr>
              <w:br/>
              <w:t>Demonstrim, eksperimentim, hulumtim i orientuar/lirë dhe punë praktike krijuese.</w:t>
            </w:r>
            <w:r w:rsidRPr="006B5380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individuale,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çifte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grupe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;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diskutim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veprave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galeri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punimesh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lastRenderedPageBreak/>
              <w:t>Përdorim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imazheve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materialeve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konkrete dhe mjeteve digjitale sipas temës.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diagnostik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formativ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gjatë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procesit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mësimor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Vëzhgim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sistematik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pyetje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diskutim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praktike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sipas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rezultateve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kritereve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përcaktuara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Portofoli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nxënësit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vetëvlerësim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ndërsjellë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Prezantim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reflektim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mbi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punimet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Gjuhët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komunikimi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përshkrim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argumentim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fjalor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Shoqëria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mjedisi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kulturë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histori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trashëgimi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Jeta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planifikim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bashkëpunim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përdorim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mjeteve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Shkencat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natyrës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drita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ngjyra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materiale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mjedisi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Matematika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forma,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simetri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proporcione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hapësirë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Çështje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ndërkurrikulare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zhvillim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qëndrueshëm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edukim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media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njohje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kulturash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</w:rPr>
              <w:lastRenderedPageBreak/>
              <w:t xml:space="preserve">Arti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Figurativ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6 – Botime PEGI, Kosovë.</w:t>
            </w:r>
            <w:r w:rsidRPr="006B5380">
              <w:rPr>
                <w:rFonts w:cs="Times New Roman"/>
                <w:sz w:val="24"/>
                <w:szCs w:val="24"/>
              </w:rPr>
              <w:br/>
              <w:t>Libri për mësuesin – Arti Figurativ 6, PEGI.</w:t>
            </w:r>
            <w:r w:rsidRPr="006B5380">
              <w:rPr>
                <w:rFonts w:cs="Times New Roman"/>
                <w:sz w:val="24"/>
                <w:szCs w:val="24"/>
              </w:rPr>
              <w:br/>
              <w:t xml:space="preserve">Letër vizatimi, lapsa, ngjyra, akuarel, penela, plastelinë/argjilë, karton, ngjitës dhe materiale </w:t>
            </w:r>
            <w:r w:rsidRPr="006B5380">
              <w:rPr>
                <w:rFonts w:cs="Times New Roman"/>
                <w:sz w:val="24"/>
                <w:szCs w:val="24"/>
              </w:rPr>
              <w:lastRenderedPageBreak/>
              <w:t>të riciklueshme.</w:t>
            </w:r>
            <w:r w:rsidRPr="006B5380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Imazhe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riprodhime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veprash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fotografi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, video-projektor/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kompjuter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burime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digjitale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</w:tr>
    </w:tbl>
    <w:p w:rsidR="003D1F6A" w:rsidRPr="006B5380" w:rsidRDefault="00000000" w:rsidP="006B5380">
      <w:pPr>
        <w:spacing w:before="40" w:after="0"/>
        <w:ind w:right="735"/>
        <w:jc w:val="right"/>
        <w:rPr>
          <w:rFonts w:cs="Times New Roman"/>
          <w:sz w:val="24"/>
          <w:szCs w:val="24"/>
        </w:rPr>
      </w:pPr>
      <w:proofErr w:type="spellStart"/>
      <w:r w:rsidRPr="006B5380">
        <w:rPr>
          <w:rFonts w:cs="Times New Roman"/>
          <w:b/>
          <w:sz w:val="24"/>
          <w:szCs w:val="24"/>
        </w:rPr>
        <w:lastRenderedPageBreak/>
        <w:t>Arsimtari</w:t>
      </w:r>
      <w:proofErr w:type="spellEnd"/>
      <w:r w:rsidRPr="006B5380">
        <w:rPr>
          <w:rFonts w:cs="Times New Roman"/>
          <w:b/>
          <w:sz w:val="24"/>
          <w:szCs w:val="24"/>
        </w:rPr>
        <w:t>/ja: ______________________________</w:t>
      </w:r>
    </w:p>
    <w:p w:rsidR="003D1F6A" w:rsidRPr="006B5380" w:rsidRDefault="00000000">
      <w:pPr>
        <w:rPr>
          <w:rFonts w:cs="Times New Roman"/>
          <w:sz w:val="24"/>
          <w:szCs w:val="24"/>
        </w:rPr>
      </w:pPr>
      <w:r w:rsidRPr="006B5380">
        <w:rPr>
          <w:rFonts w:cs="Times New Roman"/>
          <w:sz w:val="24"/>
          <w:szCs w:val="24"/>
        </w:rPr>
        <w:br w:type="page"/>
      </w:r>
    </w:p>
    <w:tbl>
      <w:tblPr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1161"/>
        <w:gridCol w:w="2494"/>
        <w:gridCol w:w="2438"/>
        <w:gridCol w:w="1531"/>
        <w:gridCol w:w="1928"/>
        <w:gridCol w:w="2041"/>
        <w:gridCol w:w="2268"/>
        <w:gridCol w:w="1023"/>
      </w:tblGrid>
      <w:tr w:rsidR="003D1F6A" w:rsidRPr="006B5380" w:rsidTr="006B5380">
        <w:trPr>
          <w:jc w:val="center"/>
        </w:trPr>
        <w:tc>
          <w:tcPr>
            <w:tcW w:w="36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lastRenderedPageBreak/>
              <w:t xml:space="preserve">Logo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Komunës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PLANI PERIODIK: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PRILL - MAJ - QERSHOR</w:t>
            </w:r>
          </w:p>
        </w:tc>
        <w:tc>
          <w:tcPr>
            <w:tcW w:w="32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 xml:space="preserve">Logo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shkollës</w:t>
            </w:r>
            <w:proofErr w:type="spellEnd"/>
          </w:p>
        </w:tc>
      </w:tr>
      <w:tr w:rsidR="003D1F6A" w:rsidRPr="006B5380" w:rsidTr="006B5380">
        <w:trPr>
          <w:jc w:val="center"/>
        </w:trPr>
        <w:tc>
          <w:tcPr>
            <w:tcW w:w="3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VITI SHKOLLOR: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2026 / 2027</w:t>
            </w:r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Arte</w:t>
            </w:r>
            <w:proofErr w:type="spellEnd"/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LËNDA: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 xml:space="preserve">Arti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Figurativ</w:t>
            </w:r>
            <w:proofErr w:type="spellEnd"/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36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KLASA / FONDI: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6B5380">
              <w:rPr>
                <w:rFonts w:cs="Times New Roman"/>
                <w:b/>
                <w:sz w:val="24"/>
                <w:szCs w:val="24"/>
              </w:rPr>
              <w:t>VI  |</w:t>
            </w:r>
            <w:proofErr w:type="gramEnd"/>
            <w:r w:rsidRPr="006B5380">
              <w:rPr>
                <w:rFonts w:cs="Times New Roman"/>
                <w:b/>
                <w:sz w:val="24"/>
                <w:szCs w:val="24"/>
              </w:rPr>
              <w:t xml:space="preserve">  9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orë</w:t>
            </w:r>
            <w:proofErr w:type="spellEnd"/>
          </w:p>
        </w:tc>
        <w:tc>
          <w:tcPr>
            <w:tcW w:w="32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3D1F6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D1F6A" w:rsidRPr="006B5380" w:rsidTr="006B5380">
        <w:trPr>
          <w:jc w:val="center"/>
        </w:trPr>
        <w:tc>
          <w:tcPr>
            <w:tcW w:w="148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TEMA-T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mësimore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: 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Periudha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historike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  •  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Vizita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ngjarje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  •  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Vlerësimi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veprave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  •  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Ekspozita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aktivitete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kulturore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  •  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Planifikime</w:t>
            </w:r>
            <w:proofErr w:type="spellEnd"/>
          </w:p>
        </w:tc>
      </w:tr>
      <w:tr w:rsidR="003D1F6A" w:rsidRPr="006B5380" w:rsidTr="006B5380">
        <w:trPr>
          <w:jc w:val="center"/>
        </w:trPr>
        <w:tc>
          <w:tcPr>
            <w:tcW w:w="148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b/>
                <w:color w:val="0000B4"/>
                <w:sz w:val="24"/>
                <w:szCs w:val="24"/>
                <w:lang w:val="de-DE"/>
              </w:rPr>
              <w:t xml:space="preserve">RNK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Rezultatet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nxënit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kompetencat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kryesore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shkallës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III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që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synohen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arrihen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përmes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shtjellimit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temës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/ave:  I.1, I.4; II.6, II.7; III.1, III.7, III.8; IV.3; V.5; VI.1, VI.6, VI.8</w:t>
            </w:r>
          </w:p>
        </w:tc>
      </w:tr>
      <w:tr w:rsidR="003D1F6A" w:rsidRPr="006B5380" w:rsidTr="006B5380">
        <w:trPr>
          <w:jc w:val="center"/>
        </w:trPr>
        <w:tc>
          <w:tcPr>
            <w:tcW w:w="148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b/>
                <w:color w:val="0000B4"/>
                <w:sz w:val="24"/>
                <w:szCs w:val="24"/>
                <w:lang w:val="de-DE"/>
              </w:rPr>
              <w:t xml:space="preserve">RNF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Rezultatet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nxënit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fushës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kurrikulare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Arte,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Shkalla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III,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që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synohen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arrihen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përmes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shtjellimit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temës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/ave:  3.2, 3.3, 4.1, 4.2, 4.3</w:t>
            </w:r>
          </w:p>
        </w:tc>
      </w:tr>
      <w:tr w:rsidR="003D1F6A" w:rsidRPr="006B5380" w:rsidTr="006B5380">
        <w:trPr>
          <w:jc w:val="center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Tema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t>-t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mësimore</w:t>
            </w:r>
            <w:proofErr w:type="spellEnd"/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Rezultatet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nxënit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tema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mësimore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br/>
              <w:t>RNL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Njësitë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</w:rPr>
              <w:t>Mësimore</w:t>
            </w:r>
            <w:proofErr w:type="spellEnd"/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Koha 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mësimore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(orë)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Metodologjia 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mësimdhënies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Metodologjia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e vlerësimit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Ndërlidhja me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lëndë tjera mësimore, me</w:t>
            </w:r>
            <w:r w:rsidRPr="006B5380">
              <w:rPr>
                <w:rFonts w:cs="Times New Roman"/>
                <w:b/>
                <w:sz w:val="24"/>
                <w:szCs w:val="24"/>
              </w:rPr>
              <w:br/>
              <w:t>çështjet ndërkurrikulare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E5D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Burimet</w:t>
            </w:r>
          </w:p>
        </w:tc>
      </w:tr>
      <w:tr w:rsidR="003D1F6A" w:rsidRPr="006B5380" w:rsidTr="006B5380">
        <w:trPr>
          <w:jc w:val="center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1.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Periudha</w:t>
            </w:r>
            <w:proofErr w:type="spellEnd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b/>
                <w:sz w:val="24"/>
                <w:szCs w:val="24"/>
                <w:lang w:val="de-DE"/>
              </w:rPr>
              <w:t>historike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2.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Vizita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ngjarje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3.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Vlerësimi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veprave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4.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Ekspozita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aktivitete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kulturore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5. Planifikime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Njeh vepra arti nga vende, kultura dhe kohë të ndryshme dhe objekte të trashëgimisë kulturore.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Informohet për zhvillimet bazë të historisë së artit dhe dallon periudhat kryesore.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Njeh disa përfaqësues dhe vepra të njohura të periudhave artistike.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• Viziton ose eksploron në mënyrë virtuale muze, galeri, qendra kulturore dhe studio artistësh.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punimet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debaton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çështje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probleme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krijimet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vetjake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tjerëve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Merr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pjesë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ekspozita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projekte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klasë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shkollë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komunitet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•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Vëren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përjeton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çmon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gjykon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punën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mënyrë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analitike-kritike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 xml:space="preserve">29. Arti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grek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30. Arti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romak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31.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Qytetet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antike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Kosovë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Shqipëri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32. Arti islam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33. Arkeologjia, restaurimi dhe muzeu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34. Krahasojmë teatrin grek me amfiteatrin romak</w:t>
            </w:r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35.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Ekspozita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fundvitit</w:t>
            </w:r>
            <w:proofErr w:type="spellEnd"/>
          </w:p>
          <w:p w:rsidR="003D1F6A" w:rsidRPr="006B5380" w:rsidRDefault="00000000">
            <w:pPr>
              <w:spacing w:after="0" w:line="228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Planifikime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përgatitje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aktiviteteve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2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orë</w:t>
            </w:r>
            <w:proofErr w:type="spellEnd"/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B5380">
              <w:rPr>
                <w:rFonts w:cs="Times New Roman"/>
                <w:sz w:val="24"/>
                <w:szCs w:val="24"/>
              </w:rPr>
              <w:t>Mësimdhënie dhe nxënie me nxënësin në qendër dhe gjithëpërfshirëse.</w:t>
            </w:r>
            <w:r w:rsidRPr="006B5380">
              <w:rPr>
                <w:rFonts w:cs="Times New Roman"/>
                <w:sz w:val="24"/>
                <w:szCs w:val="24"/>
              </w:rPr>
              <w:br/>
              <w:t>Kujtesë pamore, bisedë, brainstorming, harta e të pyeturit dhe organizues grafikë.</w:t>
            </w:r>
            <w:r w:rsidRPr="006B5380">
              <w:rPr>
                <w:rFonts w:cs="Times New Roman"/>
                <w:sz w:val="24"/>
                <w:szCs w:val="24"/>
              </w:rPr>
              <w:br/>
              <w:t>Demonstrim, eksperimentim, hulumtim i orientuar/lirë dhe punë praktike krijuese.</w:t>
            </w:r>
            <w:r w:rsidRPr="006B5380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individuale,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çifte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grupe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;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diskutim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veprave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galeri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punimesh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Përdorim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imazheve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materialeve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konkrete dhe mjeteve digjitale sipas temës.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diagnostik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formativ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gjatë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procesit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mësimor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Vëzhgim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sistematik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pyetje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diskutim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praktike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sipas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rezultateve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kritereve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përcaktuara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Portofoli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nxënësit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vetëvlerësim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vlerësim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ndërsjellë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Prezantim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analizë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reflektim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mbi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punimet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Gjuhët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komunikimi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përshkrim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argumentim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fjalor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artistik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Shoqëria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mjedisi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kulturë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histori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trashëgimi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Jeta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puna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planifikim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bashkëpunim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përdorim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mjeteve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Shkencat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natyrës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drita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ngjyra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materiale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mjedisi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Matematika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forma,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simetri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proporcione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hapësirë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  <w:r w:rsidRPr="006B5380">
              <w:rPr>
                <w:rFonts w:cs="Times New Roman"/>
                <w:sz w:val="24"/>
                <w:szCs w:val="24"/>
                <w:lang w:val="de-DE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Çështje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ndërkurrikulare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–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zhvillim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i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qëndrueshëm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edukim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lastRenderedPageBreak/>
              <w:t>për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media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njohje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kulturash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</w:tcPr>
          <w:p w:rsidR="003D1F6A" w:rsidRPr="006B5380" w:rsidRDefault="00000000">
            <w:pPr>
              <w:spacing w:after="0" w:line="240" w:lineRule="auto"/>
              <w:rPr>
                <w:rFonts w:cs="Times New Roman"/>
                <w:sz w:val="24"/>
                <w:szCs w:val="24"/>
                <w:lang w:val="de-DE"/>
              </w:rPr>
            </w:pPr>
            <w:r w:rsidRPr="006B5380">
              <w:rPr>
                <w:rFonts w:cs="Times New Roman"/>
                <w:sz w:val="24"/>
                <w:szCs w:val="24"/>
              </w:rPr>
              <w:lastRenderedPageBreak/>
              <w:t xml:space="preserve">Arti </w:t>
            </w:r>
            <w:proofErr w:type="spellStart"/>
            <w:r w:rsidRPr="006B5380">
              <w:rPr>
                <w:rFonts w:cs="Times New Roman"/>
                <w:sz w:val="24"/>
                <w:szCs w:val="24"/>
              </w:rPr>
              <w:t>Figurativ</w:t>
            </w:r>
            <w:proofErr w:type="spellEnd"/>
            <w:r w:rsidRPr="006B5380">
              <w:rPr>
                <w:rFonts w:cs="Times New Roman"/>
                <w:sz w:val="24"/>
                <w:szCs w:val="24"/>
              </w:rPr>
              <w:t xml:space="preserve"> 6 – Botime PEGI, Kosovë.</w:t>
            </w:r>
            <w:r w:rsidRPr="006B5380">
              <w:rPr>
                <w:rFonts w:cs="Times New Roman"/>
                <w:sz w:val="24"/>
                <w:szCs w:val="24"/>
              </w:rPr>
              <w:br/>
              <w:t>Libri për mësuesin – Arti Figurativ 6, PEGI.</w:t>
            </w:r>
            <w:r w:rsidRPr="006B5380">
              <w:rPr>
                <w:rFonts w:cs="Times New Roman"/>
                <w:sz w:val="24"/>
                <w:szCs w:val="24"/>
              </w:rPr>
              <w:br/>
              <w:t xml:space="preserve">Letër vizatimi, lapsa, ngjyra, akuarel, penela, plastelinë/argjilë, karton, ngjitës dhe </w:t>
            </w:r>
            <w:r w:rsidRPr="006B5380">
              <w:rPr>
                <w:rFonts w:cs="Times New Roman"/>
                <w:sz w:val="24"/>
                <w:szCs w:val="24"/>
              </w:rPr>
              <w:lastRenderedPageBreak/>
              <w:t>materiale të riciklueshme.</w:t>
            </w:r>
            <w:r w:rsidRPr="006B5380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Imazhe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riprodhime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veprash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arti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fotografi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, video-projektor/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kompjuter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dhe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burime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B5380">
              <w:rPr>
                <w:rFonts w:cs="Times New Roman"/>
                <w:sz w:val="24"/>
                <w:szCs w:val="24"/>
                <w:lang w:val="de-DE"/>
              </w:rPr>
              <w:t>digjitale</w:t>
            </w:r>
            <w:proofErr w:type="spellEnd"/>
            <w:r w:rsidRPr="006B5380">
              <w:rPr>
                <w:rFonts w:cs="Times New Roman"/>
                <w:sz w:val="24"/>
                <w:szCs w:val="24"/>
                <w:lang w:val="de-DE"/>
              </w:rPr>
              <w:t>.</w:t>
            </w:r>
          </w:p>
        </w:tc>
      </w:tr>
    </w:tbl>
    <w:p w:rsidR="003D1F6A" w:rsidRPr="006B5380" w:rsidRDefault="00000000" w:rsidP="006B5380">
      <w:pPr>
        <w:spacing w:before="40" w:after="0"/>
        <w:ind w:right="735"/>
        <w:jc w:val="right"/>
        <w:rPr>
          <w:rFonts w:cs="Times New Roman"/>
          <w:sz w:val="24"/>
          <w:szCs w:val="24"/>
        </w:rPr>
      </w:pPr>
      <w:proofErr w:type="spellStart"/>
      <w:r w:rsidRPr="006B5380">
        <w:rPr>
          <w:rFonts w:cs="Times New Roman"/>
          <w:b/>
          <w:sz w:val="24"/>
          <w:szCs w:val="24"/>
        </w:rPr>
        <w:lastRenderedPageBreak/>
        <w:t>Arsimtari</w:t>
      </w:r>
      <w:proofErr w:type="spellEnd"/>
      <w:r w:rsidRPr="006B5380">
        <w:rPr>
          <w:rFonts w:cs="Times New Roman"/>
          <w:b/>
          <w:sz w:val="24"/>
          <w:szCs w:val="24"/>
        </w:rPr>
        <w:t>/ja: ______________________________</w:t>
      </w:r>
    </w:p>
    <w:sectPr w:rsidR="003D1F6A" w:rsidRPr="006B5380" w:rsidSect="00034616">
      <w:pgSz w:w="16838" w:h="11906" w:orient="landscape"/>
      <w:pgMar w:top="255" w:right="255" w:bottom="255" w:left="25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?l?r ƒSƒVƒbƒN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MT">
    <w:altName w:val="Yu Gothic UI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982303">
    <w:abstractNumId w:val="8"/>
  </w:num>
  <w:num w:numId="2" w16cid:durableId="2106029984">
    <w:abstractNumId w:val="6"/>
  </w:num>
  <w:num w:numId="3" w16cid:durableId="342438458">
    <w:abstractNumId w:val="5"/>
  </w:num>
  <w:num w:numId="4" w16cid:durableId="115566995">
    <w:abstractNumId w:val="4"/>
  </w:num>
  <w:num w:numId="5" w16cid:durableId="132597408">
    <w:abstractNumId w:val="7"/>
  </w:num>
  <w:num w:numId="6" w16cid:durableId="113134261">
    <w:abstractNumId w:val="3"/>
  </w:num>
  <w:num w:numId="7" w16cid:durableId="1535381571">
    <w:abstractNumId w:val="2"/>
  </w:num>
  <w:num w:numId="8" w16cid:durableId="701049859">
    <w:abstractNumId w:val="1"/>
  </w:num>
  <w:num w:numId="9" w16cid:durableId="143643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1F6A"/>
    <w:rsid w:val="004A3395"/>
    <w:rsid w:val="006B5380"/>
    <w:rsid w:val="009205C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B7757FC"/>
  <w14:defaultImageDpi w14:val="300"/>
  <w15:docId w15:val="{99FB8E1A-ACE1-B741-8648-B43FD984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Normal"/>
    <w:uiPriority w:val="1"/>
    <w:qFormat/>
    <w:rsid w:val="009205C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eastAsia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Imac</cp:lastModifiedBy>
  <cp:revision>4</cp:revision>
  <dcterms:created xsi:type="dcterms:W3CDTF">2013-12-23T23:15:00Z</dcterms:created>
  <dcterms:modified xsi:type="dcterms:W3CDTF">2026-09-01T20:54:00Z</dcterms:modified>
  <cp:category/>
</cp:coreProperties>
</file>