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600" w:type="dxa"/>
        <w:tblInd w:w="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8"/>
        <w:gridCol w:w="1276"/>
        <w:gridCol w:w="679"/>
        <w:gridCol w:w="738"/>
        <w:gridCol w:w="1672"/>
        <w:gridCol w:w="1730"/>
        <w:gridCol w:w="851"/>
        <w:gridCol w:w="2824"/>
        <w:gridCol w:w="647"/>
        <w:gridCol w:w="356"/>
        <w:gridCol w:w="2889"/>
      </w:tblGrid>
      <w:tr w:rsidR="005B603F" w:rsidRPr="00640E39" w:rsidTr="000D5A18">
        <w:trPr>
          <w:trHeight w:val="413"/>
        </w:trPr>
        <w:tc>
          <w:tcPr>
            <w:tcW w:w="3631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Logo e </w:t>
            </w:r>
            <w:proofErr w:type="spellStart"/>
            <w:r>
              <w:rPr>
                <w:b/>
                <w:sz w:val="24"/>
                <w:szCs w:val="24"/>
              </w:rPr>
              <w:t>Komunës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8" w:lineRule="auto"/>
              <w:rPr>
                <w:sz w:val="24"/>
                <w:szCs w:val="24"/>
              </w:rPr>
            </w:pPr>
            <w:r w:rsidRPr="00640E39">
              <w:rPr>
                <w:b/>
                <w:sz w:val="24"/>
                <w:szCs w:val="24"/>
              </w:rPr>
              <w:t>SHKOLLA:</w:t>
            </w:r>
          </w:p>
        </w:tc>
        <w:tc>
          <w:tcPr>
            <w:tcW w:w="4678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8" w:lineRule="auto"/>
              <w:rPr>
                <w:sz w:val="24"/>
                <w:szCs w:val="24"/>
              </w:rPr>
            </w:pPr>
            <w:r w:rsidRPr="00640E39">
              <w:rPr>
                <w:b/>
                <w:sz w:val="24"/>
                <w:szCs w:val="24"/>
              </w:rPr>
              <w:t xml:space="preserve">SHFMU </w:t>
            </w:r>
            <w:proofErr w:type="gramStart"/>
            <w:r w:rsidRPr="00640E39">
              <w:rPr>
                <w:b/>
                <w:sz w:val="24"/>
                <w:szCs w:val="24"/>
              </w:rPr>
              <w:t>“ ”</w:t>
            </w:r>
            <w:proofErr w:type="gramEnd"/>
          </w:p>
        </w:tc>
        <w:tc>
          <w:tcPr>
            <w:tcW w:w="2889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ind w:right="257"/>
              <w:rPr>
                <w:b/>
                <w:color w:val="0000CC"/>
                <w:sz w:val="24"/>
                <w:szCs w:val="24"/>
              </w:rPr>
            </w:pPr>
            <w:r>
              <w:rPr>
                <w:b/>
                <w:color w:val="0000CC"/>
                <w:sz w:val="24"/>
                <w:szCs w:val="24"/>
              </w:rPr>
              <w:t xml:space="preserve">Logo e </w:t>
            </w:r>
            <w:proofErr w:type="spellStart"/>
            <w:r>
              <w:rPr>
                <w:b/>
                <w:color w:val="0000CC"/>
                <w:sz w:val="24"/>
                <w:szCs w:val="24"/>
              </w:rPr>
              <w:t>shkollës</w:t>
            </w:r>
            <w:proofErr w:type="spellEnd"/>
          </w:p>
        </w:tc>
      </w:tr>
      <w:tr w:rsidR="005B603F" w:rsidRPr="00640E39" w:rsidTr="000D5A18">
        <w:trPr>
          <w:trHeight w:val="208"/>
        </w:trPr>
        <w:tc>
          <w:tcPr>
            <w:tcW w:w="3631" w:type="dxa"/>
            <w:gridSpan w:val="4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ind w:firstLine="360"/>
              <w:rPr>
                <w:b/>
                <w:color w:val="0000CC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8" w:lineRule="auto"/>
              <w:rPr>
                <w:sz w:val="24"/>
                <w:szCs w:val="24"/>
              </w:rPr>
            </w:pPr>
            <w:proofErr w:type="gramStart"/>
            <w:r w:rsidRPr="00640E39">
              <w:rPr>
                <w:b/>
                <w:sz w:val="24"/>
                <w:szCs w:val="24"/>
              </w:rPr>
              <w:t>PLANI  VJETOR</w:t>
            </w:r>
            <w:proofErr w:type="gramEnd"/>
            <w:r w:rsidRPr="00640E3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8" w:lineRule="auto"/>
              <w:rPr>
                <w:sz w:val="24"/>
                <w:szCs w:val="24"/>
              </w:rPr>
            </w:pPr>
            <w:r w:rsidRPr="00640E39">
              <w:rPr>
                <w:b/>
                <w:sz w:val="24"/>
                <w:szCs w:val="24"/>
              </w:rPr>
              <w:t>2026 / 2027</w:t>
            </w:r>
          </w:p>
        </w:tc>
        <w:tc>
          <w:tcPr>
            <w:tcW w:w="288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autoSpaceDE w:val="0"/>
              <w:autoSpaceDN w:val="0"/>
              <w:adjustRightInd w:val="0"/>
              <w:ind w:left="12"/>
              <w:rPr>
                <w:b/>
                <w:bCs/>
                <w:sz w:val="24"/>
                <w:szCs w:val="24"/>
              </w:rPr>
            </w:pPr>
          </w:p>
        </w:tc>
      </w:tr>
      <w:tr w:rsidR="005B603F" w:rsidRPr="00640E39" w:rsidTr="000D5A18">
        <w:trPr>
          <w:trHeight w:val="462"/>
        </w:trPr>
        <w:tc>
          <w:tcPr>
            <w:tcW w:w="3631" w:type="dxa"/>
            <w:gridSpan w:val="4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ind w:firstLine="360"/>
              <w:rPr>
                <w:b/>
                <w:color w:val="0000CC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8" w:lineRule="auto"/>
              <w:rPr>
                <w:sz w:val="24"/>
                <w:szCs w:val="24"/>
              </w:rPr>
            </w:pPr>
            <w:r w:rsidRPr="00640E39">
              <w:rPr>
                <w:b/>
                <w:sz w:val="24"/>
                <w:szCs w:val="24"/>
              </w:rPr>
              <w:t>FUSHA E KURRIKULËS: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8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MATEMATIKË</w:t>
            </w:r>
          </w:p>
        </w:tc>
        <w:tc>
          <w:tcPr>
            <w:tcW w:w="288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</w:tr>
      <w:tr w:rsidR="005B603F" w:rsidRPr="00640E39" w:rsidTr="000D5A18">
        <w:trPr>
          <w:trHeight w:val="336"/>
        </w:trPr>
        <w:tc>
          <w:tcPr>
            <w:tcW w:w="3631" w:type="dxa"/>
            <w:gridSpan w:val="4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ind w:firstLine="360"/>
              <w:rPr>
                <w:b/>
                <w:color w:val="0000CC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8" w:lineRule="auto"/>
              <w:rPr>
                <w:sz w:val="24"/>
                <w:szCs w:val="24"/>
              </w:rPr>
            </w:pPr>
            <w:proofErr w:type="gramStart"/>
            <w:r w:rsidRPr="00640E39">
              <w:rPr>
                <w:b/>
                <w:sz w:val="24"/>
                <w:szCs w:val="24"/>
              </w:rPr>
              <w:t>KLASA :</w:t>
            </w:r>
            <w:proofErr w:type="gramEnd"/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8" w:lineRule="auto"/>
              <w:rPr>
                <w:sz w:val="24"/>
                <w:szCs w:val="24"/>
              </w:rPr>
            </w:pPr>
            <w:r w:rsidRPr="00640E39">
              <w:rPr>
                <w:b/>
                <w:sz w:val="24"/>
                <w:szCs w:val="24"/>
              </w:rPr>
              <w:t>VII</w:t>
            </w:r>
          </w:p>
        </w:tc>
        <w:tc>
          <w:tcPr>
            <w:tcW w:w="288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</w:tr>
      <w:tr w:rsidR="005B603F" w:rsidRPr="006416F8" w:rsidTr="000D5A18">
        <w:trPr>
          <w:trHeight w:val="313"/>
        </w:trPr>
        <w:tc>
          <w:tcPr>
            <w:tcW w:w="93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  <w:textDirection w:val="btLr"/>
          </w:tcPr>
          <w:p w:rsidR="005B603F" w:rsidRPr="006416F8" w:rsidRDefault="005B603F" w:rsidP="00F63F2F">
            <w:pPr>
              <w:spacing w:line="228" w:lineRule="auto"/>
              <w:jc w:val="center"/>
              <w:rPr>
                <w:sz w:val="24"/>
                <w:szCs w:val="24"/>
                <w:lang w:val="de-DE"/>
              </w:rPr>
            </w:pPr>
            <w:proofErr w:type="spellStart"/>
            <w:r w:rsidRPr="006416F8">
              <w:rPr>
                <w:b/>
                <w:sz w:val="24"/>
                <w:szCs w:val="24"/>
                <w:lang w:val="de-DE"/>
              </w:rPr>
              <w:t>Lënda-ët</w:t>
            </w:r>
            <w:proofErr w:type="spellEnd"/>
            <w:r w:rsidRPr="006416F8">
              <w:rPr>
                <w:b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416F8">
              <w:rPr>
                <w:b/>
                <w:sz w:val="24"/>
                <w:szCs w:val="24"/>
                <w:lang w:val="de-DE"/>
              </w:rPr>
              <w:t>fushës</w:t>
            </w:r>
            <w:proofErr w:type="spellEnd"/>
          </w:p>
          <w:p w:rsidR="005B603F" w:rsidRPr="006416F8" w:rsidRDefault="005B603F" w:rsidP="00F63F2F">
            <w:pPr>
              <w:spacing w:line="228" w:lineRule="auto"/>
              <w:jc w:val="center"/>
              <w:rPr>
                <w:sz w:val="24"/>
                <w:szCs w:val="24"/>
                <w:lang w:val="de-DE"/>
              </w:rPr>
            </w:pPr>
            <w:proofErr w:type="spellStart"/>
            <w:r w:rsidRPr="006416F8">
              <w:rPr>
                <w:b/>
                <w:sz w:val="24"/>
                <w:szCs w:val="24"/>
                <w:lang w:val="de-DE"/>
              </w:rPr>
              <w:t>kurrikulare</w:t>
            </w:r>
            <w:proofErr w:type="spellEnd"/>
          </w:p>
        </w:tc>
        <w:tc>
          <w:tcPr>
            <w:tcW w:w="9770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40E39">
              <w:rPr>
                <w:b/>
                <w:sz w:val="24"/>
                <w:szCs w:val="24"/>
              </w:rPr>
              <w:t>T E M A T   M Ë S I M O R E   T Ë   S H P Ë R N D A R A   G J A T Ë   M U A J V E</w:t>
            </w:r>
          </w:p>
        </w:tc>
        <w:tc>
          <w:tcPr>
            <w:tcW w:w="3892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DD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16F8" w:rsidRDefault="005B603F" w:rsidP="00F63F2F">
            <w:pPr>
              <w:spacing w:line="228" w:lineRule="auto"/>
              <w:jc w:val="center"/>
              <w:rPr>
                <w:sz w:val="24"/>
                <w:szCs w:val="24"/>
                <w:lang w:val="de-DE"/>
              </w:rPr>
            </w:pPr>
            <w:proofErr w:type="spellStart"/>
            <w:r w:rsidRPr="006416F8">
              <w:rPr>
                <w:b/>
                <w:sz w:val="24"/>
                <w:szCs w:val="24"/>
                <w:lang w:val="de-DE"/>
              </w:rPr>
              <w:t>Kontributi</w:t>
            </w:r>
            <w:proofErr w:type="spellEnd"/>
            <w:r w:rsidRPr="006416F8">
              <w:rPr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416F8">
              <w:rPr>
                <w:b/>
                <w:sz w:val="24"/>
                <w:szCs w:val="24"/>
                <w:lang w:val="de-DE"/>
              </w:rPr>
              <w:t>në</w:t>
            </w:r>
            <w:proofErr w:type="spellEnd"/>
            <w:r w:rsidRPr="006416F8">
              <w:rPr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416F8">
              <w:rPr>
                <w:b/>
                <w:sz w:val="24"/>
                <w:szCs w:val="24"/>
                <w:lang w:val="de-DE"/>
              </w:rPr>
              <w:t>rezultatet</w:t>
            </w:r>
            <w:proofErr w:type="spellEnd"/>
            <w:r w:rsidRPr="006416F8">
              <w:rPr>
                <w:b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416F8">
              <w:rPr>
                <w:b/>
                <w:sz w:val="24"/>
                <w:szCs w:val="24"/>
                <w:lang w:val="de-DE"/>
              </w:rPr>
              <w:t>të</w:t>
            </w:r>
            <w:proofErr w:type="spellEnd"/>
            <w:r w:rsidRPr="006416F8">
              <w:rPr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416F8">
              <w:rPr>
                <w:b/>
                <w:sz w:val="24"/>
                <w:szCs w:val="24"/>
                <w:lang w:val="de-DE"/>
              </w:rPr>
              <w:t>nxënit</w:t>
            </w:r>
            <w:proofErr w:type="spellEnd"/>
            <w:r w:rsidRPr="006416F8">
              <w:rPr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416F8">
              <w:rPr>
                <w:b/>
                <w:sz w:val="24"/>
                <w:szCs w:val="24"/>
                <w:lang w:val="de-DE"/>
              </w:rPr>
              <w:t>për</w:t>
            </w:r>
            <w:proofErr w:type="spellEnd"/>
          </w:p>
          <w:p w:rsidR="005B603F" w:rsidRPr="006416F8" w:rsidRDefault="005B603F" w:rsidP="00F63F2F">
            <w:pPr>
              <w:spacing w:line="228" w:lineRule="auto"/>
              <w:jc w:val="center"/>
              <w:rPr>
                <w:sz w:val="24"/>
                <w:szCs w:val="24"/>
                <w:lang w:val="de-DE"/>
              </w:rPr>
            </w:pPr>
            <w:proofErr w:type="spellStart"/>
            <w:r w:rsidRPr="006416F8">
              <w:rPr>
                <w:b/>
                <w:sz w:val="24"/>
                <w:szCs w:val="24"/>
                <w:lang w:val="de-DE"/>
              </w:rPr>
              <w:t>kompetencat</w:t>
            </w:r>
            <w:proofErr w:type="spellEnd"/>
            <w:r w:rsidRPr="006416F8">
              <w:rPr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416F8">
              <w:rPr>
                <w:b/>
                <w:sz w:val="24"/>
                <w:szCs w:val="24"/>
                <w:lang w:val="de-DE"/>
              </w:rPr>
              <w:t>kryesore</w:t>
            </w:r>
            <w:proofErr w:type="spellEnd"/>
            <w:r w:rsidRPr="006416F8">
              <w:rPr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416F8">
              <w:rPr>
                <w:b/>
                <w:sz w:val="24"/>
                <w:szCs w:val="24"/>
                <w:lang w:val="de-DE"/>
              </w:rPr>
              <w:t>të</w:t>
            </w:r>
            <w:proofErr w:type="spellEnd"/>
            <w:r w:rsidRPr="006416F8">
              <w:rPr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416F8">
              <w:rPr>
                <w:b/>
                <w:sz w:val="24"/>
                <w:szCs w:val="24"/>
                <w:lang w:val="de-DE"/>
              </w:rPr>
              <w:t>shkallës</w:t>
            </w:r>
            <w:proofErr w:type="spellEnd"/>
            <w:r w:rsidRPr="006416F8">
              <w:rPr>
                <w:b/>
                <w:sz w:val="24"/>
                <w:szCs w:val="24"/>
                <w:lang w:val="de-DE"/>
              </w:rPr>
              <w:t xml:space="preserve"> III</w:t>
            </w:r>
          </w:p>
          <w:p w:rsidR="005B603F" w:rsidRPr="006416F8" w:rsidRDefault="005B603F" w:rsidP="00F63F2F">
            <w:pPr>
              <w:spacing w:line="228" w:lineRule="auto"/>
              <w:jc w:val="center"/>
              <w:rPr>
                <w:sz w:val="24"/>
                <w:szCs w:val="24"/>
                <w:lang w:val="de-DE"/>
              </w:rPr>
            </w:pPr>
            <w:r w:rsidRPr="006416F8">
              <w:rPr>
                <w:b/>
                <w:sz w:val="24"/>
                <w:szCs w:val="24"/>
                <w:lang w:val="de-DE"/>
              </w:rPr>
              <w:t>(</w:t>
            </w:r>
            <w:proofErr w:type="spellStart"/>
            <w:r w:rsidRPr="006416F8">
              <w:rPr>
                <w:b/>
                <w:sz w:val="24"/>
                <w:szCs w:val="24"/>
                <w:lang w:val="de-DE"/>
              </w:rPr>
              <w:t>Klasa</w:t>
            </w:r>
            <w:proofErr w:type="spellEnd"/>
            <w:r w:rsidRPr="006416F8">
              <w:rPr>
                <w:b/>
                <w:sz w:val="24"/>
                <w:szCs w:val="24"/>
                <w:lang w:val="de-DE"/>
              </w:rPr>
              <w:t xml:space="preserve"> VII)</w:t>
            </w:r>
          </w:p>
        </w:tc>
      </w:tr>
      <w:tr w:rsidR="005B603F" w:rsidRPr="00640E39" w:rsidTr="000D5A18">
        <w:trPr>
          <w:trHeight w:val="19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BF6F9"/>
          </w:tcPr>
          <w:p w:rsidR="005B603F" w:rsidRPr="006416F8" w:rsidRDefault="005B603F" w:rsidP="00F63F2F">
            <w:pPr>
              <w:autoSpaceDE w:val="0"/>
              <w:autoSpaceDN w:val="0"/>
              <w:adjustRightInd w:val="0"/>
              <w:jc w:val="center"/>
              <w:rPr>
                <w:rFonts w:eastAsia="ArialMT"/>
                <w:b/>
                <w:sz w:val="24"/>
                <w:szCs w:val="24"/>
                <w:lang w:val="de-DE"/>
              </w:rPr>
            </w:pPr>
          </w:p>
        </w:tc>
        <w:tc>
          <w:tcPr>
            <w:tcW w:w="436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40E39">
              <w:rPr>
                <w:b/>
                <w:sz w:val="24"/>
                <w:szCs w:val="24"/>
              </w:rPr>
              <w:t>GJYSMËVJETORI I PARË</w:t>
            </w:r>
          </w:p>
        </w:tc>
        <w:tc>
          <w:tcPr>
            <w:tcW w:w="540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40E39">
              <w:rPr>
                <w:b/>
                <w:sz w:val="24"/>
                <w:szCs w:val="24"/>
              </w:rPr>
              <w:t>GJYSMËVJETORI I DYTË</w:t>
            </w:r>
          </w:p>
        </w:tc>
        <w:tc>
          <w:tcPr>
            <w:tcW w:w="3892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F6FF"/>
          </w:tcPr>
          <w:p w:rsidR="005B603F" w:rsidRPr="00640E39" w:rsidRDefault="005B603F" w:rsidP="00F63F2F">
            <w:pPr>
              <w:autoSpaceDE w:val="0"/>
              <w:autoSpaceDN w:val="0"/>
              <w:adjustRightInd w:val="0"/>
              <w:rPr>
                <w:rFonts w:eastAsia="ArialMT"/>
                <w:b/>
                <w:sz w:val="24"/>
                <w:szCs w:val="24"/>
              </w:rPr>
            </w:pPr>
          </w:p>
        </w:tc>
      </w:tr>
      <w:tr w:rsidR="005B603F" w:rsidRPr="006416F8" w:rsidTr="000D5A18">
        <w:trPr>
          <w:cantSplit/>
          <w:trHeight w:val="679"/>
        </w:trPr>
        <w:tc>
          <w:tcPr>
            <w:tcW w:w="93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</w:tcPr>
          <w:p w:rsidR="005B603F" w:rsidRPr="00640E39" w:rsidRDefault="005B603F" w:rsidP="00F63F2F">
            <w:pPr>
              <w:autoSpaceDE w:val="0"/>
              <w:autoSpaceDN w:val="0"/>
              <w:adjustRightInd w:val="0"/>
              <w:jc w:val="center"/>
              <w:rPr>
                <w:rFonts w:eastAsia="ArialMT"/>
                <w:b/>
                <w:sz w:val="24"/>
                <w:szCs w:val="24"/>
              </w:rPr>
            </w:pPr>
          </w:p>
        </w:tc>
        <w:tc>
          <w:tcPr>
            <w:tcW w:w="195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40E39">
              <w:rPr>
                <w:b/>
                <w:sz w:val="24"/>
                <w:szCs w:val="24"/>
              </w:rPr>
              <w:t>SHTATOR - TETOR</w:t>
            </w:r>
          </w:p>
        </w:tc>
        <w:tc>
          <w:tcPr>
            <w:tcW w:w="2410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40E39">
              <w:rPr>
                <w:b/>
                <w:sz w:val="24"/>
                <w:szCs w:val="24"/>
              </w:rPr>
              <w:t>NËNTOR - DHJETOR</w:t>
            </w:r>
          </w:p>
          <w:p w:rsidR="005B603F" w:rsidRPr="00640E39" w:rsidRDefault="005B603F" w:rsidP="00F63F2F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40E39">
              <w:rPr>
                <w:b/>
                <w:sz w:val="24"/>
                <w:szCs w:val="24"/>
              </w:rPr>
              <w:t>JANAR - SHKURT - MARS</w:t>
            </w:r>
          </w:p>
          <w:p w:rsidR="005B603F" w:rsidRPr="00640E39" w:rsidRDefault="005B603F" w:rsidP="00F63F2F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40E39">
              <w:rPr>
                <w:b/>
                <w:sz w:val="24"/>
                <w:szCs w:val="24"/>
              </w:rPr>
              <w:t>PRILL - MAJ - QERSHOR</w:t>
            </w:r>
          </w:p>
          <w:p w:rsidR="005B603F" w:rsidRPr="00640E39" w:rsidRDefault="005B603F" w:rsidP="00F63F2F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7" w:type="dxa"/>
            <w:vMerge w:val="restart"/>
            <w:tcBorders>
              <w:top w:val="single" w:sz="18" w:space="0" w:color="auto"/>
              <w:left w:val="single" w:sz="18" w:space="0" w:color="auto"/>
              <w:right w:val="dotted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40E39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3245" w:type="dxa"/>
            <w:gridSpan w:val="2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16F8" w:rsidRDefault="005B603F" w:rsidP="00F63F2F">
            <w:pPr>
              <w:spacing w:line="221" w:lineRule="auto"/>
              <w:rPr>
                <w:sz w:val="24"/>
                <w:szCs w:val="24"/>
                <w:lang w:val="de-DE"/>
              </w:rPr>
            </w:pPr>
            <w:proofErr w:type="spellStart"/>
            <w:r w:rsidRPr="006416F8">
              <w:rPr>
                <w:b/>
                <w:sz w:val="24"/>
                <w:szCs w:val="24"/>
                <w:lang w:val="de-DE"/>
              </w:rPr>
              <w:t>Kompetenca</w:t>
            </w:r>
            <w:proofErr w:type="spellEnd"/>
            <w:r w:rsidRPr="006416F8">
              <w:rPr>
                <w:b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416F8">
              <w:rPr>
                <w:b/>
                <w:sz w:val="24"/>
                <w:szCs w:val="24"/>
                <w:lang w:val="de-DE"/>
              </w:rPr>
              <w:t>komunikimit</w:t>
            </w:r>
            <w:proofErr w:type="spellEnd"/>
            <w:r w:rsidRPr="006416F8">
              <w:rPr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416F8">
              <w:rPr>
                <w:b/>
                <w:sz w:val="24"/>
                <w:szCs w:val="24"/>
                <w:lang w:val="de-DE"/>
              </w:rPr>
              <w:t>dhe</w:t>
            </w:r>
            <w:proofErr w:type="spellEnd"/>
            <w:r w:rsidRPr="006416F8">
              <w:rPr>
                <w:b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416F8">
              <w:rPr>
                <w:b/>
                <w:sz w:val="24"/>
                <w:szCs w:val="24"/>
                <w:lang w:val="de-DE"/>
              </w:rPr>
              <w:t>të</w:t>
            </w:r>
            <w:proofErr w:type="spellEnd"/>
            <w:r w:rsidRPr="006416F8">
              <w:rPr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416F8">
              <w:rPr>
                <w:b/>
                <w:sz w:val="24"/>
                <w:szCs w:val="24"/>
                <w:lang w:val="de-DE"/>
              </w:rPr>
              <w:t>shprehurit</w:t>
            </w:r>
            <w:proofErr w:type="spellEnd"/>
            <w:r w:rsidRPr="006416F8">
              <w:rPr>
                <w:b/>
                <w:sz w:val="24"/>
                <w:szCs w:val="24"/>
                <w:lang w:val="de-DE"/>
              </w:rPr>
              <w:t xml:space="preserve"> – </w:t>
            </w:r>
            <w:proofErr w:type="spellStart"/>
            <w:r w:rsidRPr="006416F8">
              <w:rPr>
                <w:b/>
                <w:color w:val="C00000"/>
                <w:sz w:val="24"/>
                <w:szCs w:val="24"/>
                <w:lang w:val="de-DE"/>
              </w:rPr>
              <w:t>Komunikues</w:t>
            </w:r>
            <w:proofErr w:type="spellEnd"/>
            <w:r w:rsidRPr="006416F8">
              <w:rPr>
                <w:b/>
                <w:color w:val="C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416F8">
              <w:rPr>
                <w:b/>
                <w:color w:val="C00000"/>
                <w:sz w:val="24"/>
                <w:szCs w:val="24"/>
                <w:lang w:val="de-DE"/>
              </w:rPr>
              <w:t>efektiv</w:t>
            </w:r>
            <w:proofErr w:type="spellEnd"/>
          </w:p>
        </w:tc>
      </w:tr>
      <w:tr w:rsidR="005B603F" w:rsidRPr="00640E39" w:rsidTr="000D5A18">
        <w:trPr>
          <w:cantSplit/>
          <w:trHeight w:val="322"/>
        </w:trPr>
        <w:tc>
          <w:tcPr>
            <w:tcW w:w="93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  <w:textDirection w:val="btLr"/>
          </w:tcPr>
          <w:p w:rsidR="005B603F" w:rsidRPr="00640E39" w:rsidRDefault="005B603F" w:rsidP="00F63F2F">
            <w:pPr>
              <w:spacing w:line="228" w:lineRule="auto"/>
              <w:jc w:val="center"/>
              <w:rPr>
                <w:sz w:val="24"/>
                <w:szCs w:val="24"/>
              </w:rPr>
            </w:pPr>
            <w:proofErr w:type="spellStart"/>
            <w:r w:rsidRPr="00640E39">
              <w:rPr>
                <w:b/>
                <w:sz w:val="24"/>
                <w:szCs w:val="24"/>
              </w:rPr>
              <w:t>Lënda</w:t>
            </w:r>
            <w:proofErr w:type="spellEnd"/>
            <w:r w:rsidRPr="00640E39">
              <w:rPr>
                <w:b/>
                <w:sz w:val="24"/>
                <w:szCs w:val="24"/>
              </w:rPr>
              <w:t xml:space="preserve">: </w:t>
            </w:r>
            <w:proofErr w:type="spellStart"/>
            <w:r>
              <w:rPr>
                <w:b/>
                <w:sz w:val="24"/>
                <w:szCs w:val="24"/>
              </w:rPr>
              <w:t>Matematikë</w:t>
            </w:r>
            <w:proofErr w:type="spellEnd"/>
          </w:p>
        </w:tc>
        <w:tc>
          <w:tcPr>
            <w:tcW w:w="195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16F8" w:rsidRDefault="005B603F" w:rsidP="00F63F2F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6416F8">
              <w:rPr>
                <w:b/>
                <w:bCs/>
                <w:sz w:val="24"/>
                <w:szCs w:val="24"/>
              </w:rPr>
              <w:t>1.</w:t>
            </w:r>
            <w:r w:rsidRPr="006416F8">
              <w:rPr>
                <w:rFonts w:cs="Times New Roman"/>
                <w:b/>
                <w:bCs/>
                <w:color w:val="000000"/>
                <w:sz w:val="24"/>
                <w:szCs w:val="24"/>
                <w:lang w:val="sq-AL"/>
              </w:rPr>
              <w:t>Thyesat dhe numrat dhjetorë</w:t>
            </w:r>
          </w:p>
          <w:p w:rsidR="005B603F" w:rsidRPr="006416F8" w:rsidRDefault="005B603F" w:rsidP="00F63F2F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</w:p>
          <w:p w:rsidR="005B603F" w:rsidRPr="006416F8" w:rsidRDefault="005B603F" w:rsidP="00F63F2F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</w:p>
          <w:p w:rsidR="005B603F" w:rsidRPr="006416F8" w:rsidRDefault="005B603F" w:rsidP="00F63F2F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6416F8">
              <w:rPr>
                <w:rFonts w:cs="Times New Roman"/>
                <w:b/>
                <w:bCs/>
                <w:color w:val="000000"/>
                <w:sz w:val="24"/>
                <w:szCs w:val="24"/>
                <w:lang w:val="sq-AL"/>
              </w:rPr>
              <w:t>2.Gjeometria në rrafsh-këndet</w:t>
            </w:r>
          </w:p>
          <w:p w:rsidR="005B603F" w:rsidRPr="006416F8" w:rsidRDefault="005B603F" w:rsidP="00F63F2F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</w:p>
          <w:p w:rsidR="005B603F" w:rsidRPr="006416F8" w:rsidRDefault="005B603F" w:rsidP="00F63F2F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</w:p>
          <w:p w:rsidR="005B603F" w:rsidRPr="006416F8" w:rsidRDefault="005B603F" w:rsidP="00F63F2F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6416F8">
              <w:rPr>
                <w:rFonts w:cs="Times New Roman"/>
                <w:b/>
                <w:bCs/>
                <w:color w:val="000000"/>
                <w:sz w:val="24"/>
                <w:szCs w:val="24"/>
                <w:lang w:val="sq-AL"/>
              </w:rPr>
              <w:t>3.Numrat e plotë</w:t>
            </w:r>
          </w:p>
          <w:p w:rsidR="005B603F" w:rsidRPr="006416F8" w:rsidRDefault="005B603F" w:rsidP="00F63F2F">
            <w:pPr>
              <w:spacing w:line="221" w:lineRule="auto"/>
              <w:rPr>
                <w:sz w:val="24"/>
                <w:szCs w:val="24"/>
                <w:lang w:val="de-DE"/>
              </w:rPr>
            </w:pPr>
          </w:p>
          <w:p w:rsidR="005B603F" w:rsidRPr="006416F8" w:rsidRDefault="005B603F" w:rsidP="00F63F2F">
            <w:pPr>
              <w:spacing w:line="221" w:lineRule="auto"/>
              <w:rPr>
                <w:b/>
                <w:bCs/>
                <w:sz w:val="24"/>
                <w:szCs w:val="24"/>
                <w:lang w:val="de-DE"/>
              </w:rPr>
            </w:pPr>
          </w:p>
          <w:p w:rsidR="005B603F" w:rsidRPr="006416F8" w:rsidRDefault="005B603F" w:rsidP="00F63F2F">
            <w:pPr>
              <w:spacing w:line="221" w:lineRule="auto"/>
              <w:rPr>
                <w:sz w:val="24"/>
                <w:szCs w:val="24"/>
                <w:lang w:val="de-DE"/>
              </w:rPr>
            </w:pPr>
          </w:p>
          <w:p w:rsidR="005B603F" w:rsidRPr="006416F8" w:rsidRDefault="005B603F" w:rsidP="00F63F2F">
            <w:pPr>
              <w:spacing w:line="221" w:lineRule="auto"/>
              <w:rPr>
                <w:sz w:val="16"/>
                <w:szCs w:val="16"/>
                <w:lang w:val="de-DE"/>
              </w:rPr>
            </w:pPr>
            <w:r w:rsidRPr="006416F8">
              <w:rPr>
                <w:sz w:val="16"/>
                <w:szCs w:val="16"/>
                <w:lang w:val="de-DE"/>
              </w:rPr>
              <w:t>(</w:t>
            </w:r>
            <w:r>
              <w:rPr>
                <w:sz w:val="16"/>
                <w:szCs w:val="16"/>
                <w:lang w:val="de-DE"/>
              </w:rPr>
              <w:t xml:space="preserve">17 </w:t>
            </w:r>
            <w:r w:rsidRPr="006416F8">
              <w:rPr>
                <w:sz w:val="16"/>
                <w:szCs w:val="16"/>
                <w:lang w:val="de-DE"/>
              </w:rPr>
              <w:t xml:space="preserve">+ </w:t>
            </w:r>
            <w:r>
              <w:rPr>
                <w:sz w:val="16"/>
                <w:szCs w:val="16"/>
                <w:lang w:val="de-DE"/>
              </w:rPr>
              <w:t>15</w:t>
            </w:r>
            <w:r w:rsidRPr="006416F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6416F8">
              <w:rPr>
                <w:sz w:val="16"/>
                <w:szCs w:val="16"/>
                <w:lang w:val="de-DE"/>
              </w:rPr>
              <w:t>orë</w:t>
            </w:r>
            <w:proofErr w:type="spellEnd"/>
            <w:r w:rsidRPr="006416F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6416F8">
              <w:rPr>
                <w:sz w:val="16"/>
                <w:szCs w:val="16"/>
                <w:lang w:val="de-DE"/>
              </w:rPr>
              <w:t>mësimore</w:t>
            </w:r>
            <w:proofErr w:type="spellEnd"/>
            <w:r w:rsidRPr="006416F8">
              <w:rPr>
                <w:sz w:val="16"/>
                <w:szCs w:val="16"/>
                <w:lang w:val="de-DE"/>
              </w:rPr>
              <w:t>)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A9116B" w:rsidRDefault="005B603F" w:rsidP="00F63F2F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A9116B">
              <w:rPr>
                <w:rFonts w:cs="Times New Roman"/>
                <w:b/>
                <w:bCs/>
                <w:color w:val="000000"/>
                <w:sz w:val="24"/>
                <w:szCs w:val="24"/>
                <w:lang w:val="sq-AL"/>
              </w:rPr>
              <w:t>4. Numrat racionalë</w:t>
            </w:r>
          </w:p>
          <w:p w:rsidR="005B603F" w:rsidRPr="00A9116B" w:rsidRDefault="005B603F" w:rsidP="00F63F2F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</w:p>
          <w:p w:rsidR="005B603F" w:rsidRPr="00A9116B" w:rsidRDefault="005B603F" w:rsidP="00F63F2F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</w:p>
          <w:p w:rsidR="005B603F" w:rsidRPr="00A9116B" w:rsidRDefault="005B603F" w:rsidP="00F63F2F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A9116B">
              <w:rPr>
                <w:rFonts w:cs="Times New Roman"/>
                <w:b/>
                <w:bCs/>
                <w:color w:val="000000"/>
                <w:sz w:val="24"/>
                <w:szCs w:val="24"/>
                <w:lang w:val="sq-AL"/>
              </w:rPr>
              <w:t>5. Gjeometria në rrafsh-Shumëkëndëshat</w:t>
            </w:r>
          </w:p>
          <w:p w:rsidR="005B603F" w:rsidRPr="00A9116B" w:rsidRDefault="005B603F" w:rsidP="00F63F2F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</w:p>
          <w:p w:rsidR="005B603F" w:rsidRPr="00A9116B" w:rsidRDefault="005B603F" w:rsidP="00F63F2F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</w:p>
          <w:p w:rsidR="005B603F" w:rsidRPr="00A9116B" w:rsidRDefault="005B603F" w:rsidP="00F63F2F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A9116B">
              <w:rPr>
                <w:rFonts w:cs="Times New Roman"/>
                <w:b/>
                <w:bCs/>
                <w:color w:val="000000"/>
                <w:sz w:val="24"/>
                <w:szCs w:val="24"/>
                <w:lang w:val="sq-AL"/>
              </w:rPr>
              <w:t>6. Fuqitë</w:t>
            </w:r>
          </w:p>
          <w:p w:rsidR="005B603F" w:rsidRDefault="005B603F" w:rsidP="00F63F2F">
            <w:pPr>
              <w:spacing w:line="221" w:lineRule="auto"/>
              <w:rPr>
                <w:sz w:val="24"/>
                <w:szCs w:val="24"/>
              </w:rPr>
            </w:pPr>
          </w:p>
          <w:p w:rsidR="005B603F" w:rsidRPr="00640E39" w:rsidRDefault="005B603F" w:rsidP="00F63F2F">
            <w:pPr>
              <w:spacing w:line="221" w:lineRule="auto"/>
              <w:rPr>
                <w:sz w:val="24"/>
                <w:szCs w:val="24"/>
              </w:rPr>
            </w:pPr>
          </w:p>
          <w:p w:rsidR="005B603F" w:rsidRPr="00525D1C" w:rsidRDefault="005B603F" w:rsidP="00F63F2F">
            <w:pPr>
              <w:spacing w:line="221" w:lineRule="auto"/>
              <w:rPr>
                <w:b/>
                <w:bCs/>
                <w:sz w:val="24"/>
                <w:szCs w:val="24"/>
              </w:rPr>
            </w:pPr>
          </w:p>
          <w:p w:rsidR="005B603F" w:rsidRPr="00525D1C" w:rsidRDefault="005B603F" w:rsidP="00F63F2F">
            <w:pPr>
              <w:spacing w:line="221" w:lineRule="auto"/>
              <w:rPr>
                <w:sz w:val="16"/>
                <w:szCs w:val="16"/>
              </w:rPr>
            </w:pPr>
            <w:r w:rsidRPr="00525D1C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16 </w:t>
            </w:r>
            <w:r w:rsidRPr="00525D1C">
              <w:rPr>
                <w:sz w:val="16"/>
                <w:szCs w:val="16"/>
              </w:rPr>
              <w:t>+</w:t>
            </w:r>
            <w:r>
              <w:rPr>
                <w:sz w:val="16"/>
                <w:szCs w:val="16"/>
              </w:rPr>
              <w:t xml:space="preserve"> 14</w:t>
            </w:r>
            <w:r w:rsidRPr="00525D1C">
              <w:rPr>
                <w:sz w:val="16"/>
                <w:szCs w:val="16"/>
              </w:rPr>
              <w:t xml:space="preserve"> ore </w:t>
            </w:r>
            <w:proofErr w:type="spellStart"/>
            <w:r w:rsidRPr="00525D1C">
              <w:rPr>
                <w:sz w:val="16"/>
                <w:szCs w:val="16"/>
              </w:rPr>
              <w:t>mësimore</w:t>
            </w:r>
            <w:proofErr w:type="spellEnd"/>
            <w:r w:rsidRPr="00525D1C">
              <w:rPr>
                <w:sz w:val="16"/>
                <w:szCs w:val="16"/>
              </w:rPr>
              <w:t>)</w:t>
            </w:r>
          </w:p>
        </w:tc>
        <w:tc>
          <w:tcPr>
            <w:tcW w:w="2581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Default="005B603F" w:rsidP="00F63F2F">
            <w:pPr>
              <w:rPr>
                <w:b/>
                <w:bCs/>
                <w:sz w:val="24"/>
                <w:szCs w:val="24"/>
              </w:rPr>
            </w:pPr>
            <w:r w:rsidRPr="00974198">
              <w:rPr>
                <w:b/>
                <w:bCs/>
                <w:sz w:val="24"/>
                <w:szCs w:val="24"/>
              </w:rPr>
              <w:t xml:space="preserve">7. </w:t>
            </w:r>
            <w:proofErr w:type="spellStart"/>
            <w:r w:rsidRPr="00974198">
              <w:rPr>
                <w:b/>
                <w:bCs/>
                <w:sz w:val="24"/>
                <w:szCs w:val="24"/>
              </w:rPr>
              <w:t>Raporte</w:t>
            </w:r>
            <w:proofErr w:type="spellEnd"/>
            <w:r w:rsidRPr="00974198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74198">
              <w:rPr>
                <w:b/>
                <w:bCs/>
                <w:sz w:val="24"/>
                <w:szCs w:val="24"/>
              </w:rPr>
              <w:t>dhe</w:t>
            </w:r>
            <w:proofErr w:type="spellEnd"/>
            <w:r w:rsidRPr="00974198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74198">
              <w:rPr>
                <w:b/>
                <w:bCs/>
                <w:sz w:val="24"/>
                <w:szCs w:val="24"/>
              </w:rPr>
              <w:t>përpjesëtime</w:t>
            </w:r>
            <w:proofErr w:type="spellEnd"/>
          </w:p>
          <w:p w:rsidR="005B603F" w:rsidRDefault="005B603F" w:rsidP="00F63F2F">
            <w:pPr>
              <w:rPr>
                <w:b/>
                <w:bCs/>
                <w:sz w:val="24"/>
                <w:szCs w:val="24"/>
              </w:rPr>
            </w:pPr>
          </w:p>
          <w:p w:rsidR="005B603F" w:rsidRPr="00974198" w:rsidRDefault="005B603F" w:rsidP="00F63F2F">
            <w:pPr>
              <w:rPr>
                <w:b/>
                <w:bCs/>
                <w:sz w:val="24"/>
                <w:szCs w:val="24"/>
              </w:rPr>
            </w:pPr>
          </w:p>
          <w:p w:rsidR="005B603F" w:rsidRDefault="005B603F" w:rsidP="00F63F2F">
            <w:pPr>
              <w:rPr>
                <w:b/>
                <w:bCs/>
                <w:sz w:val="24"/>
                <w:szCs w:val="24"/>
              </w:rPr>
            </w:pPr>
            <w:r w:rsidRPr="00974198">
              <w:rPr>
                <w:b/>
                <w:bCs/>
                <w:sz w:val="24"/>
                <w:szCs w:val="24"/>
              </w:rPr>
              <w:t xml:space="preserve">8. </w:t>
            </w:r>
            <w:proofErr w:type="spellStart"/>
            <w:r w:rsidRPr="00974198">
              <w:rPr>
                <w:b/>
                <w:bCs/>
                <w:sz w:val="24"/>
                <w:szCs w:val="24"/>
              </w:rPr>
              <w:t>Matja</w:t>
            </w:r>
            <w:proofErr w:type="spellEnd"/>
            <w:r w:rsidRPr="00974198">
              <w:rPr>
                <w:b/>
                <w:bCs/>
                <w:sz w:val="24"/>
                <w:szCs w:val="24"/>
              </w:rPr>
              <w:t xml:space="preserve"> e </w:t>
            </w:r>
            <w:proofErr w:type="spellStart"/>
            <w:r w:rsidRPr="00974198">
              <w:rPr>
                <w:b/>
                <w:bCs/>
                <w:sz w:val="24"/>
                <w:szCs w:val="24"/>
              </w:rPr>
              <w:t>madhësive</w:t>
            </w:r>
            <w:proofErr w:type="spellEnd"/>
            <w:r w:rsidRPr="00974198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74198">
              <w:rPr>
                <w:b/>
                <w:bCs/>
                <w:sz w:val="24"/>
                <w:szCs w:val="24"/>
              </w:rPr>
              <w:t>gjeometrike</w:t>
            </w:r>
            <w:proofErr w:type="spellEnd"/>
          </w:p>
          <w:p w:rsidR="005B603F" w:rsidRDefault="005B603F" w:rsidP="00F63F2F">
            <w:pPr>
              <w:rPr>
                <w:b/>
                <w:bCs/>
                <w:sz w:val="24"/>
                <w:szCs w:val="24"/>
              </w:rPr>
            </w:pPr>
          </w:p>
          <w:p w:rsidR="005B603F" w:rsidRPr="00974198" w:rsidRDefault="005B603F" w:rsidP="00F63F2F">
            <w:pPr>
              <w:rPr>
                <w:b/>
                <w:bCs/>
                <w:sz w:val="24"/>
                <w:szCs w:val="24"/>
              </w:rPr>
            </w:pPr>
          </w:p>
          <w:p w:rsidR="005B603F" w:rsidRPr="00974198" w:rsidRDefault="005B603F" w:rsidP="00F63F2F">
            <w:pPr>
              <w:rPr>
                <w:b/>
                <w:bCs/>
                <w:sz w:val="24"/>
                <w:szCs w:val="24"/>
              </w:rPr>
            </w:pPr>
            <w:r w:rsidRPr="00974198">
              <w:rPr>
                <w:b/>
                <w:bCs/>
                <w:sz w:val="24"/>
                <w:szCs w:val="24"/>
              </w:rPr>
              <w:t xml:space="preserve">9. </w:t>
            </w:r>
            <w:proofErr w:type="spellStart"/>
            <w:r w:rsidRPr="00974198">
              <w:rPr>
                <w:b/>
                <w:bCs/>
                <w:sz w:val="24"/>
                <w:szCs w:val="24"/>
              </w:rPr>
              <w:t>Shprehjet</w:t>
            </w:r>
            <w:proofErr w:type="spellEnd"/>
            <w:r w:rsidRPr="00974198">
              <w:rPr>
                <w:b/>
                <w:bCs/>
                <w:sz w:val="24"/>
                <w:szCs w:val="24"/>
              </w:rPr>
              <w:t xml:space="preserve"> me </w:t>
            </w:r>
            <w:proofErr w:type="spellStart"/>
            <w:r w:rsidRPr="00974198">
              <w:rPr>
                <w:b/>
                <w:bCs/>
                <w:sz w:val="24"/>
                <w:szCs w:val="24"/>
              </w:rPr>
              <w:t>ndryshore</w:t>
            </w:r>
            <w:proofErr w:type="spellEnd"/>
            <w:r w:rsidRPr="00974198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974198">
              <w:rPr>
                <w:b/>
                <w:bCs/>
                <w:sz w:val="24"/>
                <w:szCs w:val="24"/>
              </w:rPr>
              <w:t>ekuacione</w:t>
            </w:r>
            <w:proofErr w:type="spellEnd"/>
            <w:r w:rsidRPr="00974198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974198">
              <w:rPr>
                <w:b/>
                <w:bCs/>
                <w:sz w:val="24"/>
                <w:szCs w:val="24"/>
              </w:rPr>
              <w:t>inekuacione</w:t>
            </w:r>
            <w:proofErr w:type="spellEnd"/>
          </w:p>
          <w:p w:rsidR="005B603F" w:rsidRPr="00974198" w:rsidRDefault="005B603F" w:rsidP="00F63F2F">
            <w:pPr>
              <w:spacing w:line="221" w:lineRule="auto"/>
              <w:rPr>
                <w:b/>
                <w:bCs/>
                <w:sz w:val="24"/>
                <w:szCs w:val="24"/>
              </w:rPr>
            </w:pPr>
          </w:p>
          <w:p w:rsidR="005B603F" w:rsidRPr="00974198" w:rsidRDefault="005B603F" w:rsidP="00F63F2F">
            <w:pPr>
              <w:spacing w:line="221" w:lineRule="auto"/>
              <w:rPr>
                <w:sz w:val="24"/>
                <w:szCs w:val="24"/>
              </w:rPr>
            </w:pPr>
          </w:p>
          <w:p w:rsidR="005B603F" w:rsidRPr="00974198" w:rsidRDefault="005B603F" w:rsidP="00F63F2F">
            <w:pPr>
              <w:spacing w:line="221" w:lineRule="auto"/>
              <w:rPr>
                <w:sz w:val="24"/>
                <w:szCs w:val="24"/>
              </w:rPr>
            </w:pPr>
          </w:p>
          <w:p w:rsidR="005B603F" w:rsidRPr="00640E39" w:rsidRDefault="005B603F" w:rsidP="00F63F2F">
            <w:pPr>
              <w:spacing w:line="221" w:lineRule="auto"/>
              <w:rPr>
                <w:sz w:val="24"/>
                <w:szCs w:val="24"/>
              </w:rPr>
            </w:pPr>
            <w:r w:rsidRPr="00FD3182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12 </w:t>
            </w:r>
            <w:r w:rsidRPr="00FD3182">
              <w:rPr>
                <w:sz w:val="16"/>
                <w:szCs w:val="16"/>
              </w:rPr>
              <w:t>+</w:t>
            </w:r>
            <w:r>
              <w:rPr>
                <w:sz w:val="16"/>
                <w:szCs w:val="16"/>
              </w:rPr>
              <w:t xml:space="preserve"> 16 </w:t>
            </w:r>
            <w:r w:rsidRPr="00FD3182">
              <w:rPr>
                <w:sz w:val="16"/>
                <w:szCs w:val="16"/>
              </w:rPr>
              <w:t>+</w:t>
            </w:r>
            <w:r>
              <w:rPr>
                <w:sz w:val="16"/>
                <w:szCs w:val="16"/>
              </w:rPr>
              <w:t xml:space="preserve"> 20</w:t>
            </w:r>
            <w:r w:rsidRPr="00FD3182">
              <w:rPr>
                <w:sz w:val="16"/>
                <w:szCs w:val="16"/>
              </w:rPr>
              <w:t xml:space="preserve"> </w:t>
            </w:r>
            <w:proofErr w:type="spellStart"/>
            <w:r w:rsidRPr="00FD3182">
              <w:rPr>
                <w:sz w:val="16"/>
                <w:szCs w:val="16"/>
              </w:rPr>
              <w:t>orë</w:t>
            </w:r>
            <w:proofErr w:type="spellEnd"/>
            <w:r w:rsidRPr="00FD3182">
              <w:rPr>
                <w:sz w:val="16"/>
                <w:szCs w:val="16"/>
              </w:rPr>
              <w:t xml:space="preserve"> </w:t>
            </w:r>
            <w:proofErr w:type="spellStart"/>
            <w:r w:rsidRPr="00FD3182">
              <w:rPr>
                <w:sz w:val="16"/>
                <w:szCs w:val="16"/>
              </w:rPr>
              <w:t>mësimor</w:t>
            </w:r>
            <w:r w:rsidRPr="001B644D">
              <w:rPr>
                <w:sz w:val="16"/>
                <w:szCs w:val="16"/>
              </w:rPr>
              <w:t>e</w:t>
            </w:r>
            <w:proofErr w:type="spellEnd"/>
            <w:r w:rsidRPr="001B644D">
              <w:rPr>
                <w:sz w:val="16"/>
                <w:szCs w:val="16"/>
              </w:rPr>
              <w:t>)</w:t>
            </w:r>
          </w:p>
        </w:tc>
        <w:tc>
          <w:tcPr>
            <w:tcW w:w="28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Default="005B603F" w:rsidP="00F63F2F">
            <w:pPr>
              <w:rPr>
                <w:b/>
                <w:bCs/>
                <w:sz w:val="24"/>
                <w:szCs w:val="24"/>
              </w:rPr>
            </w:pPr>
            <w:r w:rsidRPr="00974198">
              <w:rPr>
                <w:b/>
                <w:bCs/>
                <w:sz w:val="24"/>
                <w:szCs w:val="24"/>
              </w:rPr>
              <w:t xml:space="preserve">10. </w:t>
            </w:r>
            <w:proofErr w:type="spellStart"/>
            <w:r w:rsidRPr="00974198">
              <w:rPr>
                <w:b/>
                <w:bCs/>
                <w:sz w:val="24"/>
                <w:szCs w:val="24"/>
              </w:rPr>
              <w:t>Shndërrime</w:t>
            </w:r>
            <w:proofErr w:type="spellEnd"/>
            <w:r w:rsidRPr="00974198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74198">
              <w:rPr>
                <w:b/>
                <w:bCs/>
                <w:sz w:val="24"/>
                <w:szCs w:val="24"/>
              </w:rPr>
              <w:t>gjeometrike</w:t>
            </w:r>
            <w:proofErr w:type="spellEnd"/>
            <w:r w:rsidRPr="00974198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74198">
              <w:rPr>
                <w:b/>
                <w:bCs/>
                <w:sz w:val="24"/>
                <w:szCs w:val="24"/>
              </w:rPr>
              <w:t>dhe</w:t>
            </w:r>
            <w:proofErr w:type="spellEnd"/>
            <w:r w:rsidRPr="00974198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74198">
              <w:rPr>
                <w:b/>
                <w:bCs/>
                <w:sz w:val="24"/>
                <w:szCs w:val="24"/>
              </w:rPr>
              <w:t>trupa</w:t>
            </w:r>
            <w:proofErr w:type="spellEnd"/>
            <w:r w:rsidRPr="00974198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74198">
              <w:rPr>
                <w:b/>
                <w:bCs/>
                <w:sz w:val="24"/>
                <w:szCs w:val="24"/>
              </w:rPr>
              <w:t>gjeometrikë</w:t>
            </w:r>
            <w:proofErr w:type="spellEnd"/>
          </w:p>
          <w:p w:rsidR="005B603F" w:rsidRDefault="005B603F" w:rsidP="00F63F2F">
            <w:pPr>
              <w:rPr>
                <w:b/>
                <w:bCs/>
                <w:sz w:val="24"/>
                <w:szCs w:val="24"/>
              </w:rPr>
            </w:pPr>
          </w:p>
          <w:p w:rsidR="00781B72" w:rsidRPr="00974198" w:rsidRDefault="00781B72" w:rsidP="00F63F2F">
            <w:pPr>
              <w:rPr>
                <w:b/>
                <w:bCs/>
                <w:sz w:val="24"/>
                <w:szCs w:val="24"/>
              </w:rPr>
            </w:pPr>
          </w:p>
          <w:p w:rsidR="005B603F" w:rsidRDefault="005B603F" w:rsidP="00F63F2F">
            <w:pPr>
              <w:rPr>
                <w:b/>
                <w:bCs/>
                <w:sz w:val="24"/>
                <w:szCs w:val="24"/>
              </w:rPr>
            </w:pPr>
            <w:r w:rsidRPr="00974198">
              <w:rPr>
                <w:b/>
                <w:bCs/>
                <w:sz w:val="24"/>
                <w:szCs w:val="24"/>
              </w:rPr>
              <w:t xml:space="preserve">11. </w:t>
            </w:r>
            <w:proofErr w:type="spellStart"/>
            <w:r w:rsidRPr="00974198">
              <w:rPr>
                <w:b/>
                <w:bCs/>
                <w:sz w:val="24"/>
                <w:szCs w:val="24"/>
              </w:rPr>
              <w:t>Funksioni</w:t>
            </w:r>
            <w:proofErr w:type="spellEnd"/>
          </w:p>
          <w:p w:rsidR="005B603F" w:rsidRDefault="005B603F" w:rsidP="00F63F2F">
            <w:pPr>
              <w:rPr>
                <w:b/>
                <w:bCs/>
                <w:sz w:val="24"/>
                <w:szCs w:val="24"/>
              </w:rPr>
            </w:pPr>
          </w:p>
          <w:p w:rsidR="00781B72" w:rsidRPr="00974198" w:rsidRDefault="00781B72" w:rsidP="00F63F2F">
            <w:pPr>
              <w:rPr>
                <w:b/>
                <w:bCs/>
                <w:sz w:val="24"/>
                <w:szCs w:val="24"/>
              </w:rPr>
            </w:pPr>
          </w:p>
          <w:p w:rsidR="005B603F" w:rsidRDefault="005B603F" w:rsidP="00F63F2F">
            <w:pPr>
              <w:rPr>
                <w:b/>
                <w:bCs/>
                <w:sz w:val="24"/>
                <w:szCs w:val="24"/>
              </w:rPr>
            </w:pPr>
            <w:r w:rsidRPr="00974198">
              <w:rPr>
                <w:b/>
                <w:bCs/>
                <w:sz w:val="24"/>
                <w:szCs w:val="24"/>
              </w:rPr>
              <w:t xml:space="preserve">12. </w:t>
            </w:r>
            <w:proofErr w:type="spellStart"/>
            <w:r w:rsidRPr="00974198">
              <w:rPr>
                <w:b/>
                <w:bCs/>
                <w:sz w:val="24"/>
                <w:szCs w:val="24"/>
              </w:rPr>
              <w:t>Statistika</w:t>
            </w:r>
            <w:proofErr w:type="spellEnd"/>
          </w:p>
          <w:p w:rsidR="00781B72" w:rsidRDefault="00781B72" w:rsidP="00F63F2F">
            <w:pPr>
              <w:rPr>
                <w:b/>
                <w:bCs/>
                <w:sz w:val="24"/>
                <w:szCs w:val="24"/>
              </w:rPr>
            </w:pPr>
          </w:p>
          <w:p w:rsidR="00781B72" w:rsidRDefault="00781B72" w:rsidP="00F63F2F">
            <w:pPr>
              <w:rPr>
                <w:b/>
                <w:bCs/>
                <w:sz w:val="24"/>
                <w:szCs w:val="24"/>
              </w:rPr>
            </w:pPr>
          </w:p>
          <w:p w:rsidR="005B603F" w:rsidRPr="00974198" w:rsidRDefault="005B603F" w:rsidP="00F63F2F">
            <w:pPr>
              <w:rPr>
                <w:b/>
                <w:bCs/>
                <w:sz w:val="24"/>
                <w:szCs w:val="24"/>
              </w:rPr>
            </w:pPr>
            <w:r w:rsidRPr="00974198">
              <w:rPr>
                <w:b/>
                <w:bCs/>
                <w:sz w:val="24"/>
                <w:szCs w:val="24"/>
              </w:rPr>
              <w:t>13. P</w:t>
            </w:r>
            <w:proofErr w:type="spellStart"/>
            <w:r w:rsidRPr="00974198">
              <w:rPr>
                <w:b/>
                <w:bCs/>
                <w:sz w:val="24"/>
                <w:szCs w:val="24"/>
              </w:rPr>
              <w:t>robabiliteti</w:t>
            </w:r>
            <w:proofErr w:type="spellEnd"/>
          </w:p>
          <w:p w:rsidR="005B603F" w:rsidRDefault="005B603F" w:rsidP="00F63F2F">
            <w:pPr>
              <w:spacing w:line="221" w:lineRule="auto"/>
              <w:rPr>
                <w:sz w:val="24"/>
                <w:szCs w:val="24"/>
              </w:rPr>
            </w:pPr>
          </w:p>
          <w:p w:rsidR="005B603F" w:rsidRDefault="005B603F" w:rsidP="00F63F2F">
            <w:pPr>
              <w:spacing w:line="221" w:lineRule="auto"/>
              <w:rPr>
                <w:sz w:val="24"/>
                <w:szCs w:val="24"/>
              </w:rPr>
            </w:pPr>
          </w:p>
          <w:p w:rsidR="005B603F" w:rsidRDefault="005B603F" w:rsidP="00F63F2F">
            <w:pPr>
              <w:spacing w:line="221" w:lineRule="auto"/>
              <w:rPr>
                <w:sz w:val="24"/>
                <w:szCs w:val="24"/>
              </w:rPr>
            </w:pPr>
          </w:p>
          <w:p w:rsidR="005B603F" w:rsidRDefault="005B603F" w:rsidP="00F63F2F">
            <w:pPr>
              <w:spacing w:line="221" w:lineRule="auto"/>
              <w:rPr>
                <w:sz w:val="16"/>
                <w:szCs w:val="16"/>
              </w:rPr>
            </w:pPr>
            <w:r w:rsidRPr="00FD3182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12 </w:t>
            </w:r>
            <w:r w:rsidRPr="00FD3182">
              <w:rPr>
                <w:sz w:val="16"/>
                <w:szCs w:val="16"/>
              </w:rPr>
              <w:t xml:space="preserve">+ </w:t>
            </w:r>
            <w:r>
              <w:rPr>
                <w:sz w:val="16"/>
                <w:szCs w:val="16"/>
              </w:rPr>
              <w:t>13</w:t>
            </w:r>
            <w:r w:rsidRPr="00FD3182">
              <w:rPr>
                <w:sz w:val="16"/>
                <w:szCs w:val="16"/>
              </w:rPr>
              <w:t xml:space="preserve"> + </w:t>
            </w:r>
            <w:r>
              <w:rPr>
                <w:sz w:val="16"/>
                <w:szCs w:val="16"/>
              </w:rPr>
              <w:t>14</w:t>
            </w:r>
            <w:r w:rsidRPr="00FD3182">
              <w:rPr>
                <w:sz w:val="16"/>
                <w:szCs w:val="16"/>
              </w:rPr>
              <w:t xml:space="preserve"> </w:t>
            </w:r>
            <w:proofErr w:type="spellStart"/>
            <w:r w:rsidRPr="00FD3182">
              <w:rPr>
                <w:sz w:val="16"/>
                <w:szCs w:val="16"/>
              </w:rPr>
              <w:t>orë</w:t>
            </w:r>
            <w:proofErr w:type="spellEnd"/>
            <w:r w:rsidRPr="00FD3182">
              <w:rPr>
                <w:sz w:val="16"/>
                <w:szCs w:val="16"/>
              </w:rPr>
              <w:t xml:space="preserve"> </w:t>
            </w:r>
            <w:proofErr w:type="spellStart"/>
            <w:r w:rsidRPr="00FD3182">
              <w:rPr>
                <w:sz w:val="16"/>
                <w:szCs w:val="16"/>
              </w:rPr>
              <w:t>mësimor</w:t>
            </w:r>
            <w:proofErr w:type="spellEnd"/>
            <w:r w:rsidRPr="00FD3182">
              <w:rPr>
                <w:sz w:val="16"/>
                <w:szCs w:val="16"/>
              </w:rPr>
              <w:t>)</w:t>
            </w:r>
          </w:p>
          <w:p w:rsidR="005B603F" w:rsidRDefault="005B603F" w:rsidP="00F63F2F">
            <w:pPr>
              <w:rPr>
                <w:sz w:val="16"/>
                <w:szCs w:val="16"/>
              </w:rPr>
            </w:pPr>
          </w:p>
          <w:p w:rsidR="005B603F" w:rsidRPr="001B644D" w:rsidRDefault="005B603F" w:rsidP="00F63F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7" w:type="dxa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</w:tcPr>
          <w:p w:rsidR="005B603F" w:rsidRPr="00640E39" w:rsidRDefault="005B603F" w:rsidP="00F63F2F">
            <w:pPr>
              <w:rPr>
                <w:rFonts w:eastAsia="ArialMT"/>
                <w:b/>
                <w:bCs/>
                <w:sz w:val="24"/>
                <w:szCs w:val="24"/>
              </w:rPr>
            </w:pPr>
          </w:p>
        </w:tc>
        <w:tc>
          <w:tcPr>
            <w:tcW w:w="324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8" w:lineRule="auto"/>
              <w:rPr>
                <w:sz w:val="24"/>
                <w:szCs w:val="24"/>
              </w:rPr>
            </w:pPr>
            <w:r w:rsidRPr="007A790C">
              <w:rPr>
                <w:rFonts w:cs="Times New Roman"/>
                <w:b/>
                <w:bCs/>
                <w:color w:val="000000"/>
                <w:sz w:val="24"/>
                <w:szCs w:val="24"/>
                <w:lang w:val="sq-AL"/>
              </w:rPr>
              <w:t>1,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sq-AL"/>
              </w:rPr>
              <w:t xml:space="preserve"> </w:t>
            </w:r>
            <w:r w:rsidRPr="007A790C">
              <w:rPr>
                <w:rFonts w:cs="Times New Roman"/>
                <w:b/>
                <w:bCs/>
                <w:color w:val="000000"/>
                <w:sz w:val="24"/>
                <w:szCs w:val="24"/>
                <w:lang w:val="sq-AL"/>
              </w:rPr>
              <w:t>2,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sq-AL"/>
              </w:rPr>
              <w:t xml:space="preserve"> 3</w:t>
            </w:r>
            <w:r w:rsidRPr="007A790C">
              <w:rPr>
                <w:rFonts w:cs="Times New Roman"/>
                <w:b/>
                <w:bCs/>
                <w:color w:val="000000"/>
                <w:sz w:val="24"/>
                <w:szCs w:val="24"/>
                <w:lang w:val="sq-AL"/>
              </w:rPr>
              <w:t>,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sq-AL"/>
              </w:rPr>
              <w:t xml:space="preserve"> </w:t>
            </w:r>
            <w:r w:rsidRPr="007A790C">
              <w:rPr>
                <w:rFonts w:cs="Times New Roman"/>
                <w:b/>
                <w:bCs/>
                <w:color w:val="000000"/>
                <w:sz w:val="24"/>
                <w:szCs w:val="24"/>
                <w:lang w:val="sq-AL"/>
              </w:rPr>
              <w:t>4,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sq-AL"/>
              </w:rPr>
              <w:t xml:space="preserve"> </w:t>
            </w:r>
            <w:r w:rsidRPr="007A790C">
              <w:rPr>
                <w:rFonts w:cs="Times New Roman"/>
                <w:b/>
                <w:bCs/>
                <w:color w:val="000000"/>
                <w:sz w:val="24"/>
                <w:szCs w:val="24"/>
                <w:lang w:val="sq-AL"/>
              </w:rPr>
              <w:t>5,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sq-AL"/>
              </w:rPr>
              <w:t xml:space="preserve"> </w:t>
            </w:r>
            <w:r w:rsidRPr="007A790C">
              <w:rPr>
                <w:rFonts w:cs="Times New Roman"/>
                <w:b/>
                <w:bCs/>
                <w:color w:val="000000"/>
                <w:sz w:val="24"/>
                <w:szCs w:val="24"/>
                <w:lang w:val="sq-AL"/>
              </w:rPr>
              <w:t>6,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sq-AL"/>
              </w:rPr>
              <w:t xml:space="preserve"> </w:t>
            </w:r>
            <w:r w:rsidRPr="007A790C">
              <w:rPr>
                <w:rFonts w:cs="Times New Roman"/>
                <w:b/>
                <w:bCs/>
                <w:color w:val="000000"/>
                <w:sz w:val="24"/>
                <w:szCs w:val="24"/>
                <w:lang w:val="sq-AL"/>
              </w:rPr>
              <w:t>7</w:t>
            </w:r>
          </w:p>
        </w:tc>
      </w:tr>
      <w:tr w:rsidR="005B603F" w:rsidRPr="006416F8" w:rsidTr="000D5A18">
        <w:trPr>
          <w:cantSplit/>
          <w:trHeight w:val="671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5B603F" w:rsidRPr="00640E39" w:rsidRDefault="005B603F" w:rsidP="00F63F2F">
            <w:pPr>
              <w:autoSpaceDE w:val="0"/>
              <w:autoSpaceDN w:val="0"/>
              <w:adjustRightInd w:val="0"/>
              <w:ind w:left="113" w:right="113"/>
              <w:rPr>
                <w:rFonts w:eastAsia="ArialMT"/>
                <w:b/>
                <w:sz w:val="24"/>
                <w:szCs w:val="24"/>
              </w:rPr>
            </w:pPr>
          </w:p>
        </w:tc>
        <w:tc>
          <w:tcPr>
            <w:tcW w:w="1955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pStyle w:val="TableParagraph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rPr>
                <w:b/>
                <w:sz w:val="24"/>
                <w:szCs w:val="24"/>
              </w:rPr>
            </w:pP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18" w:space="0" w:color="auto"/>
              <w:right w:val="dotted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40E39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16F8" w:rsidRDefault="005B603F" w:rsidP="00F63F2F">
            <w:pPr>
              <w:spacing w:line="221" w:lineRule="auto"/>
              <w:rPr>
                <w:sz w:val="24"/>
                <w:szCs w:val="24"/>
                <w:lang w:val="de-DE"/>
              </w:rPr>
            </w:pPr>
            <w:proofErr w:type="spellStart"/>
            <w:r w:rsidRPr="006416F8">
              <w:rPr>
                <w:b/>
                <w:sz w:val="24"/>
                <w:szCs w:val="24"/>
                <w:lang w:val="de-DE"/>
              </w:rPr>
              <w:t>Kompetenca</w:t>
            </w:r>
            <w:proofErr w:type="spellEnd"/>
            <w:r w:rsidRPr="006416F8">
              <w:rPr>
                <w:b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416F8">
              <w:rPr>
                <w:b/>
                <w:sz w:val="24"/>
                <w:szCs w:val="24"/>
                <w:lang w:val="de-DE"/>
              </w:rPr>
              <w:t>të</w:t>
            </w:r>
            <w:proofErr w:type="spellEnd"/>
            <w:r w:rsidRPr="006416F8">
              <w:rPr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416F8">
              <w:rPr>
                <w:b/>
                <w:sz w:val="24"/>
                <w:szCs w:val="24"/>
                <w:lang w:val="de-DE"/>
              </w:rPr>
              <w:t>menduarit</w:t>
            </w:r>
            <w:proofErr w:type="spellEnd"/>
            <w:r w:rsidRPr="006416F8">
              <w:rPr>
                <w:b/>
                <w:sz w:val="24"/>
                <w:szCs w:val="24"/>
                <w:lang w:val="de-DE"/>
              </w:rPr>
              <w:t xml:space="preserve"> – </w:t>
            </w:r>
            <w:proofErr w:type="spellStart"/>
            <w:r w:rsidRPr="006416F8">
              <w:rPr>
                <w:b/>
                <w:color w:val="C00000"/>
                <w:sz w:val="24"/>
                <w:szCs w:val="24"/>
                <w:lang w:val="de-DE"/>
              </w:rPr>
              <w:t>Mendimtar</w:t>
            </w:r>
            <w:proofErr w:type="spellEnd"/>
            <w:r w:rsidRPr="006416F8">
              <w:rPr>
                <w:b/>
                <w:color w:val="C00000"/>
                <w:sz w:val="24"/>
                <w:szCs w:val="24"/>
                <w:lang w:val="de-DE"/>
              </w:rPr>
              <w:t xml:space="preserve"> kreativ</w:t>
            </w:r>
          </w:p>
        </w:tc>
      </w:tr>
      <w:tr w:rsidR="005B603F" w:rsidRPr="00640E39" w:rsidTr="000D5A18">
        <w:trPr>
          <w:cantSplit/>
          <w:trHeight w:val="387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5B603F" w:rsidRPr="006416F8" w:rsidRDefault="005B603F" w:rsidP="00F63F2F">
            <w:pPr>
              <w:autoSpaceDE w:val="0"/>
              <w:autoSpaceDN w:val="0"/>
              <w:adjustRightInd w:val="0"/>
              <w:ind w:left="113" w:right="113"/>
              <w:rPr>
                <w:rFonts w:eastAsia="ArialMT"/>
                <w:b/>
                <w:sz w:val="24"/>
                <w:szCs w:val="24"/>
                <w:lang w:val="de-DE"/>
              </w:rPr>
            </w:pPr>
          </w:p>
        </w:tc>
        <w:tc>
          <w:tcPr>
            <w:tcW w:w="1955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5B603F" w:rsidRPr="006416F8" w:rsidRDefault="005B603F" w:rsidP="00F63F2F">
            <w:pPr>
              <w:jc w:val="center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2410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5B603F" w:rsidRPr="006416F8" w:rsidRDefault="005B603F" w:rsidP="00F63F2F">
            <w:pPr>
              <w:jc w:val="center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258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pStyle w:val="TableParagraph"/>
              <w:ind w:left="108"/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5B603F" w:rsidRPr="006416F8" w:rsidRDefault="005B603F" w:rsidP="00F63F2F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647" w:type="dxa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</w:tcPr>
          <w:p w:rsidR="005B603F" w:rsidRPr="006416F8" w:rsidRDefault="005B603F" w:rsidP="00F63F2F">
            <w:pPr>
              <w:rPr>
                <w:rFonts w:eastAsia="ArialMT"/>
                <w:b/>
                <w:sz w:val="24"/>
                <w:szCs w:val="24"/>
                <w:lang w:val="de-DE"/>
              </w:rPr>
            </w:pPr>
          </w:p>
        </w:tc>
        <w:tc>
          <w:tcPr>
            <w:tcW w:w="324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8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1, </w:t>
            </w:r>
            <w:r w:rsidRPr="00640E39">
              <w:rPr>
                <w:b/>
                <w:sz w:val="24"/>
                <w:szCs w:val="24"/>
              </w:rPr>
              <w:t>2, 3, 4, 5, 6, 7, 8.</w:t>
            </w:r>
          </w:p>
        </w:tc>
      </w:tr>
      <w:tr w:rsidR="005B603F" w:rsidRPr="00640E39" w:rsidTr="000D5A18">
        <w:trPr>
          <w:cantSplit/>
          <w:trHeight w:val="611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5B603F" w:rsidRPr="00640E39" w:rsidRDefault="005B603F" w:rsidP="00F63F2F">
            <w:pPr>
              <w:autoSpaceDE w:val="0"/>
              <w:autoSpaceDN w:val="0"/>
              <w:adjustRightInd w:val="0"/>
              <w:ind w:left="113" w:right="113"/>
              <w:rPr>
                <w:rFonts w:eastAsia="ArialMT"/>
                <w:b/>
                <w:sz w:val="24"/>
                <w:szCs w:val="24"/>
              </w:rPr>
            </w:pPr>
          </w:p>
        </w:tc>
        <w:tc>
          <w:tcPr>
            <w:tcW w:w="1955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pStyle w:val="TableParagraph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rPr>
                <w:b/>
                <w:sz w:val="24"/>
                <w:szCs w:val="24"/>
              </w:rPr>
            </w:pP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18" w:space="0" w:color="auto"/>
              <w:right w:val="dotted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40E39"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1" w:lineRule="auto"/>
              <w:rPr>
                <w:sz w:val="24"/>
                <w:szCs w:val="24"/>
              </w:rPr>
            </w:pPr>
            <w:proofErr w:type="spellStart"/>
            <w:r w:rsidRPr="00640E39">
              <w:rPr>
                <w:b/>
                <w:sz w:val="24"/>
                <w:szCs w:val="24"/>
              </w:rPr>
              <w:t>Kompetenca</w:t>
            </w:r>
            <w:proofErr w:type="spellEnd"/>
            <w:r w:rsidRPr="00640E39">
              <w:rPr>
                <w:b/>
                <w:sz w:val="24"/>
                <w:szCs w:val="24"/>
              </w:rPr>
              <w:t xml:space="preserve"> e </w:t>
            </w:r>
            <w:proofErr w:type="spellStart"/>
            <w:r w:rsidRPr="00640E39">
              <w:rPr>
                <w:b/>
                <w:sz w:val="24"/>
                <w:szCs w:val="24"/>
              </w:rPr>
              <w:t>të</w:t>
            </w:r>
            <w:proofErr w:type="spellEnd"/>
            <w:r w:rsidRPr="00640E3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0E39">
              <w:rPr>
                <w:b/>
                <w:sz w:val="24"/>
                <w:szCs w:val="24"/>
              </w:rPr>
              <w:t>nxënit</w:t>
            </w:r>
            <w:proofErr w:type="spellEnd"/>
            <w:r w:rsidRPr="00640E39">
              <w:rPr>
                <w:b/>
                <w:sz w:val="24"/>
                <w:szCs w:val="24"/>
              </w:rPr>
              <w:t xml:space="preserve"> – </w:t>
            </w:r>
            <w:proofErr w:type="spellStart"/>
            <w:r w:rsidRPr="00640E39">
              <w:rPr>
                <w:b/>
                <w:color w:val="C00000"/>
                <w:sz w:val="24"/>
                <w:szCs w:val="24"/>
              </w:rPr>
              <w:t>Nxënës</w:t>
            </w:r>
            <w:proofErr w:type="spellEnd"/>
            <w:r w:rsidRPr="00640E39">
              <w:rPr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40E39">
              <w:rPr>
                <w:b/>
                <w:color w:val="C00000"/>
                <w:sz w:val="24"/>
                <w:szCs w:val="24"/>
              </w:rPr>
              <w:t>i</w:t>
            </w:r>
            <w:proofErr w:type="spellEnd"/>
            <w:r w:rsidRPr="00640E39">
              <w:rPr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40E39">
              <w:rPr>
                <w:b/>
                <w:color w:val="C00000"/>
                <w:sz w:val="24"/>
                <w:szCs w:val="24"/>
              </w:rPr>
              <w:t>suksesshëm</w:t>
            </w:r>
            <w:proofErr w:type="spellEnd"/>
          </w:p>
        </w:tc>
      </w:tr>
      <w:tr w:rsidR="005B603F" w:rsidRPr="00640E39" w:rsidTr="000D5A18">
        <w:trPr>
          <w:cantSplit/>
          <w:trHeight w:val="276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5B603F" w:rsidRPr="00640E39" w:rsidRDefault="005B603F" w:rsidP="00F63F2F">
            <w:pPr>
              <w:autoSpaceDE w:val="0"/>
              <w:autoSpaceDN w:val="0"/>
              <w:adjustRightInd w:val="0"/>
              <w:ind w:left="113" w:right="113"/>
              <w:rPr>
                <w:rFonts w:eastAsia="ArialMT"/>
                <w:b/>
                <w:sz w:val="24"/>
                <w:szCs w:val="24"/>
              </w:rPr>
            </w:pPr>
          </w:p>
        </w:tc>
        <w:tc>
          <w:tcPr>
            <w:tcW w:w="1955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pStyle w:val="TableParagraph"/>
              <w:ind w:left="108"/>
              <w:rPr>
                <w:b/>
                <w:sz w:val="24"/>
                <w:szCs w:val="24"/>
                <w:lang w:val="sq-AL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rPr>
                <w:b/>
                <w:sz w:val="24"/>
                <w:szCs w:val="24"/>
              </w:rPr>
            </w:pPr>
          </w:p>
        </w:tc>
        <w:tc>
          <w:tcPr>
            <w:tcW w:w="647" w:type="dxa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</w:tcPr>
          <w:p w:rsidR="005B603F" w:rsidRPr="00640E39" w:rsidRDefault="005B603F" w:rsidP="00F63F2F">
            <w:pPr>
              <w:rPr>
                <w:rFonts w:eastAsia="ArialMT"/>
                <w:b/>
                <w:sz w:val="24"/>
                <w:szCs w:val="24"/>
              </w:rPr>
            </w:pPr>
          </w:p>
        </w:tc>
        <w:tc>
          <w:tcPr>
            <w:tcW w:w="324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8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1, 2, </w:t>
            </w:r>
            <w:r w:rsidRPr="00640E39">
              <w:rPr>
                <w:b/>
                <w:sz w:val="24"/>
                <w:szCs w:val="24"/>
              </w:rPr>
              <w:t>3, 4, 5, 6, 7.</w:t>
            </w:r>
          </w:p>
        </w:tc>
      </w:tr>
      <w:tr w:rsidR="005B603F" w:rsidRPr="006416F8" w:rsidTr="000D5A18">
        <w:trPr>
          <w:cantSplit/>
          <w:trHeight w:val="551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5B603F" w:rsidRPr="00640E39" w:rsidRDefault="005B603F" w:rsidP="00F63F2F">
            <w:pPr>
              <w:autoSpaceDE w:val="0"/>
              <w:autoSpaceDN w:val="0"/>
              <w:adjustRightInd w:val="0"/>
              <w:ind w:left="113" w:right="113"/>
              <w:rPr>
                <w:rFonts w:eastAsia="ArialMT"/>
                <w:b/>
                <w:sz w:val="24"/>
                <w:szCs w:val="24"/>
              </w:rPr>
            </w:pPr>
          </w:p>
        </w:tc>
        <w:tc>
          <w:tcPr>
            <w:tcW w:w="1955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pStyle w:val="TableParagraph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rPr>
                <w:b/>
                <w:sz w:val="24"/>
                <w:szCs w:val="24"/>
              </w:rPr>
            </w:pP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18" w:space="0" w:color="auto"/>
              <w:right w:val="dotted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40E39">
              <w:rPr>
                <w:b/>
                <w:sz w:val="24"/>
                <w:szCs w:val="24"/>
              </w:rPr>
              <w:t>IV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16F8" w:rsidRDefault="005B603F" w:rsidP="00F63F2F">
            <w:pPr>
              <w:spacing w:line="221" w:lineRule="auto"/>
              <w:rPr>
                <w:sz w:val="24"/>
                <w:szCs w:val="24"/>
                <w:lang w:val="de-DE"/>
              </w:rPr>
            </w:pPr>
            <w:proofErr w:type="spellStart"/>
            <w:r w:rsidRPr="006416F8">
              <w:rPr>
                <w:b/>
                <w:sz w:val="24"/>
                <w:szCs w:val="24"/>
                <w:lang w:val="de-DE"/>
              </w:rPr>
              <w:t>Kompetenca</w:t>
            </w:r>
            <w:proofErr w:type="spellEnd"/>
            <w:r w:rsidRPr="006416F8">
              <w:rPr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416F8">
              <w:rPr>
                <w:b/>
                <w:sz w:val="24"/>
                <w:szCs w:val="24"/>
                <w:lang w:val="de-DE"/>
              </w:rPr>
              <w:t>për</w:t>
            </w:r>
            <w:proofErr w:type="spellEnd"/>
            <w:r w:rsidRPr="006416F8">
              <w:rPr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416F8">
              <w:rPr>
                <w:b/>
                <w:sz w:val="24"/>
                <w:szCs w:val="24"/>
                <w:lang w:val="de-DE"/>
              </w:rPr>
              <w:t>jetë</w:t>
            </w:r>
            <w:proofErr w:type="spellEnd"/>
            <w:r w:rsidRPr="006416F8">
              <w:rPr>
                <w:b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416F8">
              <w:rPr>
                <w:b/>
                <w:sz w:val="24"/>
                <w:szCs w:val="24"/>
                <w:lang w:val="de-DE"/>
              </w:rPr>
              <w:t>për</w:t>
            </w:r>
            <w:proofErr w:type="spellEnd"/>
            <w:r w:rsidRPr="006416F8">
              <w:rPr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416F8">
              <w:rPr>
                <w:b/>
                <w:sz w:val="24"/>
                <w:szCs w:val="24"/>
                <w:lang w:val="de-DE"/>
              </w:rPr>
              <w:t>punë</w:t>
            </w:r>
            <w:proofErr w:type="spellEnd"/>
            <w:r w:rsidRPr="006416F8">
              <w:rPr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416F8">
              <w:rPr>
                <w:b/>
                <w:sz w:val="24"/>
                <w:szCs w:val="24"/>
                <w:lang w:val="de-DE"/>
              </w:rPr>
              <w:t>dhe</w:t>
            </w:r>
            <w:proofErr w:type="spellEnd"/>
            <w:r w:rsidRPr="006416F8">
              <w:rPr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416F8">
              <w:rPr>
                <w:b/>
                <w:sz w:val="24"/>
                <w:szCs w:val="24"/>
                <w:lang w:val="de-DE"/>
              </w:rPr>
              <w:t>për</w:t>
            </w:r>
            <w:proofErr w:type="spellEnd"/>
            <w:r w:rsidRPr="006416F8">
              <w:rPr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416F8">
              <w:rPr>
                <w:b/>
                <w:sz w:val="24"/>
                <w:szCs w:val="24"/>
                <w:lang w:val="de-DE"/>
              </w:rPr>
              <w:t>mjedis</w:t>
            </w:r>
            <w:proofErr w:type="spellEnd"/>
            <w:r w:rsidRPr="006416F8">
              <w:rPr>
                <w:b/>
                <w:sz w:val="24"/>
                <w:szCs w:val="24"/>
                <w:lang w:val="de-DE"/>
              </w:rPr>
              <w:t xml:space="preserve"> – </w:t>
            </w:r>
            <w:proofErr w:type="spellStart"/>
            <w:r w:rsidRPr="006416F8">
              <w:rPr>
                <w:b/>
                <w:color w:val="C00000"/>
                <w:sz w:val="24"/>
                <w:szCs w:val="24"/>
                <w:lang w:val="de-DE"/>
              </w:rPr>
              <w:t>Kontribues</w:t>
            </w:r>
            <w:proofErr w:type="spellEnd"/>
            <w:r w:rsidRPr="006416F8">
              <w:rPr>
                <w:b/>
                <w:color w:val="C00000"/>
                <w:sz w:val="24"/>
                <w:szCs w:val="24"/>
                <w:lang w:val="de-DE"/>
              </w:rPr>
              <w:t xml:space="preserve"> produktiv</w:t>
            </w:r>
          </w:p>
        </w:tc>
      </w:tr>
      <w:tr w:rsidR="005B603F" w:rsidRPr="00640E39" w:rsidTr="000D5A18">
        <w:trPr>
          <w:cantSplit/>
          <w:trHeight w:val="338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5B603F" w:rsidRPr="006416F8" w:rsidRDefault="005B603F" w:rsidP="00F63F2F">
            <w:pPr>
              <w:autoSpaceDE w:val="0"/>
              <w:autoSpaceDN w:val="0"/>
              <w:adjustRightInd w:val="0"/>
              <w:ind w:left="113" w:right="113"/>
              <w:rPr>
                <w:rFonts w:eastAsia="ArialMT"/>
                <w:b/>
                <w:sz w:val="24"/>
                <w:szCs w:val="24"/>
                <w:lang w:val="de-DE"/>
              </w:rPr>
            </w:pPr>
          </w:p>
        </w:tc>
        <w:tc>
          <w:tcPr>
            <w:tcW w:w="1955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5B603F" w:rsidRPr="006416F8" w:rsidRDefault="005B603F" w:rsidP="00F63F2F">
            <w:pPr>
              <w:jc w:val="center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2410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5B603F" w:rsidRPr="006416F8" w:rsidRDefault="005B603F" w:rsidP="00F63F2F">
            <w:pPr>
              <w:jc w:val="center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258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pStyle w:val="TableParagraph"/>
              <w:ind w:left="108"/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5B603F" w:rsidRPr="006416F8" w:rsidRDefault="005B603F" w:rsidP="00F63F2F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647" w:type="dxa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</w:tcPr>
          <w:p w:rsidR="005B603F" w:rsidRPr="006416F8" w:rsidRDefault="005B603F" w:rsidP="00F63F2F">
            <w:pPr>
              <w:rPr>
                <w:rFonts w:eastAsia="ArialMT"/>
                <w:b/>
                <w:sz w:val="24"/>
                <w:szCs w:val="24"/>
                <w:lang w:val="de-DE"/>
              </w:rPr>
            </w:pPr>
          </w:p>
        </w:tc>
        <w:tc>
          <w:tcPr>
            <w:tcW w:w="324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8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640E39">
              <w:rPr>
                <w:b/>
                <w:sz w:val="24"/>
                <w:szCs w:val="24"/>
              </w:rPr>
              <w:t>, 4, 5, 7.</w:t>
            </w:r>
          </w:p>
        </w:tc>
      </w:tr>
      <w:tr w:rsidR="005B603F" w:rsidRPr="00640E39" w:rsidTr="000D5A18">
        <w:trPr>
          <w:cantSplit/>
          <w:trHeight w:val="536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5B603F" w:rsidRPr="00640E39" w:rsidRDefault="005B603F" w:rsidP="00F63F2F">
            <w:pPr>
              <w:autoSpaceDE w:val="0"/>
              <w:autoSpaceDN w:val="0"/>
              <w:adjustRightInd w:val="0"/>
              <w:ind w:left="113" w:right="113"/>
              <w:rPr>
                <w:rFonts w:eastAsia="ArialMT"/>
                <w:b/>
                <w:sz w:val="24"/>
                <w:szCs w:val="24"/>
              </w:rPr>
            </w:pPr>
          </w:p>
        </w:tc>
        <w:tc>
          <w:tcPr>
            <w:tcW w:w="1955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pStyle w:val="TableParagraph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rPr>
                <w:b/>
                <w:sz w:val="24"/>
                <w:szCs w:val="24"/>
              </w:rPr>
            </w:pP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18" w:space="0" w:color="auto"/>
              <w:right w:val="dotted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40E39">
              <w:rPr>
                <w:b/>
                <w:sz w:val="24"/>
                <w:szCs w:val="24"/>
              </w:rPr>
              <w:t>V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1" w:lineRule="auto"/>
              <w:rPr>
                <w:sz w:val="24"/>
                <w:szCs w:val="24"/>
              </w:rPr>
            </w:pPr>
            <w:proofErr w:type="spellStart"/>
            <w:r w:rsidRPr="00640E39">
              <w:rPr>
                <w:b/>
                <w:sz w:val="24"/>
                <w:szCs w:val="24"/>
              </w:rPr>
              <w:t>Kompetenca</w:t>
            </w:r>
            <w:proofErr w:type="spellEnd"/>
            <w:r w:rsidRPr="00640E3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0E39">
              <w:rPr>
                <w:b/>
                <w:sz w:val="24"/>
                <w:szCs w:val="24"/>
              </w:rPr>
              <w:t>personale</w:t>
            </w:r>
            <w:proofErr w:type="spellEnd"/>
            <w:r w:rsidRPr="00640E39">
              <w:rPr>
                <w:b/>
                <w:sz w:val="24"/>
                <w:szCs w:val="24"/>
              </w:rPr>
              <w:t xml:space="preserve"> – </w:t>
            </w:r>
            <w:proofErr w:type="spellStart"/>
            <w:r w:rsidRPr="00640E39">
              <w:rPr>
                <w:b/>
                <w:color w:val="C00000"/>
                <w:sz w:val="24"/>
                <w:szCs w:val="24"/>
              </w:rPr>
              <w:t>Individ</w:t>
            </w:r>
            <w:proofErr w:type="spellEnd"/>
            <w:r w:rsidRPr="00640E39">
              <w:rPr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40E39">
              <w:rPr>
                <w:b/>
                <w:color w:val="C00000"/>
                <w:sz w:val="24"/>
                <w:szCs w:val="24"/>
              </w:rPr>
              <w:t>i</w:t>
            </w:r>
            <w:proofErr w:type="spellEnd"/>
            <w:r w:rsidRPr="00640E39">
              <w:rPr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40E39">
              <w:rPr>
                <w:b/>
                <w:color w:val="C00000"/>
                <w:sz w:val="24"/>
                <w:szCs w:val="24"/>
              </w:rPr>
              <w:t>shëndoshë</w:t>
            </w:r>
            <w:proofErr w:type="spellEnd"/>
          </w:p>
        </w:tc>
      </w:tr>
      <w:tr w:rsidR="005B603F" w:rsidRPr="00640E39" w:rsidTr="000D5A18">
        <w:trPr>
          <w:cantSplit/>
          <w:trHeight w:val="294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5B603F" w:rsidRPr="00640E39" w:rsidRDefault="005B603F" w:rsidP="00F63F2F">
            <w:pPr>
              <w:autoSpaceDE w:val="0"/>
              <w:autoSpaceDN w:val="0"/>
              <w:adjustRightInd w:val="0"/>
              <w:ind w:left="113" w:right="113"/>
              <w:rPr>
                <w:rFonts w:eastAsia="ArialMT"/>
                <w:b/>
                <w:sz w:val="24"/>
                <w:szCs w:val="24"/>
              </w:rPr>
            </w:pPr>
          </w:p>
        </w:tc>
        <w:tc>
          <w:tcPr>
            <w:tcW w:w="1955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pStyle w:val="TableParagraph"/>
              <w:ind w:left="108"/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rPr>
                <w:b/>
                <w:sz w:val="24"/>
                <w:szCs w:val="24"/>
              </w:rPr>
            </w:pPr>
          </w:p>
        </w:tc>
        <w:tc>
          <w:tcPr>
            <w:tcW w:w="647" w:type="dxa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</w:tcPr>
          <w:p w:rsidR="005B603F" w:rsidRPr="00640E39" w:rsidRDefault="005B603F" w:rsidP="00F63F2F">
            <w:pPr>
              <w:rPr>
                <w:rFonts w:eastAsia="ArialMT"/>
                <w:b/>
                <w:sz w:val="24"/>
                <w:szCs w:val="24"/>
              </w:rPr>
            </w:pPr>
          </w:p>
        </w:tc>
        <w:tc>
          <w:tcPr>
            <w:tcW w:w="324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8" w:lineRule="auto"/>
              <w:rPr>
                <w:sz w:val="24"/>
                <w:szCs w:val="24"/>
              </w:rPr>
            </w:pPr>
            <w:r w:rsidRPr="002E751B">
              <w:rPr>
                <w:b/>
                <w:sz w:val="24"/>
                <w:szCs w:val="24"/>
              </w:rPr>
              <w:t>3, 7.</w:t>
            </w:r>
          </w:p>
        </w:tc>
      </w:tr>
      <w:tr w:rsidR="005B603F" w:rsidRPr="00640E39" w:rsidTr="000D5A18">
        <w:trPr>
          <w:cantSplit/>
          <w:trHeight w:val="498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5B603F" w:rsidRPr="00640E39" w:rsidRDefault="005B603F" w:rsidP="00F63F2F">
            <w:pPr>
              <w:autoSpaceDE w:val="0"/>
              <w:autoSpaceDN w:val="0"/>
              <w:adjustRightInd w:val="0"/>
              <w:ind w:left="113" w:right="113"/>
              <w:rPr>
                <w:rFonts w:eastAsia="ArialMT"/>
                <w:b/>
                <w:sz w:val="24"/>
                <w:szCs w:val="24"/>
              </w:rPr>
            </w:pPr>
          </w:p>
        </w:tc>
        <w:tc>
          <w:tcPr>
            <w:tcW w:w="1955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pStyle w:val="TableParagraph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rPr>
                <w:b/>
                <w:sz w:val="24"/>
                <w:szCs w:val="24"/>
              </w:rPr>
            </w:pP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18" w:space="0" w:color="auto"/>
              <w:right w:val="dotted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40E39">
              <w:rPr>
                <w:b/>
                <w:sz w:val="24"/>
                <w:szCs w:val="24"/>
              </w:rPr>
              <w:t>VI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1" w:lineRule="auto"/>
              <w:rPr>
                <w:sz w:val="24"/>
                <w:szCs w:val="24"/>
              </w:rPr>
            </w:pPr>
            <w:proofErr w:type="spellStart"/>
            <w:r w:rsidRPr="00640E39">
              <w:rPr>
                <w:b/>
                <w:sz w:val="24"/>
                <w:szCs w:val="24"/>
              </w:rPr>
              <w:t>Kompetenca</w:t>
            </w:r>
            <w:proofErr w:type="spellEnd"/>
            <w:r w:rsidRPr="00640E3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0E39">
              <w:rPr>
                <w:b/>
                <w:sz w:val="24"/>
                <w:szCs w:val="24"/>
              </w:rPr>
              <w:t>qytetare</w:t>
            </w:r>
            <w:proofErr w:type="spellEnd"/>
            <w:r w:rsidRPr="00640E39">
              <w:rPr>
                <w:b/>
                <w:sz w:val="24"/>
                <w:szCs w:val="24"/>
              </w:rPr>
              <w:t xml:space="preserve"> – </w:t>
            </w:r>
            <w:proofErr w:type="spellStart"/>
            <w:r w:rsidRPr="00640E39">
              <w:rPr>
                <w:b/>
                <w:color w:val="C00000"/>
                <w:sz w:val="24"/>
                <w:szCs w:val="24"/>
              </w:rPr>
              <w:t>Qytetar</w:t>
            </w:r>
            <w:proofErr w:type="spellEnd"/>
            <w:r w:rsidRPr="00640E39">
              <w:rPr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40E39">
              <w:rPr>
                <w:b/>
                <w:color w:val="C00000"/>
                <w:sz w:val="24"/>
                <w:szCs w:val="24"/>
              </w:rPr>
              <w:t>i</w:t>
            </w:r>
            <w:proofErr w:type="spellEnd"/>
            <w:r w:rsidRPr="00640E39">
              <w:rPr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40E39">
              <w:rPr>
                <w:b/>
                <w:color w:val="C00000"/>
                <w:sz w:val="24"/>
                <w:szCs w:val="24"/>
              </w:rPr>
              <w:t>përgjegjshëm</w:t>
            </w:r>
            <w:proofErr w:type="spellEnd"/>
          </w:p>
        </w:tc>
      </w:tr>
      <w:tr w:rsidR="005B603F" w:rsidRPr="00640E39" w:rsidTr="000D5A18">
        <w:trPr>
          <w:cantSplit/>
          <w:trHeight w:val="356"/>
        </w:trPr>
        <w:tc>
          <w:tcPr>
            <w:tcW w:w="938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5B603F" w:rsidRPr="00640E39" w:rsidRDefault="005B603F" w:rsidP="00F63F2F">
            <w:pPr>
              <w:autoSpaceDE w:val="0"/>
              <w:autoSpaceDN w:val="0"/>
              <w:adjustRightInd w:val="0"/>
              <w:ind w:left="113" w:right="113"/>
              <w:rPr>
                <w:rFonts w:eastAsia="ArialMT"/>
                <w:b/>
                <w:sz w:val="24"/>
                <w:szCs w:val="24"/>
              </w:rPr>
            </w:pPr>
          </w:p>
        </w:tc>
        <w:tc>
          <w:tcPr>
            <w:tcW w:w="1955" w:type="dxa"/>
            <w:gridSpan w:val="2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pStyle w:val="TableParagraph"/>
              <w:ind w:left="108"/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603F" w:rsidRPr="00640E39" w:rsidRDefault="005B603F" w:rsidP="00F63F2F">
            <w:pPr>
              <w:rPr>
                <w:b/>
                <w:sz w:val="24"/>
                <w:szCs w:val="24"/>
              </w:rPr>
            </w:pPr>
          </w:p>
        </w:tc>
        <w:tc>
          <w:tcPr>
            <w:tcW w:w="647" w:type="dxa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</w:tcPr>
          <w:p w:rsidR="005B603F" w:rsidRPr="00640E39" w:rsidRDefault="005B603F" w:rsidP="00F63F2F">
            <w:pPr>
              <w:autoSpaceDE w:val="0"/>
              <w:autoSpaceDN w:val="0"/>
              <w:adjustRightInd w:val="0"/>
              <w:rPr>
                <w:rFonts w:eastAsia="ArialMT"/>
                <w:b/>
                <w:bCs/>
                <w:sz w:val="24"/>
                <w:szCs w:val="24"/>
              </w:rPr>
            </w:pPr>
          </w:p>
        </w:tc>
        <w:tc>
          <w:tcPr>
            <w:tcW w:w="324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2E751B" w:rsidRDefault="005B603F" w:rsidP="00F63F2F">
            <w:pPr>
              <w:rPr>
                <w:sz w:val="24"/>
                <w:szCs w:val="24"/>
              </w:rPr>
            </w:pPr>
            <w:r w:rsidRPr="002E751B">
              <w:rPr>
                <w:b/>
                <w:sz w:val="24"/>
                <w:szCs w:val="24"/>
              </w:rPr>
              <w:t>1, 6, 8.</w:t>
            </w:r>
          </w:p>
        </w:tc>
      </w:tr>
      <w:tr w:rsidR="005B603F" w:rsidRPr="00640E39" w:rsidTr="000D5A18">
        <w:trPr>
          <w:trHeight w:val="313"/>
        </w:trPr>
        <w:tc>
          <w:tcPr>
            <w:tcW w:w="221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B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8" w:lineRule="auto"/>
              <w:rPr>
                <w:sz w:val="24"/>
                <w:szCs w:val="24"/>
              </w:rPr>
            </w:pPr>
            <w:proofErr w:type="spellStart"/>
            <w:r w:rsidRPr="00640E39">
              <w:rPr>
                <w:b/>
                <w:sz w:val="24"/>
                <w:szCs w:val="24"/>
              </w:rPr>
              <w:t>Arsimtari</w:t>
            </w:r>
            <w:proofErr w:type="spellEnd"/>
            <w:r w:rsidRPr="00640E3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2386" w:type="dxa"/>
            <w:gridSpan w:val="9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5B603F" w:rsidRPr="00640E39" w:rsidRDefault="005B603F" w:rsidP="00F63F2F">
            <w:pPr>
              <w:spacing w:line="228" w:lineRule="auto"/>
              <w:rPr>
                <w:sz w:val="24"/>
                <w:szCs w:val="24"/>
              </w:rPr>
            </w:pPr>
          </w:p>
        </w:tc>
      </w:tr>
    </w:tbl>
    <w:p w:rsidR="006416F8" w:rsidRDefault="005B603F">
      <w:r>
        <w:t xml:space="preserve"> </w:t>
      </w:r>
    </w:p>
    <w:p w:rsidR="005B603F" w:rsidRDefault="005B603F"/>
    <w:p w:rsidR="005B603F" w:rsidRDefault="005B603F"/>
    <w:p w:rsidR="00B62707" w:rsidRDefault="00B62707"/>
    <w:p w:rsidR="00B62707" w:rsidRDefault="00B62707"/>
    <w:tbl>
      <w:tblPr>
        <w:tblW w:w="14458" w:type="dxa"/>
        <w:tblInd w:w="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350"/>
        <w:gridCol w:w="720"/>
        <w:gridCol w:w="285"/>
        <w:gridCol w:w="226"/>
        <w:gridCol w:w="2693"/>
        <w:gridCol w:w="850"/>
        <w:gridCol w:w="142"/>
        <w:gridCol w:w="1701"/>
        <w:gridCol w:w="1701"/>
        <w:gridCol w:w="1843"/>
        <w:gridCol w:w="1417"/>
      </w:tblGrid>
      <w:tr w:rsidR="00B62707" w:rsidRPr="00DE5029" w:rsidTr="000D5A18">
        <w:trPr>
          <w:trHeight w:val="420"/>
        </w:trPr>
        <w:tc>
          <w:tcPr>
            <w:tcW w:w="3885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B62707" w:rsidRPr="009E1A94" w:rsidRDefault="00B62707" w:rsidP="00F63F2F">
            <w:pPr>
              <w:jc w:val="center"/>
              <w:rPr>
                <w:sz w:val="28"/>
                <w:szCs w:val="28"/>
              </w:rPr>
            </w:pPr>
            <w:r w:rsidRPr="009E1A94">
              <w:rPr>
                <w:b/>
                <w:sz w:val="28"/>
                <w:szCs w:val="28"/>
              </w:rPr>
              <w:lastRenderedPageBreak/>
              <w:t xml:space="preserve">Logo e </w:t>
            </w:r>
            <w:proofErr w:type="spellStart"/>
            <w:r w:rsidRPr="009E1A94">
              <w:rPr>
                <w:b/>
                <w:sz w:val="28"/>
                <w:szCs w:val="28"/>
              </w:rPr>
              <w:t>Komunës</w:t>
            </w:r>
            <w:proofErr w:type="spellEnd"/>
          </w:p>
        </w:tc>
        <w:tc>
          <w:tcPr>
            <w:tcW w:w="3911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FEF2E8"/>
          </w:tcPr>
          <w:p w:rsidR="00B62707" w:rsidRPr="009E1A94" w:rsidRDefault="00B62707" w:rsidP="00F63F2F">
            <w:pPr>
              <w:rPr>
                <w:sz w:val="28"/>
                <w:szCs w:val="28"/>
              </w:rPr>
            </w:pPr>
            <w:r w:rsidRPr="009E1A94">
              <w:rPr>
                <w:b/>
                <w:sz w:val="28"/>
                <w:szCs w:val="28"/>
              </w:rPr>
              <w:t>PLANI DYMUJOR: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B62707" w:rsidRPr="009E1A94" w:rsidRDefault="00B62707" w:rsidP="00F63F2F">
            <w:pPr>
              <w:rPr>
                <w:sz w:val="28"/>
                <w:szCs w:val="28"/>
              </w:rPr>
            </w:pPr>
            <w:r w:rsidRPr="009E1A94">
              <w:rPr>
                <w:b/>
                <w:sz w:val="28"/>
                <w:szCs w:val="28"/>
              </w:rPr>
              <w:t>SHTATOR - TETOR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B62707" w:rsidRPr="009E1A94" w:rsidRDefault="00B62707" w:rsidP="00F63F2F">
            <w:pPr>
              <w:jc w:val="center"/>
              <w:rPr>
                <w:sz w:val="28"/>
                <w:szCs w:val="28"/>
              </w:rPr>
            </w:pPr>
            <w:r w:rsidRPr="009E1A94">
              <w:rPr>
                <w:b/>
                <w:sz w:val="28"/>
                <w:szCs w:val="28"/>
              </w:rPr>
              <w:t xml:space="preserve">Logo e </w:t>
            </w:r>
            <w:proofErr w:type="spellStart"/>
            <w:r w:rsidRPr="009E1A94">
              <w:rPr>
                <w:b/>
                <w:sz w:val="28"/>
                <w:szCs w:val="28"/>
              </w:rPr>
              <w:t>shkollës</w:t>
            </w:r>
            <w:proofErr w:type="spellEnd"/>
          </w:p>
        </w:tc>
      </w:tr>
      <w:tr w:rsidR="00B62707" w:rsidRPr="00DE5029" w:rsidTr="000D5A18">
        <w:trPr>
          <w:trHeight w:val="42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B62707" w:rsidRPr="009E1A94" w:rsidRDefault="00B62707" w:rsidP="00F63F2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11" w:type="dxa"/>
            <w:gridSpan w:val="4"/>
            <w:tcBorders>
              <w:left w:val="single" w:sz="12" w:space="0" w:color="auto"/>
            </w:tcBorders>
            <w:shd w:val="clear" w:color="auto" w:fill="FEF2E8"/>
          </w:tcPr>
          <w:p w:rsidR="00B62707" w:rsidRPr="009E1A94" w:rsidRDefault="00B62707" w:rsidP="00F63F2F">
            <w:pPr>
              <w:rPr>
                <w:sz w:val="28"/>
                <w:szCs w:val="28"/>
              </w:rPr>
            </w:pPr>
            <w:r w:rsidRPr="009E1A94">
              <w:rPr>
                <w:b/>
                <w:sz w:val="28"/>
                <w:szCs w:val="28"/>
              </w:rPr>
              <w:t>VITI SHKOLLOR:</w:t>
            </w:r>
          </w:p>
        </w:tc>
        <w:tc>
          <w:tcPr>
            <w:tcW w:w="3402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B62707" w:rsidRPr="009E1A94" w:rsidRDefault="00B62707" w:rsidP="00F63F2F">
            <w:pPr>
              <w:rPr>
                <w:sz w:val="28"/>
                <w:szCs w:val="28"/>
              </w:rPr>
            </w:pPr>
            <w:r w:rsidRPr="009E1A94">
              <w:rPr>
                <w:b/>
                <w:sz w:val="28"/>
                <w:szCs w:val="28"/>
              </w:rPr>
              <w:t>2026 /2027</w:t>
            </w:r>
          </w:p>
        </w:tc>
        <w:tc>
          <w:tcPr>
            <w:tcW w:w="32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B62707" w:rsidRPr="009E1A94" w:rsidRDefault="00B62707" w:rsidP="00F63F2F">
            <w:pPr>
              <w:rPr>
                <w:b/>
                <w:sz w:val="28"/>
                <w:szCs w:val="28"/>
              </w:rPr>
            </w:pPr>
          </w:p>
        </w:tc>
      </w:tr>
      <w:tr w:rsidR="00B62707" w:rsidRPr="00DE5029" w:rsidTr="000D5A18">
        <w:trPr>
          <w:trHeight w:val="368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B62707" w:rsidRPr="009E1A94" w:rsidRDefault="00B62707" w:rsidP="00F63F2F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911" w:type="dxa"/>
            <w:gridSpan w:val="4"/>
            <w:tcBorders>
              <w:left w:val="single" w:sz="12" w:space="0" w:color="auto"/>
            </w:tcBorders>
            <w:shd w:val="clear" w:color="auto" w:fill="FEF2E8"/>
          </w:tcPr>
          <w:p w:rsidR="00B62707" w:rsidRPr="009E1A94" w:rsidRDefault="00B62707" w:rsidP="00F63F2F">
            <w:pPr>
              <w:rPr>
                <w:sz w:val="28"/>
                <w:szCs w:val="28"/>
              </w:rPr>
            </w:pPr>
            <w:r w:rsidRPr="009E1A94">
              <w:rPr>
                <w:b/>
                <w:sz w:val="28"/>
                <w:szCs w:val="28"/>
              </w:rPr>
              <w:t>FUSHA E KURRIKULËS:</w:t>
            </w:r>
          </w:p>
        </w:tc>
        <w:tc>
          <w:tcPr>
            <w:tcW w:w="3402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B62707" w:rsidRPr="009E1A94" w:rsidRDefault="008444D5" w:rsidP="00F63F2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MATEMATIKË</w:t>
            </w:r>
          </w:p>
        </w:tc>
        <w:tc>
          <w:tcPr>
            <w:tcW w:w="32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B62707" w:rsidRPr="009E1A94" w:rsidRDefault="00B62707" w:rsidP="00F63F2F">
            <w:pPr>
              <w:rPr>
                <w:b/>
                <w:sz w:val="28"/>
                <w:szCs w:val="28"/>
              </w:rPr>
            </w:pPr>
          </w:p>
        </w:tc>
      </w:tr>
      <w:tr w:rsidR="00B62707" w:rsidRPr="00DE5029" w:rsidTr="000D5A18">
        <w:trPr>
          <w:trHeight w:val="345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B62707" w:rsidRPr="009E1A94" w:rsidRDefault="00B62707" w:rsidP="00F63F2F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911" w:type="dxa"/>
            <w:gridSpan w:val="4"/>
            <w:tcBorders>
              <w:left w:val="single" w:sz="12" w:space="0" w:color="auto"/>
            </w:tcBorders>
            <w:shd w:val="clear" w:color="auto" w:fill="FEF2E8"/>
          </w:tcPr>
          <w:p w:rsidR="00B62707" w:rsidRPr="009E1A94" w:rsidRDefault="00B62707" w:rsidP="00F63F2F">
            <w:pPr>
              <w:rPr>
                <w:sz w:val="28"/>
                <w:szCs w:val="28"/>
              </w:rPr>
            </w:pPr>
            <w:proofErr w:type="gramStart"/>
            <w:r w:rsidRPr="009E1A94">
              <w:rPr>
                <w:b/>
                <w:sz w:val="28"/>
                <w:szCs w:val="28"/>
              </w:rPr>
              <w:t>LËNDA :</w:t>
            </w:r>
            <w:proofErr w:type="gramEnd"/>
          </w:p>
        </w:tc>
        <w:tc>
          <w:tcPr>
            <w:tcW w:w="3402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B62707" w:rsidRPr="009E1A94" w:rsidRDefault="008444D5" w:rsidP="00F63F2F">
            <w:pPr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Matematikë</w:t>
            </w:r>
            <w:proofErr w:type="spellEnd"/>
          </w:p>
        </w:tc>
        <w:tc>
          <w:tcPr>
            <w:tcW w:w="32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B62707" w:rsidRPr="009E1A94" w:rsidRDefault="00B62707" w:rsidP="00F63F2F">
            <w:pPr>
              <w:rPr>
                <w:b/>
                <w:sz w:val="28"/>
                <w:szCs w:val="28"/>
              </w:rPr>
            </w:pPr>
          </w:p>
        </w:tc>
      </w:tr>
      <w:tr w:rsidR="00B62707" w:rsidRPr="00DE5029" w:rsidTr="000D5A18">
        <w:trPr>
          <w:trHeight w:val="39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B62707" w:rsidRPr="009E1A94" w:rsidRDefault="00B62707" w:rsidP="00F63F2F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911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:rsidR="00B62707" w:rsidRPr="009E1A94" w:rsidRDefault="00B62707" w:rsidP="00F63F2F">
            <w:pPr>
              <w:rPr>
                <w:sz w:val="28"/>
                <w:szCs w:val="28"/>
              </w:rPr>
            </w:pPr>
            <w:proofErr w:type="gramStart"/>
            <w:r w:rsidRPr="009E1A94">
              <w:rPr>
                <w:b/>
                <w:sz w:val="28"/>
                <w:szCs w:val="28"/>
              </w:rPr>
              <w:t>KLASA :</w:t>
            </w:r>
            <w:proofErr w:type="gramEnd"/>
          </w:p>
        </w:tc>
        <w:tc>
          <w:tcPr>
            <w:tcW w:w="3402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62707" w:rsidRPr="009E1A94" w:rsidRDefault="00B62707" w:rsidP="00F63F2F">
            <w:pPr>
              <w:rPr>
                <w:sz w:val="28"/>
                <w:szCs w:val="28"/>
              </w:rPr>
            </w:pPr>
            <w:r w:rsidRPr="009E1A94">
              <w:rPr>
                <w:b/>
                <w:sz w:val="28"/>
                <w:szCs w:val="28"/>
              </w:rPr>
              <w:t>VII</w:t>
            </w:r>
          </w:p>
        </w:tc>
        <w:tc>
          <w:tcPr>
            <w:tcW w:w="326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62707" w:rsidRPr="009E1A94" w:rsidRDefault="00B62707" w:rsidP="00F63F2F">
            <w:pPr>
              <w:rPr>
                <w:b/>
                <w:sz w:val="28"/>
                <w:szCs w:val="28"/>
              </w:rPr>
            </w:pPr>
          </w:p>
        </w:tc>
      </w:tr>
      <w:tr w:rsidR="00B62707" w:rsidRPr="00DE5029" w:rsidTr="000D5A18"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:rsidR="00B62707" w:rsidRPr="009E1A94" w:rsidRDefault="00B62707" w:rsidP="00F63F2F">
            <w:pPr>
              <w:rPr>
                <w:sz w:val="28"/>
                <w:szCs w:val="28"/>
              </w:rPr>
            </w:pPr>
            <w:r w:rsidRPr="009E1A94">
              <w:rPr>
                <w:b/>
                <w:sz w:val="28"/>
                <w:szCs w:val="28"/>
              </w:rPr>
              <w:t>TEMA-</w:t>
            </w:r>
            <w:proofErr w:type="gramStart"/>
            <w:r w:rsidRPr="009E1A94">
              <w:rPr>
                <w:b/>
                <w:sz w:val="28"/>
                <w:szCs w:val="28"/>
              </w:rPr>
              <w:t xml:space="preserve">T  </w:t>
            </w:r>
            <w:proofErr w:type="spellStart"/>
            <w:r w:rsidRPr="009E1A94">
              <w:rPr>
                <w:b/>
                <w:sz w:val="28"/>
                <w:szCs w:val="28"/>
              </w:rPr>
              <w:t>mësimore</w:t>
            </w:r>
            <w:proofErr w:type="spellEnd"/>
            <w:proofErr w:type="gramEnd"/>
            <w:r w:rsidRPr="009E1A94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578" w:type="dxa"/>
            <w:gridSpan w:val="10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62707" w:rsidRPr="009E1A94" w:rsidRDefault="00B62707" w:rsidP="00F63F2F">
            <w:pPr>
              <w:rPr>
                <w:sz w:val="28"/>
                <w:szCs w:val="28"/>
              </w:rPr>
            </w:pPr>
            <w:r w:rsidRPr="00B62707">
              <w:rPr>
                <w:b/>
                <w:sz w:val="28"/>
                <w:szCs w:val="28"/>
              </w:rPr>
              <w:t xml:space="preserve">1. </w:t>
            </w:r>
            <w:proofErr w:type="spellStart"/>
            <w:r w:rsidRPr="00B62707">
              <w:rPr>
                <w:b/>
                <w:sz w:val="28"/>
                <w:szCs w:val="28"/>
              </w:rPr>
              <w:t>Thyesat</w:t>
            </w:r>
            <w:proofErr w:type="spellEnd"/>
            <w:r w:rsidRPr="00B6270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</w:rPr>
              <w:t>dhe</w:t>
            </w:r>
            <w:proofErr w:type="spellEnd"/>
            <w:r w:rsidRPr="00B6270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</w:rPr>
              <w:t>numrat</w:t>
            </w:r>
            <w:proofErr w:type="spellEnd"/>
            <w:r w:rsidRPr="00B6270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</w:rPr>
              <w:t>dhjetorë</w:t>
            </w:r>
            <w:proofErr w:type="spellEnd"/>
            <w:r w:rsidRPr="00B62707">
              <w:rPr>
                <w:b/>
                <w:sz w:val="28"/>
                <w:szCs w:val="28"/>
              </w:rPr>
              <w:t xml:space="preserve">   2. </w:t>
            </w:r>
            <w:proofErr w:type="spellStart"/>
            <w:r w:rsidRPr="00B62707">
              <w:rPr>
                <w:b/>
                <w:sz w:val="28"/>
                <w:szCs w:val="28"/>
              </w:rPr>
              <w:t>Gjeometria</w:t>
            </w:r>
            <w:proofErr w:type="spellEnd"/>
            <w:r w:rsidRPr="00B6270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</w:rPr>
              <w:t>në</w:t>
            </w:r>
            <w:proofErr w:type="spellEnd"/>
            <w:r w:rsidRPr="00B6270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</w:rPr>
              <w:t>rrafsh</w:t>
            </w:r>
            <w:proofErr w:type="spellEnd"/>
            <w:r w:rsidRPr="00B62707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-</w:t>
            </w:r>
            <w:r w:rsidRPr="00B62707">
              <w:rPr>
                <w:b/>
                <w:sz w:val="28"/>
                <w:szCs w:val="28"/>
              </w:rPr>
              <w:t xml:space="preserve"> </w:t>
            </w:r>
            <w:r w:rsidRPr="00B62707">
              <w:rPr>
                <w:rFonts w:cs="Times New Roman"/>
                <w:b/>
                <w:bCs/>
                <w:color w:val="000000"/>
                <w:sz w:val="28"/>
                <w:szCs w:val="28"/>
                <w:lang w:val="sq-AL"/>
              </w:rPr>
              <w:t>këndet</w:t>
            </w:r>
            <w:r w:rsidRPr="00B62707">
              <w:rPr>
                <w:b/>
                <w:sz w:val="28"/>
                <w:szCs w:val="28"/>
              </w:rPr>
              <w:t xml:space="preserve">   3. </w:t>
            </w:r>
            <w:proofErr w:type="spellStart"/>
            <w:r w:rsidRPr="00B62707">
              <w:rPr>
                <w:b/>
                <w:sz w:val="28"/>
                <w:szCs w:val="28"/>
              </w:rPr>
              <w:t>Numrat</w:t>
            </w:r>
            <w:proofErr w:type="spellEnd"/>
            <w:r w:rsidRPr="00B62707">
              <w:rPr>
                <w:b/>
                <w:sz w:val="28"/>
                <w:szCs w:val="28"/>
              </w:rPr>
              <w:t xml:space="preserve"> e </w:t>
            </w:r>
            <w:proofErr w:type="spellStart"/>
            <w:r w:rsidRPr="00B62707">
              <w:rPr>
                <w:b/>
                <w:sz w:val="28"/>
                <w:szCs w:val="28"/>
              </w:rPr>
              <w:t>plotë</w:t>
            </w:r>
            <w:proofErr w:type="spellEnd"/>
          </w:p>
        </w:tc>
      </w:tr>
      <w:tr w:rsidR="00B62707" w:rsidRPr="00DE5029" w:rsidTr="000D5A18">
        <w:tc>
          <w:tcPr>
            <w:tcW w:w="14458" w:type="dxa"/>
            <w:gridSpan w:val="1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:rsidR="00B62707" w:rsidRPr="009E1A94" w:rsidRDefault="00B62707" w:rsidP="00F63F2F">
            <w:pPr>
              <w:rPr>
                <w:sz w:val="28"/>
                <w:szCs w:val="28"/>
              </w:rPr>
            </w:pPr>
            <w:r w:rsidRPr="009E1A94">
              <w:rPr>
                <w:b/>
                <w:sz w:val="28"/>
                <w:szCs w:val="28"/>
              </w:rPr>
              <w:t xml:space="preserve">RNK- </w:t>
            </w:r>
            <w:proofErr w:type="spellStart"/>
            <w:r w:rsidRPr="009E1A94">
              <w:rPr>
                <w:b/>
                <w:sz w:val="28"/>
                <w:szCs w:val="28"/>
              </w:rPr>
              <w:t>Rezultatet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e </w:t>
            </w:r>
            <w:proofErr w:type="spellStart"/>
            <w:r w:rsidRPr="009E1A94">
              <w:rPr>
                <w:b/>
                <w:sz w:val="28"/>
                <w:szCs w:val="28"/>
              </w:rPr>
              <w:t>të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nxënit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për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kompetencat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kryesore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të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shkallës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që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synohen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të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arrihen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përmes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shtjellimit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të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temës</w:t>
            </w:r>
            <w:proofErr w:type="spellEnd"/>
            <w:r w:rsidRPr="009E1A94">
              <w:rPr>
                <w:b/>
                <w:sz w:val="28"/>
                <w:szCs w:val="28"/>
              </w:rPr>
              <w:t>/</w:t>
            </w:r>
            <w:proofErr w:type="spellStart"/>
            <w:r w:rsidRPr="009E1A94">
              <w:rPr>
                <w:b/>
                <w:sz w:val="28"/>
                <w:szCs w:val="28"/>
              </w:rPr>
              <w:t>ve</w:t>
            </w:r>
            <w:proofErr w:type="spellEnd"/>
            <w:r w:rsidRPr="009E1A94">
              <w:rPr>
                <w:b/>
                <w:sz w:val="28"/>
                <w:szCs w:val="28"/>
              </w:rPr>
              <w:t>:</w:t>
            </w:r>
          </w:p>
        </w:tc>
      </w:tr>
      <w:tr w:rsidR="00B62707" w:rsidRPr="00B62707" w:rsidTr="000D5A18">
        <w:tc>
          <w:tcPr>
            <w:tcW w:w="14458" w:type="dxa"/>
            <w:gridSpan w:val="1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62707" w:rsidRPr="00B62707" w:rsidRDefault="00B62707" w:rsidP="00F63F2F">
            <w:pPr>
              <w:rPr>
                <w:sz w:val="20"/>
                <w:szCs w:val="20"/>
                <w:lang w:val="de-DE"/>
              </w:rPr>
            </w:pPr>
            <w:r w:rsidRPr="00B62707">
              <w:rPr>
                <w:b/>
                <w:sz w:val="20"/>
                <w:szCs w:val="20"/>
                <w:lang w:val="de-DE"/>
              </w:rPr>
              <w:t>TEMA 1: I.1,2,6; II.</w:t>
            </w:r>
            <w:r w:rsidR="0003202A">
              <w:rPr>
                <w:b/>
                <w:sz w:val="20"/>
                <w:szCs w:val="20"/>
                <w:lang w:val="de-DE"/>
              </w:rPr>
              <w:t>3</w:t>
            </w:r>
            <w:r w:rsidRPr="00B62707">
              <w:rPr>
                <w:b/>
                <w:sz w:val="20"/>
                <w:szCs w:val="20"/>
                <w:lang w:val="de-DE"/>
              </w:rPr>
              <w:t>,4,5,6; III</w:t>
            </w:r>
            <w:r w:rsidR="0003202A">
              <w:rPr>
                <w:b/>
                <w:sz w:val="20"/>
                <w:szCs w:val="20"/>
                <w:lang w:val="de-DE"/>
              </w:rPr>
              <w:t xml:space="preserve"> 2</w:t>
            </w:r>
            <w:r w:rsidRPr="00B62707">
              <w:rPr>
                <w:b/>
                <w:sz w:val="20"/>
                <w:szCs w:val="20"/>
                <w:lang w:val="de-DE"/>
              </w:rPr>
              <w:t>,3,5,6; IV.</w:t>
            </w:r>
            <w:r w:rsidR="0003202A">
              <w:rPr>
                <w:b/>
                <w:sz w:val="20"/>
                <w:szCs w:val="20"/>
                <w:lang w:val="de-DE"/>
              </w:rPr>
              <w:t>6</w:t>
            </w:r>
            <w:r w:rsidRPr="00B62707">
              <w:rPr>
                <w:b/>
                <w:sz w:val="20"/>
                <w:szCs w:val="20"/>
                <w:lang w:val="de-DE"/>
              </w:rPr>
              <w:t>; V.6; VI.2</w:t>
            </w:r>
            <w:r w:rsidR="0003202A">
              <w:rPr>
                <w:b/>
                <w:sz w:val="20"/>
                <w:szCs w:val="20"/>
                <w:lang w:val="de-DE"/>
              </w:rPr>
              <w:t>,</w:t>
            </w:r>
            <w:r w:rsidRPr="00B62707">
              <w:rPr>
                <w:b/>
                <w:sz w:val="20"/>
                <w:szCs w:val="20"/>
                <w:lang w:val="de-DE"/>
              </w:rPr>
              <w:t>6.</w:t>
            </w:r>
          </w:p>
          <w:p w:rsidR="00B62707" w:rsidRDefault="00B62707" w:rsidP="00F63F2F">
            <w:pPr>
              <w:rPr>
                <w:b/>
                <w:sz w:val="20"/>
                <w:szCs w:val="20"/>
                <w:lang w:val="de-DE"/>
              </w:rPr>
            </w:pPr>
            <w:r w:rsidRPr="00B62707">
              <w:rPr>
                <w:b/>
                <w:sz w:val="20"/>
                <w:szCs w:val="20"/>
                <w:lang w:val="de-DE"/>
              </w:rPr>
              <w:t>TEMA 2: I.1,2,3,4,5,6,8; II.1,2,3,4,5,6,7,8; III.1,2,3,4,5,6,7,8; IV.2,4; V.</w:t>
            </w:r>
            <w:r w:rsidR="0003202A">
              <w:rPr>
                <w:b/>
                <w:sz w:val="20"/>
                <w:szCs w:val="20"/>
                <w:lang w:val="de-DE"/>
              </w:rPr>
              <w:t>3</w:t>
            </w:r>
            <w:r w:rsidRPr="00B62707">
              <w:rPr>
                <w:b/>
                <w:sz w:val="20"/>
                <w:szCs w:val="20"/>
                <w:lang w:val="de-DE"/>
              </w:rPr>
              <w:t>,7; VI.1,6,8.</w:t>
            </w:r>
          </w:p>
          <w:p w:rsidR="00B62707" w:rsidRPr="00B62707" w:rsidRDefault="00B62707" w:rsidP="00F63F2F">
            <w:pPr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 xml:space="preserve">TEMA </w:t>
            </w:r>
            <w:proofErr w:type="gramStart"/>
            <w:r>
              <w:rPr>
                <w:b/>
                <w:sz w:val="20"/>
                <w:szCs w:val="20"/>
                <w:lang w:val="de-DE"/>
              </w:rPr>
              <w:t>3</w:t>
            </w:r>
            <w:r w:rsidR="0003202A">
              <w:rPr>
                <w:b/>
                <w:sz w:val="20"/>
                <w:szCs w:val="20"/>
                <w:lang w:val="de-DE"/>
              </w:rPr>
              <w:t xml:space="preserve">  </w:t>
            </w:r>
            <w:r w:rsidR="0003202A" w:rsidRPr="00B62707">
              <w:rPr>
                <w:b/>
                <w:sz w:val="20"/>
                <w:szCs w:val="20"/>
                <w:lang w:val="de-DE"/>
              </w:rPr>
              <w:t>I.1</w:t>
            </w:r>
            <w:proofErr w:type="gramEnd"/>
            <w:r w:rsidR="0003202A" w:rsidRPr="00B62707">
              <w:rPr>
                <w:b/>
                <w:sz w:val="20"/>
                <w:szCs w:val="20"/>
                <w:lang w:val="de-DE"/>
              </w:rPr>
              <w:t>,2,3,4,5,6,8; II.1,2,3,4,5,6,7,8; III.1,2,3,4,5,6,7,8; IV.2,4; V.</w:t>
            </w:r>
            <w:r w:rsidR="0003202A">
              <w:rPr>
                <w:b/>
                <w:sz w:val="20"/>
                <w:szCs w:val="20"/>
                <w:lang w:val="de-DE"/>
              </w:rPr>
              <w:t>3</w:t>
            </w:r>
            <w:r w:rsidR="0003202A" w:rsidRPr="00B62707">
              <w:rPr>
                <w:b/>
                <w:sz w:val="20"/>
                <w:szCs w:val="20"/>
                <w:lang w:val="de-DE"/>
              </w:rPr>
              <w:t>,7; VI.1,6,8.</w:t>
            </w:r>
          </w:p>
        </w:tc>
      </w:tr>
      <w:tr w:rsidR="00B62707" w:rsidRPr="00B62707" w:rsidTr="000D5A18">
        <w:tc>
          <w:tcPr>
            <w:tcW w:w="14458" w:type="dxa"/>
            <w:gridSpan w:val="1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:rsidR="00B62707" w:rsidRPr="00B62707" w:rsidRDefault="00B62707" w:rsidP="00F63F2F">
            <w:pPr>
              <w:rPr>
                <w:sz w:val="28"/>
                <w:szCs w:val="28"/>
                <w:lang w:val="de-DE"/>
              </w:rPr>
            </w:pPr>
            <w:r w:rsidRPr="00B62707">
              <w:rPr>
                <w:b/>
                <w:sz w:val="28"/>
                <w:szCs w:val="28"/>
                <w:lang w:val="de-DE"/>
              </w:rPr>
              <w:t xml:space="preserve">RNF-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Rezultatet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e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të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nxënit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të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fushës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kurrikulare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të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shkallës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që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synohen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të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arrihen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përmes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shtjellimit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të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temës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>/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ve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>:</w:t>
            </w:r>
          </w:p>
        </w:tc>
      </w:tr>
      <w:tr w:rsidR="00B62707" w:rsidRPr="00B62707" w:rsidTr="000D5A18">
        <w:tc>
          <w:tcPr>
            <w:tcW w:w="14458" w:type="dxa"/>
            <w:gridSpan w:val="1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3202A" w:rsidRPr="00C84F42" w:rsidRDefault="00C84F42" w:rsidP="00C84F42">
            <w:pPr>
              <w:rPr>
                <w:i/>
                <w:iCs/>
                <w:sz w:val="20"/>
                <w:szCs w:val="20"/>
                <w:lang w:val="de-DE"/>
              </w:rPr>
            </w:pPr>
            <w:r w:rsidRPr="00C84F42">
              <w:rPr>
                <w:rStyle w:val="Strong"/>
                <w:i/>
                <w:iCs/>
                <w:sz w:val="20"/>
                <w:szCs w:val="20"/>
                <w:lang w:val="de-DE"/>
              </w:rPr>
              <w:t>1.1</w:t>
            </w:r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Përdor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simbole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fakte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për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zgjidhjen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problemeve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që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lidhen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me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numrat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racionalë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>.</w:t>
            </w:r>
            <w:r w:rsidRPr="00C84F42">
              <w:rPr>
                <w:i/>
                <w:iCs/>
                <w:sz w:val="20"/>
                <w:szCs w:val="20"/>
                <w:lang w:val="de-DE"/>
              </w:rPr>
              <w:br/>
            </w:r>
            <w:r w:rsidRPr="00C84F42">
              <w:rPr>
                <w:rStyle w:val="Strong"/>
                <w:i/>
                <w:iCs/>
                <w:sz w:val="20"/>
                <w:szCs w:val="20"/>
                <w:lang w:val="de-DE"/>
              </w:rPr>
              <w:t>1.2</w:t>
            </w:r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Demonstron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marrëdhëniet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ndërmjet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numrave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racionalë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>.</w:t>
            </w:r>
            <w:r w:rsidRPr="00C84F42">
              <w:rPr>
                <w:i/>
                <w:iCs/>
                <w:sz w:val="20"/>
                <w:szCs w:val="20"/>
                <w:lang w:val="de-DE"/>
              </w:rPr>
              <w:br/>
            </w:r>
            <w:r w:rsidRPr="00C84F42">
              <w:rPr>
                <w:rStyle w:val="Strong"/>
                <w:i/>
                <w:iCs/>
                <w:sz w:val="20"/>
                <w:szCs w:val="20"/>
                <w:lang w:val="de-DE"/>
              </w:rPr>
              <w:t>1.3</w:t>
            </w:r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Përdor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matjet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në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figurat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2D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në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objektet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3D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për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zgjidhjen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problemeve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. </w:t>
            </w:r>
            <w:r w:rsidRPr="00C84F42">
              <w:rPr>
                <w:i/>
                <w:iCs/>
                <w:sz w:val="20"/>
                <w:szCs w:val="20"/>
                <w:lang w:val="de-DE"/>
              </w:rPr>
              <w:br/>
            </w:r>
            <w:r w:rsidRPr="00C84F42">
              <w:rPr>
                <w:rStyle w:val="Strong"/>
                <w:i/>
                <w:iCs/>
                <w:sz w:val="20"/>
                <w:szCs w:val="20"/>
                <w:lang w:val="de-DE"/>
              </w:rPr>
              <w:t>2.1</w:t>
            </w:r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Argumenton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shndërrimet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direkte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indirekte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zbatuara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në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veprimet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me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numra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realë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transformime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gjeometrike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matje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probabilitet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statistikë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. </w:t>
            </w:r>
            <w:r w:rsidRPr="00C84F42">
              <w:rPr>
                <w:i/>
                <w:iCs/>
                <w:sz w:val="20"/>
                <w:szCs w:val="20"/>
                <w:lang w:val="de-DE"/>
              </w:rPr>
              <w:br/>
            </w:r>
            <w:r w:rsidRPr="00C84F42">
              <w:rPr>
                <w:rStyle w:val="Strong"/>
                <w:i/>
                <w:iCs/>
                <w:sz w:val="20"/>
                <w:szCs w:val="20"/>
                <w:lang w:val="de-DE"/>
              </w:rPr>
              <w:t>2.2</w:t>
            </w:r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Zhvillon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zbaton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shprehitë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arsyetimit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, si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dallimi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marrëdhënieve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përgjithësimi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me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induksion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deduksionet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thjeshta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përdorimi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kundërshembullit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. </w:t>
            </w:r>
            <w:r w:rsidRPr="00C84F42">
              <w:rPr>
                <w:i/>
                <w:iCs/>
                <w:sz w:val="20"/>
                <w:szCs w:val="20"/>
                <w:lang w:val="de-DE"/>
              </w:rPr>
              <w:br/>
            </w:r>
            <w:r w:rsidRPr="00C84F42">
              <w:rPr>
                <w:rStyle w:val="Strong"/>
                <w:i/>
                <w:iCs/>
                <w:sz w:val="20"/>
                <w:szCs w:val="20"/>
                <w:lang w:val="de-DE"/>
              </w:rPr>
              <w:t>2.3</w:t>
            </w:r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Arsyeton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vërteton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pohime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matematike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përmes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metodave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ndryshme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matematikore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. </w:t>
            </w:r>
            <w:r w:rsidRPr="00C84F42">
              <w:rPr>
                <w:i/>
                <w:iCs/>
                <w:sz w:val="20"/>
                <w:szCs w:val="20"/>
                <w:lang w:val="de-DE"/>
              </w:rPr>
              <w:br/>
            </w:r>
            <w:r w:rsidRPr="00C84F42">
              <w:rPr>
                <w:rStyle w:val="Strong"/>
                <w:i/>
                <w:iCs/>
                <w:sz w:val="20"/>
                <w:szCs w:val="20"/>
                <w:lang w:val="de-DE"/>
              </w:rPr>
              <w:t>2.5</w:t>
            </w:r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Përdor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kundërshembullin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në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rastet e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mundshme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. </w:t>
            </w:r>
            <w:r w:rsidRPr="00C84F42">
              <w:rPr>
                <w:i/>
                <w:iCs/>
                <w:sz w:val="20"/>
                <w:szCs w:val="20"/>
                <w:lang w:val="de-DE"/>
              </w:rPr>
              <w:br/>
            </w:r>
            <w:r w:rsidRPr="00C84F42">
              <w:rPr>
                <w:rStyle w:val="Strong"/>
                <w:i/>
                <w:iCs/>
                <w:sz w:val="20"/>
                <w:szCs w:val="20"/>
                <w:lang w:val="de-DE"/>
              </w:rPr>
              <w:t>3.2</w:t>
            </w:r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Kryen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matje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për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figurat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2D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objektet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3D. </w:t>
            </w:r>
            <w:r w:rsidRPr="00C84F42">
              <w:rPr>
                <w:i/>
                <w:iCs/>
                <w:sz w:val="20"/>
                <w:szCs w:val="20"/>
                <w:lang w:val="de-DE"/>
              </w:rPr>
              <w:br/>
            </w:r>
            <w:r w:rsidRPr="00C84F42">
              <w:rPr>
                <w:rStyle w:val="Strong"/>
                <w:i/>
                <w:iCs/>
                <w:sz w:val="20"/>
                <w:szCs w:val="20"/>
                <w:lang w:val="de-DE"/>
              </w:rPr>
              <w:t>3.3</w:t>
            </w:r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Përdor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terminologjinë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matematikore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simbolet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algjebrike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gjeometrike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për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përshkruar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situata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nga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matematika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jeta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përditshme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. </w:t>
            </w:r>
            <w:r w:rsidRPr="00C84F42">
              <w:rPr>
                <w:i/>
                <w:iCs/>
                <w:sz w:val="20"/>
                <w:szCs w:val="20"/>
                <w:lang w:val="de-DE"/>
              </w:rPr>
              <w:br/>
            </w:r>
            <w:r w:rsidRPr="00C84F42">
              <w:rPr>
                <w:rStyle w:val="Strong"/>
                <w:i/>
                <w:iCs/>
                <w:sz w:val="20"/>
                <w:szCs w:val="20"/>
                <w:lang w:val="de-DE"/>
              </w:rPr>
              <w:t>3.4</w:t>
            </w:r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Komunikon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menduarit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matematik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përmes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lexuarit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shkruarit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diskutimit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dëgjimit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pyetjeve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duke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përdorur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gjuhën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simbolet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fjalorin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matematik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paraqitje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ndryshme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. </w:t>
            </w:r>
            <w:r w:rsidRPr="00C84F42">
              <w:rPr>
                <w:i/>
                <w:iCs/>
                <w:sz w:val="20"/>
                <w:szCs w:val="20"/>
                <w:lang w:val="de-DE"/>
              </w:rPr>
              <w:br/>
            </w:r>
            <w:r w:rsidRPr="00C84F42">
              <w:rPr>
                <w:rStyle w:val="Strong"/>
                <w:i/>
                <w:iCs/>
                <w:sz w:val="20"/>
                <w:szCs w:val="20"/>
                <w:lang w:val="de-DE"/>
              </w:rPr>
              <w:t>3.5</w:t>
            </w:r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Krijon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paraqitje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koncepteve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matematike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me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mjete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konkrete,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vizatime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numra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simbole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tabela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diagrame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zbaton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në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probleme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nga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situata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reale. </w:t>
            </w:r>
            <w:r w:rsidRPr="00C84F42">
              <w:rPr>
                <w:i/>
                <w:iCs/>
                <w:sz w:val="20"/>
                <w:szCs w:val="20"/>
                <w:lang w:val="de-DE"/>
              </w:rPr>
              <w:br/>
            </w:r>
            <w:r w:rsidRPr="00C84F42">
              <w:rPr>
                <w:rStyle w:val="Strong"/>
                <w:i/>
                <w:iCs/>
                <w:sz w:val="20"/>
                <w:szCs w:val="20"/>
                <w:lang w:val="de-DE"/>
              </w:rPr>
              <w:t>4.1</w:t>
            </w:r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Lidh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konceptet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modelet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reja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matematike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me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njohuritë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përvetësuara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më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parë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nga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matematika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fushat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tjera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. </w:t>
            </w:r>
            <w:r w:rsidRPr="00C84F42">
              <w:rPr>
                <w:i/>
                <w:iCs/>
                <w:sz w:val="20"/>
                <w:szCs w:val="20"/>
                <w:lang w:val="de-DE"/>
              </w:rPr>
              <w:br/>
            </w:r>
            <w:r w:rsidRPr="00C84F42">
              <w:rPr>
                <w:rStyle w:val="Strong"/>
                <w:i/>
                <w:iCs/>
                <w:sz w:val="20"/>
                <w:szCs w:val="20"/>
                <w:lang w:val="de-DE"/>
              </w:rPr>
              <w:t>4.2</w:t>
            </w:r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Integron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njohuritë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shprehitë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matematike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me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situata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nga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jeta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përditshme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lëndët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tjera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sportet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kontekste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tjera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. </w:t>
            </w:r>
            <w:r w:rsidRPr="00C84F42">
              <w:rPr>
                <w:i/>
                <w:iCs/>
                <w:sz w:val="20"/>
                <w:szCs w:val="20"/>
                <w:lang w:val="de-DE"/>
              </w:rPr>
              <w:br/>
            </w:r>
            <w:r w:rsidRPr="00C84F42">
              <w:rPr>
                <w:rStyle w:val="Strong"/>
                <w:i/>
                <w:iCs/>
                <w:sz w:val="20"/>
                <w:szCs w:val="20"/>
                <w:lang w:val="de-DE"/>
              </w:rPr>
              <w:t>4.3</w:t>
            </w:r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Integron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lidh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konceptet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ndryshme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matematike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për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zgjidhur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probleme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ndryshme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. </w:t>
            </w:r>
            <w:r w:rsidRPr="00C84F42">
              <w:rPr>
                <w:i/>
                <w:iCs/>
                <w:sz w:val="20"/>
                <w:szCs w:val="20"/>
                <w:lang w:val="de-DE"/>
              </w:rPr>
              <w:br/>
            </w:r>
            <w:r w:rsidRPr="00C84F42">
              <w:rPr>
                <w:rStyle w:val="Strong"/>
                <w:i/>
                <w:iCs/>
                <w:sz w:val="20"/>
                <w:szCs w:val="20"/>
                <w:lang w:val="de-DE"/>
              </w:rPr>
              <w:t>5.1</w:t>
            </w:r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Identifikon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rregullat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themelore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për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njehsimet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me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numra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kupton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përdorimin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ndryshoreve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për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zgjidhjen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problemeve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nga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matematika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jeta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përditshme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. </w:t>
            </w:r>
            <w:r w:rsidRPr="00C84F42">
              <w:rPr>
                <w:i/>
                <w:iCs/>
                <w:sz w:val="20"/>
                <w:szCs w:val="20"/>
                <w:lang w:val="de-DE"/>
              </w:rPr>
              <w:br/>
            </w:r>
            <w:r w:rsidRPr="00C84F42">
              <w:rPr>
                <w:rStyle w:val="Strong"/>
                <w:i/>
                <w:iCs/>
                <w:sz w:val="20"/>
                <w:szCs w:val="20"/>
                <w:lang w:val="de-DE"/>
              </w:rPr>
              <w:t>6.2</w:t>
            </w:r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Krijon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modele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thjeshta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figurave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gjeometrike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objekteve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nga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klasa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jeta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përditshme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. </w:t>
            </w:r>
            <w:r w:rsidRPr="00C84F42">
              <w:rPr>
                <w:i/>
                <w:iCs/>
                <w:sz w:val="20"/>
                <w:szCs w:val="20"/>
                <w:lang w:val="de-DE"/>
              </w:rPr>
              <w:br/>
            </w:r>
            <w:r w:rsidRPr="00C84F42">
              <w:rPr>
                <w:rStyle w:val="Strong"/>
                <w:i/>
                <w:iCs/>
                <w:sz w:val="20"/>
                <w:szCs w:val="20"/>
                <w:lang w:val="de-DE"/>
              </w:rPr>
              <w:t>6.3</w:t>
            </w:r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Paraqet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numrat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figurat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konceptet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thjeshta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matematike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duke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ndërlidhur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me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situata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konkrete. </w:t>
            </w:r>
            <w:r w:rsidRPr="00C84F42">
              <w:rPr>
                <w:i/>
                <w:iCs/>
                <w:sz w:val="20"/>
                <w:szCs w:val="20"/>
                <w:lang w:val="de-DE"/>
              </w:rPr>
              <w:br/>
            </w:r>
            <w:r w:rsidRPr="00C84F42">
              <w:rPr>
                <w:rStyle w:val="Strong"/>
                <w:i/>
                <w:iCs/>
                <w:sz w:val="20"/>
                <w:szCs w:val="20"/>
                <w:lang w:val="de-DE"/>
              </w:rPr>
              <w:t>8.1</w:t>
            </w:r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Përdor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teknologjinë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për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hulumtime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kalkulime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matje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me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qëllim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zgjidhjen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problemeve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ndryshme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matematikore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>.</w:t>
            </w:r>
          </w:p>
        </w:tc>
      </w:tr>
      <w:tr w:rsidR="00B62707" w:rsidRPr="009E1A94" w:rsidTr="000D5A18">
        <w:trPr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B62707" w:rsidRPr="00C84F42" w:rsidRDefault="00B62707" w:rsidP="00F63F2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</w:rPr>
              <w:t>Tema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</w:rPr>
              <w:t xml:space="preserve">-t </w:t>
            </w: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</w:rPr>
              <w:t>mësimore</w:t>
            </w:r>
            <w:proofErr w:type="spellEnd"/>
          </w:p>
        </w:tc>
        <w:tc>
          <w:tcPr>
            <w:tcW w:w="25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B62707" w:rsidRPr="00C84F42" w:rsidRDefault="00B62707" w:rsidP="00F63F2F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>Rezultatet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>të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>nxënit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>për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>tema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>mësimore</w:t>
            </w:r>
            <w:proofErr w:type="spellEnd"/>
          </w:p>
          <w:p w:rsidR="00B62707" w:rsidRPr="00C84F42" w:rsidRDefault="00B62707" w:rsidP="00F63F2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84F42">
              <w:rPr>
                <w:rFonts w:cs="Times New Roman"/>
                <w:b/>
                <w:bCs/>
                <w:sz w:val="20"/>
                <w:szCs w:val="20"/>
                <w:shd w:val="clear" w:color="auto" w:fill="E0E0E0"/>
              </w:rPr>
              <w:t>RNL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B62707" w:rsidRPr="00C84F42" w:rsidRDefault="00B62707" w:rsidP="00F63F2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</w:rPr>
              <w:t>Njësitë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</w:p>
          <w:p w:rsidR="00B62707" w:rsidRPr="00C84F42" w:rsidRDefault="00B62707" w:rsidP="00F63F2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</w:rPr>
              <w:t>Mësimore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extDirection w:val="btLr"/>
          </w:tcPr>
          <w:p w:rsidR="00B62707" w:rsidRPr="00C84F42" w:rsidRDefault="00B62707" w:rsidP="00F63F2F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84F42">
              <w:rPr>
                <w:rFonts w:cs="Times New Roman"/>
                <w:b/>
                <w:bCs/>
                <w:sz w:val="20"/>
                <w:szCs w:val="20"/>
              </w:rPr>
              <w:t xml:space="preserve">Koha e </w:t>
            </w: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</w:rPr>
              <w:t>mësimore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</w:rPr>
              <w:t>orë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</w:rPr>
              <w:t>mësimore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B62707" w:rsidRPr="00C84F42" w:rsidRDefault="00B62707" w:rsidP="00F63F2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C84F42">
              <w:rPr>
                <w:rFonts w:cs="Times New Roman"/>
                <w:b/>
                <w:bCs/>
                <w:sz w:val="20"/>
                <w:szCs w:val="20"/>
              </w:rPr>
              <w:t>Metodologjia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</w:rPr>
              <w:t xml:space="preserve">  e</w:t>
            </w:r>
            <w:proofErr w:type="gramEnd"/>
            <w:r w:rsidRPr="00C84F42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</w:rPr>
              <w:t>mësimdhënies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B62707" w:rsidRPr="00C84F42" w:rsidRDefault="00B62707" w:rsidP="00F63F2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C84F42">
              <w:rPr>
                <w:rFonts w:cs="Times New Roman"/>
                <w:b/>
                <w:bCs/>
                <w:sz w:val="20"/>
                <w:szCs w:val="20"/>
              </w:rPr>
              <w:t>Metodologjia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</w:rPr>
              <w:t xml:space="preserve">  e</w:t>
            </w:r>
            <w:proofErr w:type="gramEnd"/>
            <w:r w:rsidRPr="00C84F42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</w:rPr>
              <w:t>vlerësimit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B62707" w:rsidRPr="00C84F42" w:rsidRDefault="00B62707" w:rsidP="00F63F2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C84F42">
              <w:rPr>
                <w:rFonts w:cs="Times New Roman"/>
                <w:b/>
                <w:sz w:val="20"/>
                <w:szCs w:val="20"/>
              </w:rPr>
              <w:t>Ndërlidhja</w:t>
            </w:r>
            <w:proofErr w:type="spellEnd"/>
            <w:r w:rsidRPr="00C84F42">
              <w:rPr>
                <w:rFonts w:cs="Times New Roman"/>
                <w:b/>
                <w:sz w:val="20"/>
                <w:szCs w:val="20"/>
              </w:rPr>
              <w:t xml:space="preserve"> me </w:t>
            </w:r>
            <w:proofErr w:type="spellStart"/>
            <w:r w:rsidRPr="00C84F42">
              <w:rPr>
                <w:rFonts w:cs="Times New Roman"/>
                <w:b/>
                <w:sz w:val="20"/>
                <w:szCs w:val="20"/>
              </w:rPr>
              <w:t>lëndë</w:t>
            </w:r>
            <w:proofErr w:type="spellEnd"/>
            <w:r w:rsidRPr="00C84F42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b/>
                <w:sz w:val="20"/>
                <w:szCs w:val="20"/>
              </w:rPr>
              <w:t>tjera</w:t>
            </w:r>
            <w:proofErr w:type="spellEnd"/>
            <w:r w:rsidRPr="00C84F42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b/>
                <w:sz w:val="20"/>
                <w:szCs w:val="20"/>
              </w:rPr>
              <w:t>mësimore</w:t>
            </w:r>
            <w:proofErr w:type="spellEnd"/>
            <w:r w:rsidRPr="00C84F42">
              <w:rPr>
                <w:rFonts w:cs="Times New Roman"/>
                <w:b/>
                <w:sz w:val="20"/>
                <w:szCs w:val="20"/>
              </w:rPr>
              <w:t xml:space="preserve">, </w:t>
            </w:r>
            <w:proofErr w:type="gramStart"/>
            <w:r w:rsidRPr="00C84F42">
              <w:rPr>
                <w:rFonts w:cs="Times New Roman"/>
                <w:b/>
                <w:sz w:val="20"/>
                <w:szCs w:val="20"/>
              </w:rPr>
              <w:t xml:space="preserve">me  </w:t>
            </w:r>
            <w:proofErr w:type="spellStart"/>
            <w:r w:rsidRPr="00C84F42">
              <w:rPr>
                <w:rFonts w:cs="Times New Roman"/>
                <w:b/>
                <w:sz w:val="20"/>
                <w:szCs w:val="20"/>
              </w:rPr>
              <w:t>çështjet</w:t>
            </w:r>
            <w:proofErr w:type="spellEnd"/>
            <w:proofErr w:type="gramEnd"/>
            <w:r w:rsidRPr="00C84F42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b/>
                <w:sz w:val="20"/>
                <w:szCs w:val="20"/>
              </w:rPr>
              <w:t>ndërkurrikulare</w:t>
            </w:r>
            <w:proofErr w:type="spellEnd"/>
            <w:r w:rsidRPr="00C84F42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B62707" w:rsidRPr="009E1A94" w:rsidRDefault="00B62707" w:rsidP="00F63F2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9E1A94">
              <w:rPr>
                <w:b/>
                <w:bCs/>
                <w:sz w:val="20"/>
                <w:szCs w:val="20"/>
              </w:rPr>
              <w:t>Burimet</w:t>
            </w:r>
            <w:proofErr w:type="spellEnd"/>
          </w:p>
        </w:tc>
      </w:tr>
      <w:tr w:rsidR="00B62707" w:rsidRPr="00B62707" w:rsidTr="000D5A18">
        <w:tc>
          <w:tcPr>
            <w:tcW w:w="15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84F42" w:rsidRPr="00C84F42" w:rsidRDefault="00C84F42" w:rsidP="00F63F2F">
            <w:pPr>
              <w:rPr>
                <w:rFonts w:cs="Times New Roman"/>
                <w:b/>
                <w:sz w:val="20"/>
                <w:szCs w:val="20"/>
              </w:rPr>
            </w:pPr>
            <w:r w:rsidRPr="00C84F42">
              <w:rPr>
                <w:rFonts w:cs="Times New Roman"/>
                <w:b/>
                <w:sz w:val="20"/>
                <w:szCs w:val="20"/>
              </w:rPr>
              <w:t xml:space="preserve">1. </w:t>
            </w:r>
            <w:proofErr w:type="spellStart"/>
            <w:r w:rsidRPr="00C84F42">
              <w:rPr>
                <w:rFonts w:cs="Times New Roman"/>
                <w:b/>
                <w:sz w:val="20"/>
                <w:szCs w:val="20"/>
              </w:rPr>
              <w:t>Thyesat</w:t>
            </w:r>
            <w:proofErr w:type="spellEnd"/>
            <w:r w:rsidRPr="00C84F42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b/>
                <w:sz w:val="20"/>
                <w:szCs w:val="20"/>
              </w:rPr>
              <w:t>dhe</w:t>
            </w:r>
            <w:proofErr w:type="spellEnd"/>
            <w:r w:rsidRPr="00C84F42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b/>
                <w:sz w:val="20"/>
                <w:szCs w:val="20"/>
              </w:rPr>
              <w:t>numrat</w:t>
            </w:r>
            <w:proofErr w:type="spellEnd"/>
            <w:r w:rsidRPr="00C84F42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b/>
                <w:sz w:val="20"/>
                <w:szCs w:val="20"/>
              </w:rPr>
              <w:t>dhjetorë</w:t>
            </w:r>
            <w:proofErr w:type="spellEnd"/>
            <w:r w:rsidRPr="00C84F42">
              <w:rPr>
                <w:rFonts w:cs="Times New Roman"/>
                <w:b/>
                <w:sz w:val="20"/>
                <w:szCs w:val="20"/>
              </w:rPr>
              <w:t xml:space="preserve">  </w:t>
            </w:r>
          </w:p>
          <w:p w:rsidR="00C84F42" w:rsidRPr="00C84F42" w:rsidRDefault="00C84F4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C84F42" w:rsidRPr="00C84F42" w:rsidRDefault="00C84F4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C84F42" w:rsidRPr="00C84F42" w:rsidRDefault="00C84F4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C84F42" w:rsidRPr="00C84F42" w:rsidRDefault="00C84F4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C84F42" w:rsidRPr="00C84F42" w:rsidRDefault="00C84F4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C84F42" w:rsidRPr="00C84F42" w:rsidRDefault="00C84F4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C84F42" w:rsidRPr="00C84F42" w:rsidRDefault="00C84F4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C84F42" w:rsidRPr="00C84F42" w:rsidRDefault="00C84F4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C84F42" w:rsidRPr="00C84F42" w:rsidRDefault="00C84F42" w:rsidP="00F63F2F">
            <w:pPr>
              <w:rPr>
                <w:rFonts w:cs="Times New Roman"/>
                <w:b/>
                <w:sz w:val="20"/>
                <w:szCs w:val="20"/>
              </w:rPr>
            </w:pPr>
            <w:r w:rsidRPr="00C84F42">
              <w:rPr>
                <w:rFonts w:cs="Times New Roman"/>
                <w:b/>
                <w:sz w:val="20"/>
                <w:szCs w:val="20"/>
              </w:rPr>
              <w:t xml:space="preserve"> 2. </w:t>
            </w:r>
            <w:proofErr w:type="spellStart"/>
            <w:r w:rsidRPr="00C84F42">
              <w:rPr>
                <w:rFonts w:cs="Times New Roman"/>
                <w:b/>
                <w:sz w:val="20"/>
                <w:szCs w:val="20"/>
              </w:rPr>
              <w:t>Gjeometria</w:t>
            </w:r>
            <w:proofErr w:type="spellEnd"/>
            <w:r w:rsidRPr="00C84F42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b/>
                <w:sz w:val="20"/>
                <w:szCs w:val="20"/>
              </w:rPr>
              <w:t>në</w:t>
            </w:r>
            <w:proofErr w:type="spellEnd"/>
            <w:r w:rsidRPr="00C84F42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b/>
                <w:sz w:val="20"/>
                <w:szCs w:val="20"/>
              </w:rPr>
              <w:t>rrafsh</w:t>
            </w:r>
            <w:proofErr w:type="spellEnd"/>
            <w:r w:rsidRPr="00C84F42">
              <w:rPr>
                <w:rFonts w:cs="Times New Roman"/>
                <w:b/>
                <w:sz w:val="20"/>
                <w:szCs w:val="20"/>
              </w:rPr>
              <w:t xml:space="preserve"> - </w:t>
            </w:r>
            <w:r w:rsidRPr="00C84F42">
              <w:rPr>
                <w:rFonts w:cs="Times New Roman"/>
                <w:b/>
                <w:bCs/>
                <w:color w:val="000000"/>
                <w:sz w:val="20"/>
                <w:szCs w:val="20"/>
                <w:lang w:val="sq-AL"/>
              </w:rPr>
              <w:t>këndet</w:t>
            </w:r>
            <w:r w:rsidRPr="00C84F42">
              <w:rPr>
                <w:rFonts w:cs="Times New Roman"/>
                <w:b/>
                <w:sz w:val="20"/>
                <w:szCs w:val="20"/>
              </w:rPr>
              <w:t xml:space="preserve">   </w:t>
            </w:r>
          </w:p>
          <w:p w:rsidR="00C84F42" w:rsidRPr="00C84F42" w:rsidRDefault="00C84F4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C84F42" w:rsidRPr="00C84F42" w:rsidRDefault="00C84F4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C84F42" w:rsidRPr="00C84F42" w:rsidRDefault="00C84F4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C84F42" w:rsidRDefault="00C84F4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C816EF" w:rsidRDefault="00C816EF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C816EF" w:rsidRDefault="00C816EF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C816EF" w:rsidRDefault="00C816EF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C816EF" w:rsidRDefault="00C816EF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C816EF" w:rsidRDefault="00C816EF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C816EF" w:rsidRDefault="00C816EF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C816EF" w:rsidRDefault="00C816EF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C816EF" w:rsidRDefault="00C816EF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C816EF" w:rsidRDefault="00C816EF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C816EF" w:rsidRDefault="00C816EF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C816EF" w:rsidRDefault="00C816EF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C816EF" w:rsidRDefault="00C816EF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C816EF" w:rsidRDefault="00C816EF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C816EF" w:rsidRDefault="00C816EF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C816EF" w:rsidRDefault="00C816EF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C816EF" w:rsidRDefault="00C816EF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C816EF" w:rsidRDefault="00C816EF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C816EF" w:rsidRDefault="00C816EF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C816EF" w:rsidRDefault="00C816EF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C816EF" w:rsidRDefault="00C816EF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C816EF" w:rsidRDefault="00C816EF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C816EF" w:rsidRDefault="00C816EF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C816EF" w:rsidRDefault="00C816EF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C816EF" w:rsidRDefault="00C816EF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C816EF" w:rsidRDefault="00C816EF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C816EF" w:rsidRDefault="00C816EF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C816EF" w:rsidRDefault="00C816EF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C816EF" w:rsidRDefault="00C816EF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C816EF" w:rsidRDefault="00C816EF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C816EF" w:rsidRPr="00C84F42" w:rsidRDefault="00C816EF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C84F42" w:rsidRPr="00C84F42" w:rsidRDefault="00C84F4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C84F42" w:rsidRPr="00C84F42" w:rsidRDefault="00C84F4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B62707" w:rsidRPr="00C84F42" w:rsidRDefault="00C84F42" w:rsidP="00F63F2F">
            <w:pPr>
              <w:rPr>
                <w:rFonts w:cs="Times New Roman"/>
                <w:sz w:val="20"/>
                <w:szCs w:val="20"/>
              </w:rPr>
            </w:pPr>
            <w:r w:rsidRPr="00C84F42">
              <w:rPr>
                <w:rFonts w:cs="Times New Roman"/>
                <w:b/>
                <w:sz w:val="20"/>
                <w:szCs w:val="20"/>
              </w:rPr>
              <w:t xml:space="preserve">3. </w:t>
            </w:r>
            <w:proofErr w:type="spellStart"/>
            <w:r w:rsidRPr="00C84F42">
              <w:rPr>
                <w:rFonts w:cs="Times New Roman"/>
                <w:b/>
                <w:sz w:val="20"/>
                <w:szCs w:val="20"/>
              </w:rPr>
              <w:t>Numrat</w:t>
            </w:r>
            <w:proofErr w:type="spellEnd"/>
            <w:r w:rsidRPr="00C84F42">
              <w:rPr>
                <w:rFonts w:cs="Times New Roman"/>
                <w:b/>
                <w:sz w:val="20"/>
                <w:szCs w:val="20"/>
              </w:rPr>
              <w:t xml:space="preserve"> e </w:t>
            </w:r>
            <w:proofErr w:type="spellStart"/>
            <w:r w:rsidRPr="00C84F42">
              <w:rPr>
                <w:rFonts w:cs="Times New Roman"/>
                <w:b/>
                <w:sz w:val="20"/>
                <w:szCs w:val="20"/>
              </w:rPr>
              <w:t>plotë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8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C84F42" w:rsidRPr="00C84F42" w:rsidRDefault="00B62707" w:rsidP="00C84F42">
            <w:pPr>
              <w:rPr>
                <w:rFonts w:cs="Times New Roman"/>
                <w:sz w:val="20"/>
                <w:szCs w:val="20"/>
              </w:rPr>
            </w:pPr>
            <w:r w:rsidRPr="00C84F42">
              <w:rPr>
                <w:rFonts w:cs="Times New Roman"/>
                <w:sz w:val="20"/>
                <w:szCs w:val="20"/>
              </w:rPr>
              <w:lastRenderedPageBreak/>
              <w:t>TEMA 1:</w:t>
            </w:r>
          </w:p>
          <w:p w:rsidR="00C84F42" w:rsidRPr="00C84F42" w:rsidRDefault="00C84F42" w:rsidP="00C84F42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 w:rsidRPr="00C84F42">
              <w:rPr>
                <w:rFonts w:cs="Times New Roman"/>
                <w:sz w:val="20"/>
                <w:szCs w:val="20"/>
              </w:rPr>
              <w:t xml:space="preserve">•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Thjeshton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dhe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zgjeron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thyesat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;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krahason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thyesat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duke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kthyer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në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thyesa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me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emërues të njëjtë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>.</w:t>
            </w:r>
          </w:p>
          <w:p w:rsidR="00C84F42" w:rsidRPr="00C84F42" w:rsidRDefault="00C84F42" w:rsidP="00C84F42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 w:rsidRPr="00C84F42">
              <w:rPr>
                <w:rFonts w:cs="Times New Roman"/>
                <w:sz w:val="20"/>
                <w:szCs w:val="20"/>
              </w:rPr>
              <w:t xml:space="preserve">•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Kryen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mbledhjen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zbritjen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shumëzimin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dhe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pjesëtimin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e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thyesave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>.</w:t>
            </w:r>
          </w:p>
          <w:p w:rsidR="00C84F42" w:rsidRPr="00C84F42" w:rsidRDefault="00C84F42" w:rsidP="00C84F42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 w:rsidRPr="00C84F42">
              <w:rPr>
                <w:rFonts w:cs="Times New Roman"/>
                <w:sz w:val="20"/>
                <w:szCs w:val="20"/>
              </w:rPr>
              <w:lastRenderedPageBreak/>
              <w:t xml:space="preserve">•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Cakton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pjesën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e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dhënë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të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tërësisë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dhe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tërësinë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kur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është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dhënë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pjesa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>.</w:t>
            </w:r>
          </w:p>
          <w:p w:rsidR="00C84F42" w:rsidRPr="00C84F42" w:rsidRDefault="00C84F42" w:rsidP="00C84F42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 w:rsidRPr="00C84F42">
              <w:rPr>
                <w:rFonts w:cs="Times New Roman"/>
                <w:sz w:val="20"/>
                <w:szCs w:val="20"/>
              </w:rPr>
              <w:t xml:space="preserve">•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Kryen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veprime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me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numra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dhjetorë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dhe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zbaton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radhën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e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veprimeve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>.</w:t>
            </w:r>
          </w:p>
          <w:p w:rsidR="00C84F42" w:rsidRPr="00C84F42" w:rsidRDefault="00C84F42" w:rsidP="00C84F42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 w:rsidRPr="00C84F42">
              <w:rPr>
                <w:rFonts w:cs="Times New Roman"/>
                <w:sz w:val="20"/>
                <w:szCs w:val="20"/>
              </w:rPr>
              <w:t xml:space="preserve">•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Identifikon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numrat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dhjetorë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të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fundmë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dhe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të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pafundmë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periodikë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>.</w:t>
            </w:r>
          </w:p>
          <w:p w:rsidR="00C84F42" w:rsidRPr="00C84F42" w:rsidRDefault="00C84F42" w:rsidP="00C84F42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 w:rsidRPr="00C84F42">
              <w:rPr>
                <w:rFonts w:cs="Times New Roman"/>
                <w:sz w:val="20"/>
                <w:szCs w:val="20"/>
              </w:rPr>
              <w:t xml:space="preserve">•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Shndërron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thyesat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dhe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numrat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dhjetorë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në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përqindje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dhe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anasjelltas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;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llogarit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tërësinë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përqindjen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dhe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vlerën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e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përqindjes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>.</w:t>
            </w:r>
          </w:p>
          <w:p w:rsidR="00C84F42" w:rsidRPr="00C84F42" w:rsidRDefault="00C84F42" w:rsidP="00C84F42">
            <w:pPr>
              <w:spacing w:after="40"/>
              <w:rPr>
                <w:rFonts w:cs="Times New Roman"/>
                <w:sz w:val="20"/>
                <w:szCs w:val="20"/>
              </w:rPr>
            </w:pPr>
          </w:p>
          <w:p w:rsidR="00C84F42" w:rsidRPr="00C84F42" w:rsidRDefault="00C84F42" w:rsidP="00C84F42">
            <w:pPr>
              <w:spacing w:after="40"/>
              <w:rPr>
                <w:rFonts w:cs="Times New Roman"/>
                <w:sz w:val="20"/>
                <w:szCs w:val="20"/>
              </w:rPr>
            </w:pPr>
            <w:r w:rsidRPr="00C84F42">
              <w:rPr>
                <w:rFonts w:cs="Times New Roman"/>
                <w:b/>
                <w:sz w:val="20"/>
                <w:szCs w:val="20"/>
              </w:rPr>
              <w:t>TEMA</w:t>
            </w:r>
            <w:r w:rsidRPr="00C84F42">
              <w:rPr>
                <w:rFonts w:cs="Times New Roman"/>
                <w:b/>
                <w:sz w:val="20"/>
                <w:szCs w:val="20"/>
              </w:rPr>
              <w:t xml:space="preserve"> 2:</w:t>
            </w:r>
          </w:p>
          <w:p w:rsidR="00C84F42" w:rsidRPr="00C84F42" w:rsidRDefault="00C84F42" w:rsidP="00C84F42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 w:rsidRPr="00C84F42">
              <w:rPr>
                <w:rFonts w:cs="Times New Roman"/>
                <w:sz w:val="20"/>
                <w:szCs w:val="20"/>
              </w:rPr>
              <w:t xml:space="preserve">•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Përkufizon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këndin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dhe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dallon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llojet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e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këndeve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sipas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masës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>.</w:t>
            </w:r>
          </w:p>
          <w:p w:rsidR="00C84F42" w:rsidRPr="00C84F42" w:rsidRDefault="00C84F42" w:rsidP="00C84F42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 w:rsidRPr="00C84F42">
              <w:rPr>
                <w:rFonts w:cs="Times New Roman"/>
                <w:sz w:val="20"/>
                <w:szCs w:val="20"/>
              </w:rPr>
              <w:t xml:space="preserve">•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Përdor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njësitë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për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matjen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e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këndeve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dhe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kryen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shndërrime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ndërmjet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tyre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>.</w:t>
            </w:r>
          </w:p>
          <w:p w:rsidR="00C84F42" w:rsidRPr="00C84F42" w:rsidRDefault="00C84F42" w:rsidP="00C84F42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 w:rsidRPr="00C84F42">
              <w:rPr>
                <w:rFonts w:cs="Times New Roman"/>
                <w:sz w:val="20"/>
                <w:szCs w:val="20"/>
              </w:rPr>
              <w:t xml:space="preserve">•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Mbledh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dhe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zbrit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kënde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në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mënyrë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konstruktive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dhe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aritmetike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>.</w:t>
            </w:r>
          </w:p>
          <w:p w:rsidR="00C84F42" w:rsidRPr="00C84F42" w:rsidRDefault="00C84F42" w:rsidP="00C84F42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 w:rsidRPr="00C84F42">
              <w:rPr>
                <w:rFonts w:cs="Times New Roman"/>
                <w:sz w:val="20"/>
                <w:szCs w:val="20"/>
              </w:rPr>
              <w:t xml:space="preserve">•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Konstrukton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kënde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të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veçanta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duke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përdorur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këndmatësin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vizoren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dhe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kompasin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>.</w:t>
            </w:r>
          </w:p>
          <w:p w:rsidR="00C84F42" w:rsidRPr="00C84F42" w:rsidRDefault="00C84F42" w:rsidP="00C84F42">
            <w:pPr>
              <w:spacing w:after="40" w:line="228" w:lineRule="auto"/>
              <w:rPr>
                <w:rFonts w:cs="Times New Roman"/>
                <w:sz w:val="20"/>
                <w:szCs w:val="20"/>
                <w:lang w:val="de-DE"/>
              </w:rPr>
            </w:pPr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Vizaton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drejtëza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normale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dhe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paralele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>.</w:t>
            </w:r>
          </w:p>
          <w:p w:rsidR="00C84F42" w:rsidRPr="00C84F42" w:rsidRDefault="00C84F42" w:rsidP="00C84F42">
            <w:pPr>
              <w:spacing w:after="40" w:line="228" w:lineRule="auto"/>
              <w:rPr>
                <w:rFonts w:cs="Times New Roman"/>
                <w:sz w:val="20"/>
                <w:szCs w:val="20"/>
                <w:lang w:val="de-DE"/>
              </w:rPr>
            </w:pPr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Përshkruan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dhe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emërton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këndet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që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formohen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kur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dy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drejtëza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paralele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priten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nga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një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drejtëz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tretë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>.</w:t>
            </w:r>
          </w:p>
          <w:p w:rsidR="00C84F42" w:rsidRPr="00C84F42" w:rsidRDefault="00C84F42" w:rsidP="00C84F42">
            <w:pPr>
              <w:spacing w:after="40" w:line="228" w:lineRule="auto"/>
              <w:rPr>
                <w:rFonts w:cs="Times New Roman"/>
                <w:sz w:val="20"/>
                <w:szCs w:val="20"/>
                <w:lang w:val="de-DE"/>
              </w:rPr>
            </w:pPr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Konstrukton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simetralen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>/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përmesoren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segmentit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dhe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zbaton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projeksionin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pikës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të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segmentit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në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drejtëz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>.</w:t>
            </w:r>
          </w:p>
          <w:p w:rsidR="00C84F42" w:rsidRPr="00C84F42" w:rsidRDefault="00C84F42" w:rsidP="00C84F42">
            <w:pPr>
              <w:spacing w:after="40"/>
              <w:rPr>
                <w:rFonts w:cs="Times New Roman"/>
                <w:sz w:val="20"/>
                <w:szCs w:val="20"/>
                <w:lang w:val="de-DE"/>
              </w:rPr>
            </w:pPr>
          </w:p>
          <w:p w:rsidR="00C84F42" w:rsidRPr="00C84F42" w:rsidRDefault="00C84F42" w:rsidP="00C84F42">
            <w:pPr>
              <w:spacing w:after="40"/>
              <w:rPr>
                <w:rFonts w:cs="Times New Roman"/>
                <w:sz w:val="20"/>
                <w:szCs w:val="20"/>
                <w:lang w:val="de-DE"/>
              </w:rPr>
            </w:pPr>
            <w:r w:rsidRPr="00C84F42">
              <w:rPr>
                <w:rFonts w:cs="Times New Roman"/>
                <w:b/>
                <w:sz w:val="20"/>
                <w:szCs w:val="20"/>
                <w:lang w:val="de-DE"/>
              </w:rPr>
              <w:t>TEMA</w:t>
            </w:r>
            <w:r w:rsidRPr="00C84F42">
              <w:rPr>
                <w:rFonts w:cs="Times New Roman"/>
                <w:b/>
                <w:sz w:val="20"/>
                <w:szCs w:val="20"/>
                <w:lang w:val="de-DE"/>
              </w:rPr>
              <w:t xml:space="preserve"> 3:</w:t>
            </w:r>
          </w:p>
          <w:p w:rsidR="00C84F42" w:rsidRPr="00C84F42" w:rsidRDefault="00C84F42" w:rsidP="00C84F42">
            <w:pPr>
              <w:spacing w:after="40" w:line="228" w:lineRule="auto"/>
              <w:rPr>
                <w:rFonts w:cs="Times New Roman"/>
                <w:sz w:val="20"/>
                <w:szCs w:val="20"/>
                <w:lang w:val="de-DE"/>
              </w:rPr>
            </w:pPr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Dallon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numrat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plotë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pozitivë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dhe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negativë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dhe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paraqet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në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drejtëzën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numerike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>.</w:t>
            </w:r>
          </w:p>
          <w:p w:rsidR="00C84F42" w:rsidRPr="00C84F42" w:rsidRDefault="00C84F42" w:rsidP="00C84F42">
            <w:pPr>
              <w:spacing w:after="40" w:line="228" w:lineRule="auto"/>
              <w:rPr>
                <w:rFonts w:cs="Times New Roman"/>
                <w:sz w:val="20"/>
                <w:szCs w:val="20"/>
                <w:lang w:val="de-DE"/>
              </w:rPr>
            </w:pPr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Njehson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shumën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dhe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lastRenderedPageBreak/>
              <w:t>ndryshimin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numrave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të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plotë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>.</w:t>
            </w:r>
          </w:p>
          <w:p w:rsidR="00C84F42" w:rsidRPr="00C84F42" w:rsidRDefault="00C84F42" w:rsidP="00C84F42">
            <w:pPr>
              <w:spacing w:after="40" w:line="228" w:lineRule="auto"/>
              <w:rPr>
                <w:rFonts w:cs="Times New Roman"/>
                <w:sz w:val="20"/>
                <w:szCs w:val="20"/>
                <w:lang w:val="de-DE"/>
              </w:rPr>
            </w:pPr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Njehson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prodhimin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dhe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herësin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numrave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të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plotë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>.</w:t>
            </w:r>
          </w:p>
          <w:p w:rsidR="00B62707" w:rsidRPr="00C84F42" w:rsidRDefault="00C84F42" w:rsidP="00024AC1">
            <w:pPr>
              <w:pStyle w:val="ListParagraph"/>
              <w:ind w:left="0" w:firstLine="34"/>
              <w:rPr>
                <w:rFonts w:cs="Times New Roman"/>
                <w:sz w:val="20"/>
                <w:szCs w:val="20"/>
                <w:lang w:val="de-DE"/>
              </w:rPr>
            </w:pPr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Zbaton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radhën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veprimeve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aritmetike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në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shprehje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numerike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me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numra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të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  <w:lang w:val="de-DE"/>
              </w:rPr>
              <w:t>plotë</w:t>
            </w:r>
            <w:proofErr w:type="spellEnd"/>
            <w:r w:rsidRPr="00C84F42">
              <w:rPr>
                <w:rFonts w:cs="Times New Roman"/>
                <w:sz w:val="20"/>
                <w:szCs w:val="20"/>
                <w:lang w:val="de-DE"/>
              </w:rPr>
              <w:t>.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62707" w:rsidRPr="00C84F42" w:rsidRDefault="00B62707" w:rsidP="00F63F2F">
            <w:pPr>
              <w:rPr>
                <w:rFonts w:cs="Times New Roman"/>
                <w:sz w:val="20"/>
                <w:szCs w:val="20"/>
              </w:rPr>
            </w:pPr>
            <w:r w:rsidRPr="00C84F42">
              <w:rPr>
                <w:rFonts w:cs="Times New Roman"/>
                <w:sz w:val="20"/>
                <w:szCs w:val="20"/>
              </w:rPr>
              <w:lastRenderedPageBreak/>
              <w:t xml:space="preserve">TEMA 1: </w:t>
            </w:r>
          </w:p>
          <w:p w:rsidR="00C84F42" w:rsidRPr="00C84F42" w:rsidRDefault="00C84F42" w:rsidP="00C84F42">
            <w:pPr>
              <w:spacing w:after="40" w:line="228" w:lineRule="auto"/>
              <w:rPr>
                <w:rFonts w:cs="Times New Roman"/>
                <w:bCs/>
                <w:sz w:val="20"/>
                <w:szCs w:val="20"/>
              </w:rPr>
            </w:pPr>
            <w:r w:rsidRPr="00C84F42">
              <w:rPr>
                <w:rFonts w:cs="Times New Roman"/>
                <w:sz w:val="20"/>
                <w:szCs w:val="20"/>
              </w:rPr>
              <w:t>1.</w:t>
            </w:r>
            <w:r w:rsidRPr="00C84F42">
              <w:rPr>
                <w:rFonts w:cs="Times New Roman"/>
                <w:bCs/>
                <w:sz w:val="20"/>
                <w:szCs w:val="20"/>
              </w:rPr>
              <w:t xml:space="preserve">Njohja me plan </w:t>
            </w:r>
            <w:proofErr w:type="spellStart"/>
            <w:r w:rsidRPr="00C84F42">
              <w:rPr>
                <w:rFonts w:cs="Times New Roman"/>
                <w:bCs/>
                <w:sz w:val="20"/>
                <w:szCs w:val="20"/>
              </w:rPr>
              <w:t>programin</w:t>
            </w:r>
            <w:proofErr w:type="spellEnd"/>
            <w:r w:rsidRPr="00C84F42">
              <w:rPr>
                <w:rFonts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bCs/>
                <w:sz w:val="20"/>
                <w:szCs w:val="20"/>
              </w:rPr>
              <w:t>mësimor</w:t>
            </w:r>
            <w:proofErr w:type="spellEnd"/>
          </w:p>
          <w:p w:rsidR="00C84F42" w:rsidRPr="00C84F42" w:rsidRDefault="00C84F42" w:rsidP="00C84F42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</w:t>
            </w:r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Vetia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themelore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e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thyesave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Thjeshtimi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thyesave</w:t>
            </w:r>
            <w:proofErr w:type="spellEnd"/>
          </w:p>
          <w:p w:rsidR="00C84F42" w:rsidRPr="00C84F42" w:rsidRDefault="00C84F42" w:rsidP="00C84F42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</w:t>
            </w:r>
            <w:r w:rsidRPr="00C84F42">
              <w:rPr>
                <w:rFonts w:cs="Times New Roman"/>
                <w:sz w:val="20"/>
                <w:szCs w:val="20"/>
              </w:rPr>
              <w:t xml:space="preserve">Kthimi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thyesave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në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emërues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të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njëjtë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Krahasimi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lastRenderedPageBreak/>
              <w:t>thyesave</w:t>
            </w:r>
            <w:proofErr w:type="spellEnd"/>
          </w:p>
          <w:p w:rsidR="00C84F42" w:rsidRPr="00C84F42" w:rsidRDefault="00C84F42" w:rsidP="00C84F42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Mbledhja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dhe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zbritja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e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thyesave</w:t>
            </w:r>
            <w:proofErr w:type="spellEnd"/>
          </w:p>
          <w:p w:rsidR="00C84F42" w:rsidRPr="00C84F42" w:rsidRDefault="00C84F42" w:rsidP="00C84F42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</w:t>
            </w:r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Shumëzimi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dhe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pjesëtimi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thyesave</w:t>
            </w:r>
            <w:proofErr w:type="spellEnd"/>
          </w:p>
          <w:p w:rsidR="00C84F42" w:rsidRPr="00C84F42" w:rsidRDefault="00C84F42" w:rsidP="00C84F42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</w:t>
            </w:r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Gjetja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e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pjesës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dhe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e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së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tërës</w:t>
            </w:r>
            <w:proofErr w:type="spellEnd"/>
          </w:p>
          <w:p w:rsidR="00C84F42" w:rsidRPr="00C84F42" w:rsidRDefault="00C84F42" w:rsidP="00C84F42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7.</w:t>
            </w:r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Kuptimi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numrit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dhjetor</w:t>
            </w:r>
            <w:proofErr w:type="spellEnd"/>
          </w:p>
          <w:p w:rsidR="00C84F42" w:rsidRPr="00C84F42" w:rsidRDefault="00C84F42" w:rsidP="00C84F42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8.</w:t>
            </w:r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Mbledhja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dhe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zbritja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e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numrave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dhjetorë</w:t>
            </w:r>
            <w:proofErr w:type="spellEnd"/>
          </w:p>
          <w:p w:rsidR="00C84F42" w:rsidRPr="00C84F42" w:rsidRDefault="00C84F42" w:rsidP="00C84F42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9.</w:t>
            </w:r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Shumëzimi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numrave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dhjetorë</w:t>
            </w:r>
            <w:proofErr w:type="spellEnd"/>
          </w:p>
          <w:p w:rsidR="00C84F42" w:rsidRPr="00C84F42" w:rsidRDefault="00C84F42" w:rsidP="00C84F42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10.</w:t>
            </w:r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Pjesëtimi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numrave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dhjetorë</w:t>
            </w:r>
            <w:proofErr w:type="spellEnd"/>
          </w:p>
          <w:p w:rsidR="00C84F42" w:rsidRPr="00C84F42" w:rsidRDefault="00C84F42" w:rsidP="00C84F42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 w:rsidRPr="00C84F42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1.</w:t>
            </w:r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Kthimi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thyesës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së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zakonshme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në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dhjetore</w:t>
            </w:r>
            <w:proofErr w:type="spellEnd"/>
          </w:p>
          <w:p w:rsidR="00C84F42" w:rsidRPr="00C84F42" w:rsidRDefault="00C84F42" w:rsidP="00C84F42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12.</w:t>
            </w:r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Numrat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dhjetorë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periodikë</w:t>
            </w:r>
            <w:proofErr w:type="spellEnd"/>
          </w:p>
          <w:p w:rsidR="00C84F42" w:rsidRDefault="00C84F42" w:rsidP="00C84F42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 w:rsidRPr="00C84F42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3.</w:t>
            </w:r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Përqindja</w:t>
            </w:r>
            <w:proofErr w:type="spellEnd"/>
          </w:p>
          <w:p w:rsidR="00024AC1" w:rsidRDefault="00024AC1" w:rsidP="00C84F42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14. </w:t>
            </w:r>
            <w:proofErr w:type="spellStart"/>
            <w:r>
              <w:rPr>
                <w:rFonts w:cs="Times New Roman"/>
                <w:sz w:val="20"/>
                <w:szCs w:val="20"/>
              </w:rPr>
              <w:t>Ushtrime</w:t>
            </w:r>
            <w:proofErr w:type="spellEnd"/>
          </w:p>
          <w:p w:rsidR="00C84F42" w:rsidRDefault="00C84F42" w:rsidP="00C84F42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</w:p>
          <w:p w:rsidR="00C84F42" w:rsidRDefault="00C84F42" w:rsidP="00C84F42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TEMA 2: </w:t>
            </w:r>
          </w:p>
          <w:p w:rsidR="00C84F42" w:rsidRPr="00C84F42" w:rsidRDefault="00C84F42" w:rsidP="00C84F42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</w:p>
          <w:p w:rsidR="00C84F42" w:rsidRPr="00C84F42" w:rsidRDefault="00024AC1" w:rsidP="00C84F42">
            <w:pPr>
              <w:spacing w:after="40" w:line="228" w:lineRule="auto"/>
              <w:rPr>
                <w:rFonts w:cs="Times New Roman"/>
                <w:sz w:val="20"/>
                <w:szCs w:val="20"/>
                <w:lang w:val="de-DE"/>
              </w:rPr>
            </w:pPr>
            <w:r w:rsidRPr="00024AC1">
              <w:rPr>
                <w:rFonts w:cs="Times New Roman"/>
                <w:sz w:val="20"/>
                <w:szCs w:val="20"/>
                <w:lang w:val="de-DE"/>
              </w:rPr>
              <w:t>1</w:t>
            </w:r>
            <w:r>
              <w:rPr>
                <w:rFonts w:cs="Times New Roman"/>
                <w:sz w:val="20"/>
                <w:szCs w:val="20"/>
                <w:lang w:val="de-DE"/>
              </w:rPr>
              <w:t>5</w:t>
            </w:r>
            <w:r w:rsidRPr="00024AC1">
              <w:rPr>
                <w:rFonts w:cs="Times New Roman"/>
                <w:sz w:val="20"/>
                <w:szCs w:val="20"/>
                <w:lang w:val="de-DE"/>
              </w:rPr>
              <w:t>.</w:t>
            </w:r>
            <w:r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C84F42" w:rsidRPr="00024AC1">
              <w:rPr>
                <w:rFonts w:cs="Times New Roman"/>
                <w:sz w:val="20"/>
                <w:szCs w:val="20"/>
                <w:lang w:val="de-DE"/>
              </w:rPr>
              <w:t>Përsëritje</w:t>
            </w:r>
            <w:proofErr w:type="spellEnd"/>
            <w:r w:rsidR="00C84F42" w:rsidRPr="00024AC1">
              <w:rPr>
                <w:rFonts w:cs="Times New Roman"/>
                <w:sz w:val="20"/>
                <w:szCs w:val="20"/>
                <w:lang w:val="de-DE"/>
              </w:rPr>
              <w:t xml:space="preserve">.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  <w:lang w:val="de-DE"/>
              </w:rPr>
              <w:t>Këndet</w:t>
            </w:r>
            <w:proofErr w:type="spellEnd"/>
            <w:r w:rsidR="00C84F42"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  <w:lang w:val="de-DE"/>
              </w:rPr>
              <w:t>dhe</w:t>
            </w:r>
            <w:proofErr w:type="spellEnd"/>
            <w:r w:rsidR="00C84F42"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  <w:lang w:val="de-DE"/>
              </w:rPr>
              <w:t>matja</w:t>
            </w:r>
            <w:proofErr w:type="spellEnd"/>
            <w:r w:rsidR="00C84F42" w:rsidRPr="00C84F42">
              <w:rPr>
                <w:rFonts w:cs="Times New Roman"/>
                <w:sz w:val="20"/>
                <w:szCs w:val="20"/>
                <w:lang w:val="de-DE"/>
              </w:rPr>
              <w:t xml:space="preserve"> e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  <w:lang w:val="de-DE"/>
              </w:rPr>
              <w:t>tyre</w:t>
            </w:r>
            <w:proofErr w:type="spellEnd"/>
          </w:p>
          <w:p w:rsidR="00C84F42" w:rsidRPr="00C84F42" w:rsidRDefault="00024AC1" w:rsidP="00C84F42">
            <w:pPr>
              <w:spacing w:after="40" w:line="228" w:lineRule="auto"/>
              <w:rPr>
                <w:rFonts w:cs="Times New Roman"/>
                <w:sz w:val="20"/>
                <w:szCs w:val="20"/>
                <w:lang w:val="de-DE"/>
              </w:rPr>
            </w:pPr>
            <w:r>
              <w:rPr>
                <w:rFonts w:cs="Times New Roman"/>
                <w:sz w:val="20"/>
                <w:szCs w:val="20"/>
                <w:lang w:val="de-DE"/>
              </w:rPr>
              <w:t>16.</w:t>
            </w:r>
            <w:r w:rsidR="00C84F42"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  <w:lang w:val="de-DE"/>
              </w:rPr>
              <w:t>Matja</w:t>
            </w:r>
            <w:proofErr w:type="spellEnd"/>
            <w:r w:rsidR="00C84F42" w:rsidRPr="00C84F42">
              <w:rPr>
                <w:rFonts w:cs="Times New Roman"/>
                <w:sz w:val="20"/>
                <w:szCs w:val="20"/>
                <w:lang w:val="de-DE"/>
              </w:rPr>
              <w:t xml:space="preserve"> e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  <w:lang w:val="de-DE"/>
              </w:rPr>
              <w:t>këndeve</w:t>
            </w:r>
            <w:proofErr w:type="spellEnd"/>
          </w:p>
          <w:p w:rsidR="00C84F42" w:rsidRPr="00C84F42" w:rsidRDefault="00024AC1" w:rsidP="00C84F42">
            <w:pPr>
              <w:spacing w:after="40" w:line="228" w:lineRule="auto"/>
              <w:rPr>
                <w:rFonts w:cs="Times New Roman"/>
                <w:sz w:val="20"/>
                <w:szCs w:val="20"/>
                <w:lang w:val="de-DE"/>
              </w:rPr>
            </w:pPr>
            <w:r>
              <w:rPr>
                <w:rFonts w:cs="Times New Roman"/>
                <w:sz w:val="20"/>
                <w:szCs w:val="20"/>
                <w:lang w:val="de-DE"/>
              </w:rPr>
              <w:t>17.</w:t>
            </w:r>
            <w:r w:rsidR="00C84F42"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  <w:lang w:val="de-DE"/>
              </w:rPr>
              <w:t>Gjetja</w:t>
            </w:r>
            <w:proofErr w:type="spellEnd"/>
            <w:r w:rsidR="00C84F42" w:rsidRPr="00C84F42">
              <w:rPr>
                <w:rFonts w:cs="Times New Roman"/>
                <w:sz w:val="20"/>
                <w:szCs w:val="20"/>
                <w:lang w:val="de-DE"/>
              </w:rPr>
              <w:t xml:space="preserve"> e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  <w:lang w:val="de-DE"/>
              </w:rPr>
              <w:t>masës</w:t>
            </w:r>
            <w:proofErr w:type="spellEnd"/>
            <w:r w:rsidR="00C84F42"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  <w:lang w:val="de-DE"/>
              </w:rPr>
              <w:t>së</w:t>
            </w:r>
            <w:proofErr w:type="spellEnd"/>
            <w:r w:rsidR="00C84F42"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  <w:lang w:val="de-DE"/>
              </w:rPr>
              <w:t>këndeve</w:t>
            </w:r>
            <w:proofErr w:type="spellEnd"/>
            <w:r w:rsidR="00C84F42"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  <w:lang w:val="de-DE"/>
              </w:rPr>
              <w:t>që</w:t>
            </w:r>
            <w:proofErr w:type="spellEnd"/>
            <w:r w:rsidR="00C84F42"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  <w:lang w:val="de-DE"/>
              </w:rPr>
              <w:t>mungojnë</w:t>
            </w:r>
            <w:proofErr w:type="spellEnd"/>
          </w:p>
          <w:p w:rsidR="00C84F42" w:rsidRPr="00C84F42" w:rsidRDefault="00024AC1" w:rsidP="00C84F42">
            <w:pPr>
              <w:spacing w:after="40" w:line="228" w:lineRule="auto"/>
              <w:rPr>
                <w:rFonts w:cs="Times New Roman"/>
                <w:sz w:val="20"/>
                <w:szCs w:val="20"/>
                <w:lang w:val="de-DE"/>
              </w:rPr>
            </w:pPr>
            <w:r>
              <w:rPr>
                <w:rFonts w:cs="Times New Roman"/>
                <w:sz w:val="20"/>
                <w:szCs w:val="20"/>
                <w:lang w:val="de-DE"/>
              </w:rPr>
              <w:t>18.</w:t>
            </w:r>
            <w:r w:rsidR="00C84F42" w:rsidRPr="00C84F42">
              <w:rPr>
                <w:rFonts w:cs="Times New Roman"/>
                <w:sz w:val="20"/>
                <w:szCs w:val="20"/>
                <w:lang w:val="de-DE"/>
              </w:rPr>
              <w:t xml:space="preserve"> Konstruktime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  <w:lang w:val="de-DE"/>
              </w:rPr>
              <w:t>me</w:t>
            </w:r>
            <w:proofErr w:type="spellEnd"/>
            <w:r w:rsidR="00C84F42"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  <w:lang w:val="de-DE"/>
              </w:rPr>
              <w:t>këndmatës</w:t>
            </w:r>
            <w:proofErr w:type="spellEnd"/>
            <w:r w:rsidR="00C84F42" w:rsidRPr="00C84F42">
              <w:rPr>
                <w:rFonts w:cs="Times New Roman"/>
                <w:sz w:val="20"/>
                <w:szCs w:val="20"/>
                <w:lang w:val="de-DE"/>
              </w:rPr>
              <w:t xml:space="preserve">,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  <w:lang w:val="de-DE"/>
              </w:rPr>
              <w:t>kompas</w:t>
            </w:r>
            <w:proofErr w:type="spellEnd"/>
            <w:r w:rsidR="00C84F42"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  <w:lang w:val="de-DE"/>
              </w:rPr>
              <w:t>dhe</w:t>
            </w:r>
            <w:proofErr w:type="spellEnd"/>
            <w:r w:rsidR="00C84F42" w:rsidRPr="00C84F42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  <w:lang w:val="de-DE"/>
              </w:rPr>
              <w:t>vizore</w:t>
            </w:r>
            <w:proofErr w:type="spellEnd"/>
          </w:p>
          <w:p w:rsidR="00C84F42" w:rsidRPr="00C84F42" w:rsidRDefault="00024AC1" w:rsidP="00C84F42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19.</w:t>
            </w:r>
            <w:r w:rsidR="00C84F42"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</w:rPr>
              <w:t>Konstruktimi</w:t>
            </w:r>
            <w:proofErr w:type="spellEnd"/>
            <w:r w:rsidR="00C84F42"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="00C84F42"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</w:rPr>
              <w:t>disa</w:t>
            </w:r>
            <w:proofErr w:type="spellEnd"/>
            <w:r w:rsidR="00C84F42"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</w:rPr>
              <w:t>këndeve</w:t>
            </w:r>
            <w:proofErr w:type="spellEnd"/>
            <w:r w:rsidR="00C84F42"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</w:rPr>
              <w:t>të</w:t>
            </w:r>
            <w:proofErr w:type="spellEnd"/>
            <w:r w:rsidR="00C84F42"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</w:rPr>
              <w:t>veçanta</w:t>
            </w:r>
            <w:proofErr w:type="spellEnd"/>
          </w:p>
          <w:p w:rsidR="00C84F42" w:rsidRPr="00C84F42" w:rsidRDefault="00024AC1" w:rsidP="00C84F42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20.</w:t>
            </w:r>
            <w:r w:rsidR="00C84F42"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</w:rPr>
              <w:t>Drejtëza</w:t>
            </w:r>
            <w:proofErr w:type="spellEnd"/>
            <w:r w:rsidR="00C84F42"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</w:rPr>
              <w:t>normale</w:t>
            </w:r>
            <w:proofErr w:type="spellEnd"/>
            <w:r w:rsidR="00C84F42" w:rsidRPr="00C84F42"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</w:rPr>
              <w:t>pingule</w:t>
            </w:r>
            <w:proofErr w:type="spellEnd"/>
            <w:r w:rsidR="00C84F42" w:rsidRPr="00C84F42">
              <w:rPr>
                <w:rFonts w:cs="Times New Roman"/>
                <w:sz w:val="20"/>
                <w:szCs w:val="20"/>
              </w:rPr>
              <w:t>)</w:t>
            </w:r>
          </w:p>
          <w:p w:rsidR="00C84F42" w:rsidRPr="00C84F42" w:rsidRDefault="00C84F42" w:rsidP="00C84F42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 w:rsidRPr="00C84F42">
              <w:rPr>
                <w:rFonts w:cs="Times New Roman"/>
                <w:sz w:val="20"/>
                <w:szCs w:val="20"/>
              </w:rPr>
              <w:t>2</w:t>
            </w:r>
            <w:r w:rsidR="00024AC1">
              <w:rPr>
                <w:rFonts w:cs="Times New Roman"/>
                <w:sz w:val="20"/>
                <w:szCs w:val="20"/>
              </w:rPr>
              <w:t>1.</w:t>
            </w:r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Drejtëza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paralele</w:t>
            </w:r>
            <w:proofErr w:type="spellEnd"/>
          </w:p>
          <w:p w:rsidR="00C84F42" w:rsidRDefault="00C84F42" w:rsidP="00C84F42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 w:rsidRPr="00C84F42">
              <w:rPr>
                <w:rFonts w:cs="Times New Roman"/>
                <w:sz w:val="20"/>
                <w:szCs w:val="20"/>
              </w:rPr>
              <w:t>2</w:t>
            </w:r>
            <w:r w:rsidR="00024AC1">
              <w:rPr>
                <w:rFonts w:cs="Times New Roman"/>
                <w:sz w:val="20"/>
                <w:szCs w:val="20"/>
              </w:rPr>
              <w:t>2.</w:t>
            </w:r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Këndet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që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formohen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në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dy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drejtëza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paralele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kur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ato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priten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nga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një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drejtëz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e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tretë</w:t>
            </w:r>
            <w:proofErr w:type="spellEnd"/>
          </w:p>
          <w:p w:rsidR="00024AC1" w:rsidRPr="00C84F42" w:rsidRDefault="00024AC1" w:rsidP="00C84F42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23. </w:t>
            </w:r>
            <w:proofErr w:type="spellStart"/>
            <w:r>
              <w:rPr>
                <w:rFonts w:cs="Times New Roman"/>
                <w:sz w:val="20"/>
                <w:szCs w:val="20"/>
              </w:rPr>
              <w:t>U</w:t>
            </w:r>
            <w:r w:rsidR="00206AA7">
              <w:rPr>
                <w:rFonts w:cs="Times New Roman"/>
                <w:sz w:val="20"/>
                <w:szCs w:val="20"/>
              </w:rPr>
              <w:t>s</w:t>
            </w:r>
            <w:r>
              <w:rPr>
                <w:rFonts w:cs="Times New Roman"/>
                <w:sz w:val="20"/>
                <w:szCs w:val="20"/>
              </w:rPr>
              <w:t>htrime</w:t>
            </w:r>
            <w:proofErr w:type="spellEnd"/>
          </w:p>
          <w:p w:rsidR="00C84F42" w:rsidRPr="00C84F42" w:rsidRDefault="00C84F42" w:rsidP="00C84F42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 w:rsidRPr="00C84F42">
              <w:rPr>
                <w:rFonts w:cs="Times New Roman"/>
                <w:sz w:val="20"/>
                <w:szCs w:val="20"/>
              </w:rPr>
              <w:t>2</w:t>
            </w:r>
            <w:r w:rsidR="00024AC1">
              <w:rPr>
                <w:rFonts w:cs="Times New Roman"/>
                <w:sz w:val="20"/>
                <w:szCs w:val="20"/>
              </w:rPr>
              <w:t>4.</w:t>
            </w:r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Largesa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Projeksioni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pikës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dhe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segmentit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në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drejtëz</w:t>
            </w:r>
            <w:proofErr w:type="spellEnd"/>
          </w:p>
          <w:p w:rsidR="00024AC1" w:rsidRDefault="00C84F42" w:rsidP="00C84F42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 w:rsidRPr="00C84F42">
              <w:rPr>
                <w:rFonts w:cs="Times New Roman"/>
                <w:sz w:val="20"/>
                <w:szCs w:val="20"/>
              </w:rPr>
              <w:t>2</w:t>
            </w:r>
            <w:r w:rsidR="00024AC1">
              <w:rPr>
                <w:rFonts w:cs="Times New Roman"/>
                <w:sz w:val="20"/>
                <w:szCs w:val="20"/>
              </w:rPr>
              <w:t>5.</w:t>
            </w:r>
            <w:r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Simetralja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përmesorja</w:t>
            </w:r>
            <w:proofErr w:type="spellEnd"/>
            <w:r w:rsidRPr="00C84F42">
              <w:rPr>
                <w:rFonts w:cs="Times New Roman"/>
                <w:sz w:val="20"/>
                <w:szCs w:val="20"/>
              </w:rPr>
              <w:t xml:space="preserve">) e </w:t>
            </w:r>
            <w:proofErr w:type="spellStart"/>
            <w:r w:rsidRPr="00C84F42">
              <w:rPr>
                <w:rFonts w:cs="Times New Roman"/>
                <w:sz w:val="20"/>
                <w:szCs w:val="20"/>
              </w:rPr>
              <w:t>segmentit</w:t>
            </w:r>
            <w:proofErr w:type="spellEnd"/>
          </w:p>
          <w:p w:rsidR="00024AC1" w:rsidRDefault="00024AC1" w:rsidP="00C84F42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</w:p>
          <w:p w:rsidR="00024AC1" w:rsidRDefault="00024AC1" w:rsidP="00C84F42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TEMA 3:</w:t>
            </w:r>
          </w:p>
          <w:p w:rsidR="00024AC1" w:rsidRDefault="00024AC1" w:rsidP="00C84F42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</w:p>
          <w:p w:rsidR="00C84F42" w:rsidRPr="00C84F42" w:rsidRDefault="00024AC1" w:rsidP="00C84F42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 xml:space="preserve">26.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</w:rPr>
              <w:t>Kuptimi</w:t>
            </w:r>
            <w:proofErr w:type="spellEnd"/>
            <w:r w:rsidR="00C84F42"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="00C84F42"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</w:rPr>
              <w:t>numrit</w:t>
            </w:r>
            <w:proofErr w:type="spellEnd"/>
            <w:r w:rsidR="00C84F42"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</w:rPr>
              <w:t>të</w:t>
            </w:r>
            <w:proofErr w:type="spellEnd"/>
            <w:r w:rsidR="00C84F42"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</w:rPr>
              <w:t>plotë</w:t>
            </w:r>
            <w:proofErr w:type="spellEnd"/>
            <w:r w:rsidR="00C84F42" w:rsidRPr="00C84F42"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</w:rPr>
              <w:t>Mbledhja</w:t>
            </w:r>
            <w:proofErr w:type="spellEnd"/>
            <w:r w:rsidR="00C84F42"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</w:rPr>
              <w:t>dhe</w:t>
            </w:r>
            <w:proofErr w:type="spellEnd"/>
            <w:r w:rsidR="00C84F42"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</w:rPr>
              <w:t>zbritja</w:t>
            </w:r>
            <w:proofErr w:type="spellEnd"/>
          </w:p>
          <w:p w:rsidR="00C84F42" w:rsidRPr="00C84F42" w:rsidRDefault="00024AC1" w:rsidP="00C84F42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27.</w:t>
            </w:r>
            <w:r w:rsidR="00C84F42"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</w:rPr>
              <w:t>Shumëzimi</w:t>
            </w:r>
            <w:proofErr w:type="spellEnd"/>
            <w:r w:rsidR="00C84F42"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="00C84F42"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</w:rPr>
              <w:t>numrave</w:t>
            </w:r>
            <w:proofErr w:type="spellEnd"/>
            <w:r w:rsidR="00C84F42"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</w:rPr>
              <w:t>të</w:t>
            </w:r>
            <w:proofErr w:type="spellEnd"/>
            <w:r w:rsidR="00C84F42"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</w:rPr>
              <w:t>plotë</w:t>
            </w:r>
            <w:proofErr w:type="spellEnd"/>
          </w:p>
          <w:p w:rsidR="00C84F42" w:rsidRPr="00C84F42" w:rsidRDefault="00024AC1" w:rsidP="00C84F42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28.</w:t>
            </w:r>
            <w:r w:rsidR="00C84F42"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</w:rPr>
              <w:t>Pjesëtimi</w:t>
            </w:r>
            <w:proofErr w:type="spellEnd"/>
            <w:r w:rsidR="00C84F42"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="00C84F42"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</w:rPr>
              <w:t>numrave</w:t>
            </w:r>
            <w:proofErr w:type="spellEnd"/>
            <w:r w:rsidR="00C84F42"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</w:rPr>
              <w:t>të</w:t>
            </w:r>
            <w:proofErr w:type="spellEnd"/>
            <w:r w:rsidR="00C84F42"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</w:rPr>
              <w:t>plotë</w:t>
            </w:r>
            <w:proofErr w:type="spellEnd"/>
          </w:p>
          <w:p w:rsidR="00C84F42" w:rsidRPr="00C84F42" w:rsidRDefault="00024AC1" w:rsidP="00C84F42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29.</w:t>
            </w:r>
            <w:r w:rsidR="00C84F42"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</w:rPr>
              <w:t>Shprehje</w:t>
            </w:r>
            <w:proofErr w:type="spellEnd"/>
            <w:r w:rsidR="00C84F42"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</w:rPr>
              <w:t>numerike</w:t>
            </w:r>
            <w:proofErr w:type="spellEnd"/>
            <w:r w:rsidR="00C84F42" w:rsidRPr="00C84F42">
              <w:rPr>
                <w:rFonts w:cs="Times New Roman"/>
                <w:sz w:val="20"/>
                <w:szCs w:val="20"/>
              </w:rPr>
              <w:t xml:space="preserve"> me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</w:rPr>
              <w:t>katër</w:t>
            </w:r>
            <w:proofErr w:type="spellEnd"/>
            <w:r w:rsidR="00C84F42"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</w:rPr>
              <w:t>veprime</w:t>
            </w:r>
            <w:proofErr w:type="spellEnd"/>
            <w:r w:rsidR="00C84F42" w:rsidRPr="00C84F42">
              <w:rPr>
                <w:rFonts w:cs="Times New Roman"/>
                <w:sz w:val="20"/>
                <w:szCs w:val="20"/>
              </w:rPr>
              <w:t xml:space="preserve"> me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</w:rPr>
              <w:t>numra</w:t>
            </w:r>
            <w:proofErr w:type="spellEnd"/>
            <w:r w:rsidR="00C84F42"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</w:rPr>
              <w:t>të</w:t>
            </w:r>
            <w:proofErr w:type="spellEnd"/>
            <w:r w:rsidR="00C84F42" w:rsidRPr="00C84F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C84F42" w:rsidRPr="00C84F42">
              <w:rPr>
                <w:rFonts w:cs="Times New Roman"/>
                <w:sz w:val="20"/>
                <w:szCs w:val="20"/>
              </w:rPr>
              <w:t>plotë</w:t>
            </w:r>
            <w:proofErr w:type="spellEnd"/>
          </w:p>
          <w:p w:rsidR="00C84F42" w:rsidRPr="00C816EF" w:rsidRDefault="00024AC1" w:rsidP="00C84F42">
            <w:pPr>
              <w:spacing w:after="40" w:line="228" w:lineRule="auto"/>
              <w:rPr>
                <w:rFonts w:cs="Times New Roman"/>
                <w:bCs/>
                <w:sz w:val="20"/>
                <w:szCs w:val="20"/>
              </w:rPr>
            </w:pPr>
            <w:r w:rsidRPr="00C816EF">
              <w:rPr>
                <w:rFonts w:cs="Times New Roman"/>
                <w:bCs/>
                <w:sz w:val="20"/>
                <w:szCs w:val="20"/>
              </w:rPr>
              <w:t xml:space="preserve">30. </w:t>
            </w:r>
            <w:proofErr w:type="spellStart"/>
            <w:r w:rsidR="00C84F42" w:rsidRPr="00C816EF">
              <w:rPr>
                <w:rFonts w:cs="Times New Roman"/>
                <w:bCs/>
                <w:sz w:val="20"/>
                <w:szCs w:val="20"/>
              </w:rPr>
              <w:t>Ushtrime</w:t>
            </w:r>
            <w:proofErr w:type="spellEnd"/>
            <w:r w:rsidR="00C84F42" w:rsidRPr="00C816EF">
              <w:rPr>
                <w:rFonts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C84F42" w:rsidRPr="00C816EF">
              <w:rPr>
                <w:rFonts w:cs="Times New Roman"/>
                <w:bCs/>
                <w:sz w:val="20"/>
                <w:szCs w:val="20"/>
              </w:rPr>
              <w:t>dhe</w:t>
            </w:r>
            <w:proofErr w:type="spellEnd"/>
            <w:r w:rsidR="00C84F42" w:rsidRPr="00C816EF">
              <w:rPr>
                <w:rFonts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C84F42" w:rsidRPr="00C816EF">
              <w:rPr>
                <w:rFonts w:cs="Times New Roman"/>
                <w:bCs/>
                <w:sz w:val="20"/>
                <w:szCs w:val="20"/>
              </w:rPr>
              <w:t>përsëritje</w:t>
            </w:r>
            <w:proofErr w:type="spellEnd"/>
            <w:r w:rsidR="00C84F42" w:rsidRPr="00C816EF">
              <w:rPr>
                <w:rFonts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C84F42" w:rsidRPr="00C816EF">
              <w:rPr>
                <w:rFonts w:cs="Times New Roman"/>
                <w:bCs/>
                <w:sz w:val="20"/>
                <w:szCs w:val="20"/>
              </w:rPr>
              <w:t>për</w:t>
            </w:r>
            <w:proofErr w:type="spellEnd"/>
            <w:r w:rsidR="00C84F42" w:rsidRPr="00C816EF">
              <w:rPr>
                <w:rFonts w:cs="Times New Roman"/>
                <w:bCs/>
                <w:sz w:val="20"/>
                <w:szCs w:val="20"/>
              </w:rPr>
              <w:t xml:space="preserve"> test</w:t>
            </w:r>
          </w:p>
          <w:p w:rsidR="00C84F42" w:rsidRPr="00C816EF" w:rsidRDefault="00024AC1" w:rsidP="00C84F42">
            <w:pPr>
              <w:spacing w:after="40" w:line="228" w:lineRule="auto"/>
              <w:rPr>
                <w:rFonts w:cs="Times New Roman"/>
                <w:bCs/>
                <w:sz w:val="20"/>
                <w:szCs w:val="20"/>
              </w:rPr>
            </w:pPr>
            <w:r w:rsidRPr="00C816EF">
              <w:rPr>
                <w:rFonts w:cs="Times New Roman"/>
                <w:bCs/>
                <w:sz w:val="20"/>
                <w:szCs w:val="20"/>
              </w:rPr>
              <w:t xml:space="preserve">31. </w:t>
            </w:r>
            <w:r w:rsidR="00C84F42" w:rsidRPr="00C816EF">
              <w:rPr>
                <w:rFonts w:cs="Times New Roman"/>
                <w:bCs/>
                <w:sz w:val="20"/>
                <w:szCs w:val="20"/>
              </w:rPr>
              <w:t xml:space="preserve">Test – </w:t>
            </w:r>
            <w:proofErr w:type="spellStart"/>
            <w:r w:rsidR="00C84F42" w:rsidRPr="00C816EF">
              <w:rPr>
                <w:rFonts w:cs="Times New Roman"/>
                <w:bCs/>
                <w:sz w:val="20"/>
                <w:szCs w:val="20"/>
              </w:rPr>
              <w:t>vlerësim</w:t>
            </w:r>
            <w:proofErr w:type="spellEnd"/>
            <w:r w:rsidR="00C84F42" w:rsidRPr="00C816EF">
              <w:rPr>
                <w:rFonts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C84F42" w:rsidRPr="00C816EF">
              <w:rPr>
                <w:rFonts w:cs="Times New Roman"/>
                <w:bCs/>
                <w:sz w:val="20"/>
                <w:szCs w:val="20"/>
              </w:rPr>
              <w:t>përmbledhës</w:t>
            </w:r>
            <w:proofErr w:type="spellEnd"/>
          </w:p>
          <w:p w:rsidR="00B62707" w:rsidRPr="00C84F42" w:rsidRDefault="00024AC1" w:rsidP="00C84F42">
            <w:pPr>
              <w:rPr>
                <w:rFonts w:cs="Times New Roman"/>
                <w:sz w:val="20"/>
                <w:szCs w:val="20"/>
              </w:rPr>
            </w:pPr>
            <w:r w:rsidRPr="00C816EF">
              <w:rPr>
                <w:rFonts w:cs="Times New Roman"/>
                <w:bCs/>
                <w:sz w:val="20"/>
                <w:szCs w:val="20"/>
              </w:rPr>
              <w:t xml:space="preserve">32. </w:t>
            </w:r>
            <w:proofErr w:type="spellStart"/>
            <w:r w:rsidR="00C84F42" w:rsidRPr="00C816EF">
              <w:rPr>
                <w:rFonts w:cs="Times New Roman"/>
                <w:bCs/>
                <w:sz w:val="20"/>
                <w:szCs w:val="20"/>
              </w:rPr>
              <w:t>Analiza</w:t>
            </w:r>
            <w:proofErr w:type="spellEnd"/>
            <w:r w:rsidR="00C84F42" w:rsidRPr="00C816EF">
              <w:rPr>
                <w:rFonts w:cs="Times New Roman"/>
                <w:bCs/>
                <w:sz w:val="20"/>
                <w:szCs w:val="20"/>
              </w:rPr>
              <w:t xml:space="preserve"> e </w:t>
            </w:r>
            <w:proofErr w:type="spellStart"/>
            <w:r w:rsidR="00C84F42" w:rsidRPr="00C816EF">
              <w:rPr>
                <w:rFonts w:cs="Times New Roman"/>
                <w:bCs/>
                <w:sz w:val="20"/>
                <w:szCs w:val="20"/>
              </w:rPr>
              <w:t>testit</w:t>
            </w:r>
            <w:proofErr w:type="spellEnd"/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62707" w:rsidRPr="00C84F42" w:rsidRDefault="00C84F42" w:rsidP="00F63F2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lastRenderedPageBreak/>
              <w:t>32</w:t>
            </w:r>
          </w:p>
          <w:p w:rsidR="00B62707" w:rsidRPr="00C84F42" w:rsidRDefault="00B62707" w:rsidP="00F63F2F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C84F42">
              <w:rPr>
                <w:rFonts w:cs="Times New Roman"/>
                <w:b/>
                <w:sz w:val="20"/>
                <w:szCs w:val="20"/>
              </w:rPr>
              <w:t>orë</w:t>
            </w:r>
            <w:proofErr w:type="spellEnd"/>
          </w:p>
        </w:tc>
        <w:tc>
          <w:tcPr>
            <w:tcW w:w="18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24AC1" w:rsidRPr="00024AC1" w:rsidRDefault="00024AC1" w:rsidP="00024AC1">
            <w:pPr>
              <w:spacing w:after="60" w:line="228" w:lineRule="auto"/>
              <w:rPr>
                <w:sz w:val="20"/>
                <w:szCs w:val="20"/>
              </w:rPr>
            </w:pPr>
            <w:proofErr w:type="spellStart"/>
            <w:r w:rsidRPr="00024AC1">
              <w:rPr>
                <w:sz w:val="20"/>
                <w:szCs w:val="20"/>
              </w:rPr>
              <w:t>Mësimdhënie</w:t>
            </w:r>
            <w:proofErr w:type="spellEnd"/>
            <w:r w:rsidRPr="00024AC1">
              <w:rPr>
                <w:sz w:val="20"/>
                <w:szCs w:val="20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</w:rPr>
              <w:t>dhe</w:t>
            </w:r>
            <w:proofErr w:type="spellEnd"/>
            <w:r w:rsidRPr="00024AC1">
              <w:rPr>
                <w:sz w:val="20"/>
                <w:szCs w:val="20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</w:rPr>
              <w:t>nxënie</w:t>
            </w:r>
            <w:proofErr w:type="spellEnd"/>
            <w:r w:rsidRPr="00024AC1">
              <w:rPr>
                <w:sz w:val="20"/>
                <w:szCs w:val="20"/>
              </w:rPr>
              <w:t xml:space="preserve"> me </w:t>
            </w:r>
            <w:proofErr w:type="spellStart"/>
            <w:r w:rsidRPr="00024AC1">
              <w:rPr>
                <w:sz w:val="20"/>
                <w:szCs w:val="20"/>
              </w:rPr>
              <w:t>nxënësin</w:t>
            </w:r>
            <w:proofErr w:type="spellEnd"/>
            <w:r w:rsidRPr="00024AC1">
              <w:rPr>
                <w:sz w:val="20"/>
                <w:szCs w:val="20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</w:rPr>
              <w:t>në</w:t>
            </w:r>
            <w:proofErr w:type="spellEnd"/>
            <w:r w:rsidRPr="00024AC1">
              <w:rPr>
                <w:sz w:val="20"/>
                <w:szCs w:val="20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</w:rPr>
              <w:t>qendër</w:t>
            </w:r>
            <w:proofErr w:type="spellEnd"/>
            <w:r w:rsidRPr="00024AC1">
              <w:rPr>
                <w:sz w:val="20"/>
                <w:szCs w:val="20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</w:rPr>
              <w:t>dhe</w:t>
            </w:r>
            <w:proofErr w:type="spellEnd"/>
            <w:r w:rsidRPr="00024AC1">
              <w:rPr>
                <w:sz w:val="20"/>
                <w:szCs w:val="20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</w:rPr>
              <w:t>gjithëpërfshirëse</w:t>
            </w:r>
            <w:proofErr w:type="spellEnd"/>
            <w:r w:rsidRPr="00024AC1">
              <w:rPr>
                <w:sz w:val="20"/>
                <w:szCs w:val="20"/>
              </w:rPr>
              <w:t>.</w:t>
            </w:r>
          </w:p>
          <w:p w:rsidR="00024AC1" w:rsidRDefault="00024AC1" w:rsidP="00024AC1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</w:p>
          <w:p w:rsidR="00024AC1" w:rsidRPr="00024AC1" w:rsidRDefault="00024AC1" w:rsidP="00024AC1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  <w:proofErr w:type="spellStart"/>
            <w:r w:rsidRPr="00024AC1">
              <w:rPr>
                <w:sz w:val="20"/>
                <w:szCs w:val="20"/>
                <w:lang w:val="de-DE"/>
              </w:rPr>
              <w:t>Zgjidhje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problemesh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lastRenderedPageBreak/>
              <w:t>hulumtim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arsyetim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diskutim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matematikor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>.</w:t>
            </w:r>
          </w:p>
          <w:p w:rsidR="00024AC1" w:rsidRDefault="00024AC1" w:rsidP="00024AC1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</w:p>
          <w:p w:rsidR="00024AC1" w:rsidRPr="00024AC1" w:rsidRDefault="00024AC1" w:rsidP="00024AC1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  <w:proofErr w:type="spellStart"/>
            <w:r w:rsidRPr="00024AC1">
              <w:rPr>
                <w:sz w:val="20"/>
                <w:szCs w:val="20"/>
                <w:lang w:val="de-DE"/>
              </w:rPr>
              <w:t>Punë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 individuale,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në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çifte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në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grupe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;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mësimdhënie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diferencuar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>.</w:t>
            </w:r>
          </w:p>
          <w:p w:rsidR="00024AC1" w:rsidRDefault="00024AC1" w:rsidP="00024AC1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</w:p>
          <w:p w:rsidR="00024AC1" w:rsidRPr="00024AC1" w:rsidRDefault="00024AC1" w:rsidP="00024AC1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  <w:proofErr w:type="spellStart"/>
            <w:r w:rsidRPr="00024AC1">
              <w:rPr>
                <w:sz w:val="20"/>
                <w:szCs w:val="20"/>
                <w:lang w:val="de-DE"/>
              </w:rPr>
              <w:t>Demonstrim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modelim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stuhi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mendimesh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ditar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dypjesësh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tabela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 T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punë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drejtuar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>.</w:t>
            </w:r>
          </w:p>
          <w:p w:rsidR="00024AC1" w:rsidRDefault="00024AC1" w:rsidP="00024AC1">
            <w:pPr>
              <w:rPr>
                <w:sz w:val="20"/>
                <w:szCs w:val="20"/>
              </w:rPr>
            </w:pPr>
          </w:p>
          <w:p w:rsidR="00B62707" w:rsidRPr="00024AC1" w:rsidRDefault="00024AC1" w:rsidP="00024AC1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024AC1">
              <w:rPr>
                <w:sz w:val="20"/>
                <w:szCs w:val="20"/>
              </w:rPr>
              <w:t>Përdorim</w:t>
            </w:r>
            <w:proofErr w:type="spellEnd"/>
            <w:r w:rsidRPr="00024AC1">
              <w:rPr>
                <w:sz w:val="20"/>
                <w:szCs w:val="20"/>
              </w:rPr>
              <w:t xml:space="preserve"> i GeoGebra-s, </w:t>
            </w:r>
            <w:proofErr w:type="spellStart"/>
            <w:r w:rsidRPr="00024AC1">
              <w:rPr>
                <w:sz w:val="20"/>
                <w:szCs w:val="20"/>
              </w:rPr>
              <w:t>kalkulatorit</w:t>
            </w:r>
            <w:proofErr w:type="spellEnd"/>
            <w:r w:rsidRPr="00024AC1">
              <w:rPr>
                <w:sz w:val="20"/>
                <w:szCs w:val="20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</w:rPr>
              <w:t>dhe</w:t>
            </w:r>
            <w:proofErr w:type="spellEnd"/>
            <w:r w:rsidRPr="00024AC1">
              <w:rPr>
                <w:sz w:val="20"/>
                <w:szCs w:val="20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</w:rPr>
              <w:t>mjeteve</w:t>
            </w:r>
            <w:proofErr w:type="spellEnd"/>
            <w:r w:rsidRPr="00024AC1">
              <w:rPr>
                <w:sz w:val="20"/>
                <w:szCs w:val="20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</w:rPr>
              <w:t>digjitale</w:t>
            </w:r>
            <w:proofErr w:type="spellEnd"/>
            <w:r w:rsidRPr="00024AC1">
              <w:rPr>
                <w:sz w:val="20"/>
                <w:szCs w:val="20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</w:rPr>
              <w:t>sipas</w:t>
            </w:r>
            <w:proofErr w:type="spellEnd"/>
            <w:r w:rsidRPr="00024AC1">
              <w:rPr>
                <w:sz w:val="20"/>
                <w:szCs w:val="20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</w:rPr>
              <w:t>temës</w:t>
            </w:r>
            <w:proofErr w:type="spellEnd"/>
            <w:r w:rsidRPr="00024AC1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24AC1" w:rsidRPr="00024AC1" w:rsidRDefault="00024AC1" w:rsidP="00024AC1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  <w:proofErr w:type="spellStart"/>
            <w:r w:rsidRPr="00024AC1">
              <w:rPr>
                <w:sz w:val="20"/>
                <w:szCs w:val="20"/>
                <w:lang w:val="de-DE"/>
              </w:rPr>
              <w:lastRenderedPageBreak/>
              <w:t>Vlerësim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diagnostik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 formativ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gjatë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procesit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mësimor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>.</w:t>
            </w:r>
          </w:p>
          <w:p w:rsidR="00024AC1" w:rsidRDefault="00024AC1" w:rsidP="00024AC1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</w:p>
          <w:p w:rsidR="00024AC1" w:rsidRPr="00024AC1" w:rsidRDefault="00024AC1" w:rsidP="00024AC1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  <w:proofErr w:type="spellStart"/>
            <w:r w:rsidRPr="00024AC1">
              <w:rPr>
                <w:sz w:val="20"/>
                <w:szCs w:val="20"/>
                <w:lang w:val="de-DE"/>
              </w:rPr>
              <w:t>Vlerësim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 verbal,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detyra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lastRenderedPageBreak/>
              <w:t>kontrolluese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vëzhgim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listë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kontrolli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>.</w:t>
            </w:r>
          </w:p>
          <w:p w:rsidR="00024AC1" w:rsidRDefault="00024AC1" w:rsidP="00024AC1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</w:p>
          <w:p w:rsidR="00024AC1" w:rsidRPr="00024AC1" w:rsidRDefault="00024AC1" w:rsidP="00024AC1">
            <w:pPr>
              <w:spacing w:after="60" w:line="228" w:lineRule="auto"/>
              <w:rPr>
                <w:sz w:val="20"/>
                <w:szCs w:val="20"/>
              </w:rPr>
            </w:pPr>
            <w:proofErr w:type="spellStart"/>
            <w:r w:rsidRPr="00024AC1">
              <w:rPr>
                <w:sz w:val="20"/>
                <w:szCs w:val="20"/>
              </w:rPr>
              <w:t>Vlerësim</w:t>
            </w:r>
            <w:proofErr w:type="spellEnd"/>
            <w:r w:rsidRPr="00024AC1">
              <w:rPr>
                <w:sz w:val="20"/>
                <w:szCs w:val="20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</w:rPr>
              <w:t>i</w:t>
            </w:r>
            <w:proofErr w:type="spellEnd"/>
            <w:r w:rsidRPr="00024AC1">
              <w:rPr>
                <w:sz w:val="20"/>
                <w:szCs w:val="20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</w:rPr>
              <w:t>punës</w:t>
            </w:r>
            <w:proofErr w:type="spellEnd"/>
            <w:r w:rsidRPr="00024AC1">
              <w:rPr>
                <w:sz w:val="20"/>
                <w:szCs w:val="20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</w:rPr>
              <w:t>individuale</w:t>
            </w:r>
            <w:proofErr w:type="spellEnd"/>
            <w:r w:rsidRPr="00024AC1">
              <w:rPr>
                <w:sz w:val="20"/>
                <w:szCs w:val="20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</w:rPr>
              <w:t>dhe</w:t>
            </w:r>
            <w:proofErr w:type="spellEnd"/>
            <w:r w:rsidRPr="00024AC1">
              <w:rPr>
                <w:sz w:val="20"/>
                <w:szCs w:val="20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</w:rPr>
              <w:t>në</w:t>
            </w:r>
            <w:proofErr w:type="spellEnd"/>
            <w:r w:rsidRPr="00024AC1">
              <w:rPr>
                <w:sz w:val="20"/>
                <w:szCs w:val="20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</w:rPr>
              <w:t>grup</w:t>
            </w:r>
            <w:proofErr w:type="spellEnd"/>
            <w:r w:rsidRPr="00024AC1">
              <w:rPr>
                <w:sz w:val="20"/>
                <w:szCs w:val="20"/>
              </w:rPr>
              <w:t xml:space="preserve">; </w:t>
            </w:r>
          </w:p>
          <w:p w:rsidR="00024AC1" w:rsidRPr="00024AC1" w:rsidRDefault="00024AC1" w:rsidP="00024AC1">
            <w:pPr>
              <w:spacing w:after="60" w:line="228" w:lineRule="auto"/>
              <w:rPr>
                <w:sz w:val="20"/>
                <w:szCs w:val="20"/>
              </w:rPr>
            </w:pPr>
          </w:p>
          <w:p w:rsidR="00024AC1" w:rsidRPr="00024AC1" w:rsidRDefault="00024AC1" w:rsidP="00024AC1">
            <w:pPr>
              <w:spacing w:after="60" w:line="228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</w:t>
            </w:r>
            <w:r w:rsidRPr="00024AC1">
              <w:rPr>
                <w:sz w:val="20"/>
                <w:szCs w:val="20"/>
              </w:rPr>
              <w:t>etëvlerësim</w:t>
            </w:r>
            <w:proofErr w:type="spellEnd"/>
            <w:r w:rsidRPr="00024AC1">
              <w:rPr>
                <w:sz w:val="20"/>
                <w:szCs w:val="20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</w:rPr>
              <w:t>dhe</w:t>
            </w:r>
            <w:proofErr w:type="spellEnd"/>
            <w:r w:rsidRPr="00024AC1">
              <w:rPr>
                <w:sz w:val="20"/>
                <w:szCs w:val="20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</w:rPr>
              <w:t>vlerësim</w:t>
            </w:r>
            <w:proofErr w:type="spellEnd"/>
            <w:r w:rsidRPr="00024AC1">
              <w:rPr>
                <w:sz w:val="20"/>
                <w:szCs w:val="20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</w:rPr>
              <w:t>i</w:t>
            </w:r>
            <w:proofErr w:type="spellEnd"/>
            <w:r w:rsidRPr="00024AC1">
              <w:rPr>
                <w:sz w:val="20"/>
                <w:szCs w:val="20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</w:rPr>
              <w:t>ndërsjellë</w:t>
            </w:r>
            <w:proofErr w:type="spellEnd"/>
            <w:r w:rsidRPr="00024AC1">
              <w:rPr>
                <w:sz w:val="20"/>
                <w:szCs w:val="20"/>
              </w:rPr>
              <w:t>.</w:t>
            </w:r>
          </w:p>
          <w:p w:rsidR="00024AC1" w:rsidRPr="00024AC1" w:rsidRDefault="00024AC1" w:rsidP="00024AC1">
            <w:pPr>
              <w:spacing w:after="60" w:line="228" w:lineRule="auto"/>
              <w:rPr>
                <w:sz w:val="20"/>
                <w:szCs w:val="20"/>
              </w:rPr>
            </w:pPr>
          </w:p>
          <w:p w:rsidR="00024AC1" w:rsidRPr="00024AC1" w:rsidRDefault="00024AC1" w:rsidP="00024AC1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  <w:proofErr w:type="spellStart"/>
            <w:r w:rsidRPr="00024AC1">
              <w:rPr>
                <w:sz w:val="20"/>
                <w:szCs w:val="20"/>
                <w:lang w:val="de-DE"/>
              </w:rPr>
              <w:t>Vlerësim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bazuar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në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kritere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në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rezultatet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të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nxënit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>.</w:t>
            </w:r>
          </w:p>
          <w:p w:rsidR="00024AC1" w:rsidRDefault="00024AC1" w:rsidP="00024AC1">
            <w:pPr>
              <w:rPr>
                <w:sz w:val="20"/>
                <w:szCs w:val="20"/>
                <w:lang w:val="de-DE"/>
              </w:rPr>
            </w:pPr>
          </w:p>
          <w:p w:rsidR="00B62707" w:rsidRPr="00024AC1" w:rsidRDefault="00024AC1" w:rsidP="00024AC1">
            <w:pPr>
              <w:rPr>
                <w:rFonts w:cs="Times New Roman"/>
                <w:sz w:val="20"/>
                <w:szCs w:val="20"/>
                <w:lang w:val="de-DE"/>
              </w:rPr>
            </w:pPr>
            <w:proofErr w:type="spellStart"/>
            <w:r w:rsidRPr="00024AC1">
              <w:rPr>
                <w:sz w:val="20"/>
                <w:szCs w:val="20"/>
                <w:lang w:val="de-DE"/>
              </w:rPr>
              <w:t>Në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fund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të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periudhës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: 1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orë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ushtrime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>/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përsëritje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, 1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orë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test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 1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orë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analizë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024AC1">
              <w:rPr>
                <w:sz w:val="20"/>
                <w:szCs w:val="20"/>
                <w:lang w:val="de-DE"/>
              </w:rPr>
              <w:t>testit</w:t>
            </w:r>
            <w:proofErr w:type="spellEnd"/>
            <w:r w:rsidRPr="00024AC1">
              <w:rPr>
                <w:sz w:val="20"/>
                <w:szCs w:val="20"/>
                <w:lang w:val="de-DE"/>
              </w:rPr>
              <w:t>.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816EF" w:rsidRPr="00C816EF" w:rsidRDefault="00C816EF" w:rsidP="00C816EF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  <w:proofErr w:type="spellStart"/>
            <w:r w:rsidRPr="00C816EF">
              <w:rPr>
                <w:sz w:val="20"/>
                <w:szCs w:val="20"/>
                <w:lang w:val="de-DE"/>
              </w:rPr>
              <w:lastRenderedPageBreak/>
              <w:t>Gjuhët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  <w:lang w:val="de-DE"/>
              </w:rPr>
              <w:t>komunikimi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C816EF">
              <w:rPr>
                <w:sz w:val="20"/>
                <w:szCs w:val="20"/>
                <w:lang w:val="de-DE"/>
              </w:rPr>
              <w:t>argumentimi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C816EF">
              <w:rPr>
                <w:sz w:val="20"/>
                <w:szCs w:val="20"/>
                <w:lang w:val="de-DE"/>
              </w:rPr>
              <w:t>terminologjia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  <w:lang w:val="de-DE"/>
              </w:rPr>
              <w:t>shpjegimi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C816EF">
              <w:rPr>
                <w:sz w:val="20"/>
                <w:szCs w:val="20"/>
                <w:lang w:val="de-DE"/>
              </w:rPr>
              <w:t>zgjidhjeve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>.</w:t>
            </w:r>
          </w:p>
          <w:p w:rsidR="00C816EF" w:rsidRPr="00C816EF" w:rsidRDefault="00C816EF" w:rsidP="00C816EF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</w:p>
          <w:p w:rsidR="00C816EF" w:rsidRPr="00C816EF" w:rsidRDefault="00C816EF" w:rsidP="00C816EF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  <w:proofErr w:type="spellStart"/>
            <w:r w:rsidRPr="00C816EF">
              <w:rPr>
                <w:sz w:val="20"/>
                <w:szCs w:val="20"/>
                <w:lang w:val="de-DE"/>
              </w:rPr>
              <w:lastRenderedPageBreak/>
              <w:t>Shkencat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C816EF">
              <w:rPr>
                <w:sz w:val="20"/>
                <w:szCs w:val="20"/>
                <w:lang w:val="de-DE"/>
              </w:rPr>
              <w:t>natyrës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C816EF">
              <w:rPr>
                <w:sz w:val="20"/>
                <w:szCs w:val="20"/>
                <w:lang w:val="de-DE"/>
              </w:rPr>
              <w:t>matje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 xml:space="preserve">, modele, </w:t>
            </w:r>
            <w:proofErr w:type="spellStart"/>
            <w:r w:rsidRPr="00C816EF">
              <w:rPr>
                <w:sz w:val="20"/>
                <w:szCs w:val="20"/>
                <w:lang w:val="de-DE"/>
              </w:rPr>
              <w:t>të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  <w:lang w:val="de-DE"/>
              </w:rPr>
              <w:t>dhëna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  <w:lang w:val="de-DE"/>
              </w:rPr>
              <w:t>zbatime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  <w:lang w:val="de-DE"/>
              </w:rPr>
              <w:t>numerike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>.</w:t>
            </w:r>
          </w:p>
          <w:p w:rsidR="00C816EF" w:rsidRPr="00C816EF" w:rsidRDefault="00C816EF" w:rsidP="00C816EF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</w:p>
          <w:p w:rsidR="00C816EF" w:rsidRPr="00C816EF" w:rsidRDefault="00C816EF" w:rsidP="00C816EF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  <w:proofErr w:type="spellStart"/>
            <w:r w:rsidRPr="00C816EF">
              <w:rPr>
                <w:sz w:val="20"/>
                <w:szCs w:val="20"/>
                <w:lang w:val="de-DE"/>
              </w:rPr>
              <w:t>Shoqëria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  <w:lang w:val="de-DE"/>
              </w:rPr>
              <w:t>mjedisi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C816EF">
              <w:rPr>
                <w:sz w:val="20"/>
                <w:szCs w:val="20"/>
                <w:lang w:val="de-DE"/>
              </w:rPr>
              <w:t>statistika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C816EF">
              <w:rPr>
                <w:sz w:val="20"/>
                <w:szCs w:val="20"/>
                <w:lang w:val="de-DE"/>
              </w:rPr>
              <w:t>harta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C816EF">
              <w:rPr>
                <w:sz w:val="20"/>
                <w:szCs w:val="20"/>
                <w:lang w:val="de-DE"/>
              </w:rPr>
              <w:t>të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  <w:lang w:val="de-DE"/>
              </w:rPr>
              <w:t>dhëna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  <w:lang w:val="de-DE"/>
              </w:rPr>
              <w:t>situata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  <w:lang w:val="de-DE"/>
              </w:rPr>
              <w:t>jetësore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>.</w:t>
            </w:r>
          </w:p>
          <w:p w:rsidR="00C816EF" w:rsidRPr="00C816EF" w:rsidRDefault="00C816EF" w:rsidP="00C816EF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</w:p>
          <w:p w:rsidR="00C816EF" w:rsidRPr="00C816EF" w:rsidRDefault="00C816EF" w:rsidP="00C816EF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  <w:proofErr w:type="spellStart"/>
            <w:r w:rsidRPr="00C816EF">
              <w:rPr>
                <w:sz w:val="20"/>
                <w:szCs w:val="20"/>
                <w:lang w:val="de-DE"/>
              </w:rPr>
              <w:t>Jeta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  <w:lang w:val="de-DE"/>
              </w:rPr>
              <w:t>puna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C816EF">
              <w:rPr>
                <w:sz w:val="20"/>
                <w:szCs w:val="20"/>
                <w:lang w:val="de-DE"/>
              </w:rPr>
              <w:t>zgjidhje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  <w:lang w:val="de-DE"/>
              </w:rPr>
              <w:t>problemesh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  <w:lang w:val="de-DE"/>
              </w:rPr>
              <w:t>praktike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  <w:lang w:val="de-DE"/>
              </w:rPr>
              <w:t>përdorim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 xml:space="preserve"> i TIK-</w:t>
            </w:r>
            <w:proofErr w:type="spellStart"/>
            <w:r w:rsidRPr="00C816EF">
              <w:rPr>
                <w:sz w:val="20"/>
                <w:szCs w:val="20"/>
                <w:lang w:val="de-DE"/>
              </w:rPr>
              <w:t>ut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>.</w:t>
            </w:r>
          </w:p>
          <w:p w:rsidR="00C816EF" w:rsidRPr="00C816EF" w:rsidRDefault="00C816EF" w:rsidP="00C816EF">
            <w:pPr>
              <w:rPr>
                <w:sz w:val="20"/>
                <w:szCs w:val="20"/>
                <w:lang w:val="de-DE"/>
              </w:rPr>
            </w:pPr>
          </w:p>
          <w:p w:rsidR="00B62707" w:rsidRPr="00C816EF" w:rsidRDefault="00C816EF" w:rsidP="00C816EF">
            <w:pPr>
              <w:rPr>
                <w:rFonts w:cs="Times New Roman"/>
                <w:sz w:val="20"/>
                <w:szCs w:val="20"/>
                <w:lang w:val="de-DE"/>
              </w:rPr>
            </w:pPr>
            <w:proofErr w:type="spellStart"/>
            <w:r w:rsidRPr="00C816EF">
              <w:rPr>
                <w:sz w:val="20"/>
                <w:szCs w:val="20"/>
                <w:lang w:val="de-DE"/>
              </w:rPr>
              <w:t>Edukatë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  <w:lang w:val="de-DE"/>
              </w:rPr>
              <w:t>fizike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C816EF">
              <w:rPr>
                <w:sz w:val="20"/>
                <w:szCs w:val="20"/>
                <w:lang w:val="de-DE"/>
              </w:rPr>
              <w:t>sportet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  <w:lang w:val="de-DE"/>
              </w:rPr>
              <w:t>shëndeti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C816EF">
              <w:rPr>
                <w:sz w:val="20"/>
                <w:szCs w:val="20"/>
                <w:lang w:val="de-DE"/>
              </w:rPr>
              <w:t>matje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C816EF">
              <w:rPr>
                <w:sz w:val="20"/>
                <w:szCs w:val="20"/>
                <w:lang w:val="de-DE"/>
              </w:rPr>
              <w:t>raporte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C816EF">
              <w:rPr>
                <w:sz w:val="20"/>
                <w:szCs w:val="20"/>
                <w:lang w:val="de-DE"/>
              </w:rPr>
              <w:t>përqindje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  <w:lang w:val="de-DE"/>
              </w:rPr>
              <w:t>të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  <w:lang w:val="de-DE"/>
              </w:rPr>
              <w:t>dhëna</w:t>
            </w:r>
            <w:proofErr w:type="spellEnd"/>
            <w:r w:rsidRPr="00C816EF">
              <w:rPr>
                <w:sz w:val="20"/>
                <w:szCs w:val="20"/>
                <w:lang w:val="de-DE"/>
              </w:rPr>
              <w:t>.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816EF" w:rsidRPr="00C816EF" w:rsidRDefault="00C816EF" w:rsidP="00C816EF">
            <w:pPr>
              <w:spacing w:after="60" w:line="228" w:lineRule="auto"/>
              <w:rPr>
                <w:sz w:val="20"/>
                <w:szCs w:val="20"/>
              </w:rPr>
            </w:pPr>
            <w:proofErr w:type="spellStart"/>
            <w:r w:rsidRPr="00C816EF">
              <w:rPr>
                <w:sz w:val="20"/>
                <w:szCs w:val="20"/>
              </w:rPr>
              <w:lastRenderedPageBreak/>
              <w:t>Matematika</w:t>
            </w:r>
            <w:proofErr w:type="spellEnd"/>
            <w:r w:rsidRPr="00C816EF">
              <w:rPr>
                <w:sz w:val="20"/>
                <w:szCs w:val="20"/>
              </w:rPr>
              <w:t xml:space="preserve"> 7 – </w:t>
            </w:r>
            <w:proofErr w:type="spellStart"/>
            <w:r w:rsidRPr="00C816EF">
              <w:rPr>
                <w:sz w:val="20"/>
                <w:szCs w:val="20"/>
              </w:rPr>
              <w:t>Botime</w:t>
            </w:r>
            <w:proofErr w:type="spellEnd"/>
            <w:r w:rsidRPr="00C816EF">
              <w:rPr>
                <w:sz w:val="20"/>
                <w:szCs w:val="20"/>
              </w:rPr>
              <w:t xml:space="preserve"> PEGI, </w:t>
            </w:r>
            <w:proofErr w:type="spellStart"/>
            <w:r w:rsidRPr="00C816EF">
              <w:rPr>
                <w:sz w:val="20"/>
                <w:szCs w:val="20"/>
              </w:rPr>
              <w:t>Kosovë</w:t>
            </w:r>
            <w:proofErr w:type="spellEnd"/>
            <w:r w:rsidRPr="00C816EF">
              <w:rPr>
                <w:sz w:val="20"/>
                <w:szCs w:val="20"/>
              </w:rPr>
              <w:t xml:space="preserve">, </w:t>
            </w:r>
            <w:proofErr w:type="spellStart"/>
            <w:r w:rsidRPr="00C816EF">
              <w:rPr>
                <w:sz w:val="20"/>
                <w:szCs w:val="20"/>
              </w:rPr>
              <w:t>Prishtinë</w:t>
            </w:r>
            <w:proofErr w:type="spellEnd"/>
            <w:r w:rsidRPr="00C816EF">
              <w:rPr>
                <w:sz w:val="20"/>
                <w:szCs w:val="20"/>
              </w:rPr>
              <w:t xml:space="preserve"> 2024.</w:t>
            </w:r>
          </w:p>
          <w:p w:rsidR="00C816EF" w:rsidRDefault="00C816EF" w:rsidP="00C816EF">
            <w:pPr>
              <w:spacing w:after="60" w:line="228" w:lineRule="auto"/>
              <w:rPr>
                <w:sz w:val="20"/>
                <w:szCs w:val="20"/>
              </w:rPr>
            </w:pPr>
          </w:p>
          <w:p w:rsidR="00C816EF" w:rsidRPr="00C816EF" w:rsidRDefault="00C816EF" w:rsidP="00C816EF">
            <w:pPr>
              <w:spacing w:after="60" w:line="228" w:lineRule="auto"/>
              <w:rPr>
                <w:sz w:val="20"/>
                <w:szCs w:val="20"/>
              </w:rPr>
            </w:pPr>
            <w:proofErr w:type="spellStart"/>
            <w:r w:rsidRPr="00C816EF">
              <w:rPr>
                <w:sz w:val="20"/>
                <w:szCs w:val="20"/>
              </w:rPr>
              <w:lastRenderedPageBreak/>
              <w:t>Fletore</w:t>
            </w:r>
            <w:proofErr w:type="spellEnd"/>
            <w:r w:rsidRPr="00C816EF">
              <w:rPr>
                <w:sz w:val="20"/>
                <w:szCs w:val="20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</w:rPr>
              <w:t>pune</w:t>
            </w:r>
            <w:proofErr w:type="spellEnd"/>
            <w:r w:rsidRPr="00C816EF">
              <w:rPr>
                <w:sz w:val="20"/>
                <w:szCs w:val="20"/>
              </w:rPr>
              <w:t xml:space="preserve"> – </w:t>
            </w:r>
            <w:proofErr w:type="spellStart"/>
            <w:r w:rsidRPr="00C816EF">
              <w:rPr>
                <w:sz w:val="20"/>
                <w:szCs w:val="20"/>
              </w:rPr>
              <w:t>Matematika</w:t>
            </w:r>
            <w:proofErr w:type="spellEnd"/>
            <w:r w:rsidRPr="00C816EF">
              <w:rPr>
                <w:sz w:val="20"/>
                <w:szCs w:val="20"/>
              </w:rPr>
              <w:t xml:space="preserve"> 7, PEGI.</w:t>
            </w:r>
          </w:p>
          <w:p w:rsidR="00C816EF" w:rsidRPr="00C816EF" w:rsidRDefault="00C816EF" w:rsidP="00C816EF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</w:p>
          <w:p w:rsidR="00B62707" w:rsidRPr="00C816EF" w:rsidRDefault="00C816EF" w:rsidP="00C816EF">
            <w:pPr>
              <w:rPr>
                <w:sz w:val="20"/>
                <w:szCs w:val="20"/>
                <w:lang w:val="de-DE"/>
              </w:rPr>
            </w:pPr>
            <w:r w:rsidRPr="00C816EF">
              <w:rPr>
                <w:sz w:val="20"/>
                <w:szCs w:val="20"/>
              </w:rPr>
              <w:t xml:space="preserve">GeoGebra, </w:t>
            </w:r>
            <w:proofErr w:type="spellStart"/>
            <w:r w:rsidRPr="00C816EF">
              <w:rPr>
                <w:sz w:val="20"/>
                <w:szCs w:val="20"/>
              </w:rPr>
              <w:t>kalkulator</w:t>
            </w:r>
            <w:proofErr w:type="spellEnd"/>
            <w:r w:rsidRPr="00C816EF">
              <w:rPr>
                <w:sz w:val="20"/>
                <w:szCs w:val="20"/>
              </w:rPr>
              <w:t xml:space="preserve">, </w:t>
            </w:r>
            <w:proofErr w:type="spellStart"/>
            <w:r w:rsidRPr="00C816EF">
              <w:rPr>
                <w:sz w:val="20"/>
                <w:szCs w:val="20"/>
              </w:rPr>
              <w:t>mjete</w:t>
            </w:r>
            <w:proofErr w:type="spellEnd"/>
            <w:r w:rsidRPr="00C816EF">
              <w:rPr>
                <w:sz w:val="20"/>
                <w:szCs w:val="20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</w:rPr>
              <w:t>gjeometrike</w:t>
            </w:r>
            <w:proofErr w:type="spellEnd"/>
            <w:r w:rsidRPr="00C816EF">
              <w:rPr>
                <w:sz w:val="20"/>
                <w:szCs w:val="20"/>
              </w:rPr>
              <w:t xml:space="preserve">, </w:t>
            </w:r>
            <w:proofErr w:type="spellStart"/>
            <w:r w:rsidRPr="00C816EF">
              <w:rPr>
                <w:sz w:val="20"/>
                <w:szCs w:val="20"/>
              </w:rPr>
              <w:t>fletë</w:t>
            </w:r>
            <w:proofErr w:type="spellEnd"/>
            <w:r w:rsidRPr="00C816EF">
              <w:rPr>
                <w:sz w:val="20"/>
                <w:szCs w:val="20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</w:rPr>
              <w:t>pune</w:t>
            </w:r>
            <w:proofErr w:type="spellEnd"/>
            <w:r w:rsidRPr="00C816EF">
              <w:rPr>
                <w:sz w:val="20"/>
                <w:szCs w:val="20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</w:rPr>
              <w:t>dhe</w:t>
            </w:r>
            <w:proofErr w:type="spellEnd"/>
            <w:r w:rsidRPr="00C816EF">
              <w:rPr>
                <w:sz w:val="20"/>
                <w:szCs w:val="20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</w:rPr>
              <w:t>burime</w:t>
            </w:r>
            <w:proofErr w:type="spellEnd"/>
            <w:r w:rsidRPr="00C816EF">
              <w:rPr>
                <w:sz w:val="20"/>
                <w:szCs w:val="20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</w:rPr>
              <w:t>digjitale</w:t>
            </w:r>
            <w:proofErr w:type="spellEnd"/>
          </w:p>
        </w:tc>
      </w:tr>
      <w:tr w:rsidR="00B62707" w:rsidRPr="009E1A94" w:rsidTr="000D5A18">
        <w:tc>
          <w:tcPr>
            <w:tcW w:w="36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EF2E8"/>
          </w:tcPr>
          <w:p w:rsidR="00B62707" w:rsidRPr="009E1A94" w:rsidRDefault="00B62707" w:rsidP="00F63F2F">
            <w:pPr>
              <w:rPr>
                <w:sz w:val="20"/>
                <w:szCs w:val="20"/>
              </w:rPr>
            </w:pPr>
            <w:proofErr w:type="spellStart"/>
            <w:r w:rsidRPr="009E1A94">
              <w:rPr>
                <w:b/>
                <w:sz w:val="20"/>
                <w:szCs w:val="20"/>
              </w:rPr>
              <w:lastRenderedPageBreak/>
              <w:t>Arsimtari</w:t>
            </w:r>
            <w:proofErr w:type="spellEnd"/>
            <w:r w:rsidRPr="009E1A94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0858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62707" w:rsidRDefault="00B62707" w:rsidP="00F63F2F">
            <w:pPr>
              <w:rPr>
                <w:sz w:val="20"/>
                <w:szCs w:val="20"/>
              </w:rPr>
            </w:pPr>
          </w:p>
          <w:p w:rsidR="00920A86" w:rsidRPr="009E1A94" w:rsidRDefault="00920A86" w:rsidP="00F63F2F">
            <w:pPr>
              <w:rPr>
                <w:sz w:val="20"/>
                <w:szCs w:val="20"/>
              </w:rPr>
            </w:pPr>
          </w:p>
        </w:tc>
      </w:tr>
    </w:tbl>
    <w:p w:rsidR="00B62707" w:rsidRDefault="00B62707"/>
    <w:p w:rsidR="00B62707" w:rsidRDefault="00B62707"/>
    <w:p w:rsidR="005B603F" w:rsidRDefault="005B603F"/>
    <w:p w:rsidR="006416F8" w:rsidRDefault="006416F8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p w:rsidR="001B0AB0" w:rsidRDefault="001B0AB0"/>
    <w:tbl>
      <w:tblPr>
        <w:tblW w:w="14458" w:type="dxa"/>
        <w:tblInd w:w="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350"/>
        <w:gridCol w:w="720"/>
        <w:gridCol w:w="285"/>
        <w:gridCol w:w="226"/>
        <w:gridCol w:w="2693"/>
        <w:gridCol w:w="850"/>
        <w:gridCol w:w="142"/>
        <w:gridCol w:w="1701"/>
        <w:gridCol w:w="1701"/>
        <w:gridCol w:w="1843"/>
        <w:gridCol w:w="1417"/>
      </w:tblGrid>
      <w:tr w:rsidR="001B0AB0" w:rsidRPr="00DE5029" w:rsidTr="000D5A18">
        <w:trPr>
          <w:trHeight w:val="420"/>
        </w:trPr>
        <w:tc>
          <w:tcPr>
            <w:tcW w:w="3885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1B0AB0" w:rsidRPr="009E1A94" w:rsidRDefault="001B0AB0" w:rsidP="00F63F2F">
            <w:pPr>
              <w:jc w:val="center"/>
              <w:rPr>
                <w:sz w:val="28"/>
                <w:szCs w:val="28"/>
              </w:rPr>
            </w:pPr>
            <w:r w:rsidRPr="009E1A94">
              <w:rPr>
                <w:b/>
                <w:sz w:val="28"/>
                <w:szCs w:val="28"/>
              </w:rPr>
              <w:lastRenderedPageBreak/>
              <w:t xml:space="preserve">Logo e </w:t>
            </w:r>
            <w:proofErr w:type="spellStart"/>
            <w:r w:rsidRPr="009E1A94">
              <w:rPr>
                <w:b/>
                <w:sz w:val="28"/>
                <w:szCs w:val="28"/>
              </w:rPr>
              <w:t>Komunës</w:t>
            </w:r>
            <w:proofErr w:type="spellEnd"/>
          </w:p>
        </w:tc>
        <w:tc>
          <w:tcPr>
            <w:tcW w:w="3911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FEF2E8"/>
          </w:tcPr>
          <w:p w:rsidR="001B0AB0" w:rsidRPr="009E1A94" w:rsidRDefault="001B0AB0" w:rsidP="00F63F2F">
            <w:pPr>
              <w:rPr>
                <w:sz w:val="28"/>
                <w:szCs w:val="28"/>
              </w:rPr>
            </w:pPr>
            <w:r w:rsidRPr="009E1A94">
              <w:rPr>
                <w:b/>
                <w:sz w:val="28"/>
                <w:szCs w:val="28"/>
              </w:rPr>
              <w:t>PLANI DYMUJOR: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1B0AB0" w:rsidRPr="009E1A94" w:rsidRDefault="00F02432" w:rsidP="00F63F2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NËNTOR</w:t>
            </w:r>
            <w:r w:rsidR="001B0AB0" w:rsidRPr="009E1A94">
              <w:rPr>
                <w:b/>
                <w:sz w:val="28"/>
                <w:szCs w:val="28"/>
              </w:rPr>
              <w:t xml:space="preserve"> - </w:t>
            </w:r>
            <w:r>
              <w:rPr>
                <w:b/>
                <w:sz w:val="28"/>
                <w:szCs w:val="28"/>
              </w:rPr>
              <w:t>DHJETOR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0AB0" w:rsidRPr="009E1A94" w:rsidRDefault="001B0AB0" w:rsidP="00F63F2F">
            <w:pPr>
              <w:jc w:val="center"/>
              <w:rPr>
                <w:sz w:val="28"/>
                <w:szCs w:val="28"/>
              </w:rPr>
            </w:pPr>
            <w:r w:rsidRPr="009E1A94">
              <w:rPr>
                <w:b/>
                <w:sz w:val="28"/>
                <w:szCs w:val="28"/>
              </w:rPr>
              <w:t xml:space="preserve">Logo e </w:t>
            </w:r>
            <w:proofErr w:type="spellStart"/>
            <w:r w:rsidRPr="009E1A94">
              <w:rPr>
                <w:b/>
                <w:sz w:val="28"/>
                <w:szCs w:val="28"/>
              </w:rPr>
              <w:t>shkollës</w:t>
            </w:r>
            <w:proofErr w:type="spellEnd"/>
          </w:p>
        </w:tc>
      </w:tr>
      <w:tr w:rsidR="001B0AB0" w:rsidRPr="00DE5029" w:rsidTr="000D5A18">
        <w:trPr>
          <w:trHeight w:val="42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1B0AB0" w:rsidRPr="009E1A94" w:rsidRDefault="001B0AB0" w:rsidP="00F63F2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11" w:type="dxa"/>
            <w:gridSpan w:val="4"/>
            <w:tcBorders>
              <w:left w:val="single" w:sz="12" w:space="0" w:color="auto"/>
            </w:tcBorders>
            <w:shd w:val="clear" w:color="auto" w:fill="FEF2E8"/>
          </w:tcPr>
          <w:p w:rsidR="001B0AB0" w:rsidRPr="009E1A94" w:rsidRDefault="001B0AB0" w:rsidP="00F63F2F">
            <w:pPr>
              <w:rPr>
                <w:sz w:val="28"/>
                <w:szCs w:val="28"/>
              </w:rPr>
            </w:pPr>
            <w:r w:rsidRPr="009E1A94">
              <w:rPr>
                <w:b/>
                <w:sz w:val="28"/>
                <w:szCs w:val="28"/>
              </w:rPr>
              <w:t>VITI SHKOLLOR:</w:t>
            </w:r>
          </w:p>
        </w:tc>
        <w:tc>
          <w:tcPr>
            <w:tcW w:w="3402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1B0AB0" w:rsidRPr="009E1A94" w:rsidRDefault="001B0AB0" w:rsidP="00F63F2F">
            <w:pPr>
              <w:rPr>
                <w:sz w:val="28"/>
                <w:szCs w:val="28"/>
              </w:rPr>
            </w:pPr>
            <w:r w:rsidRPr="009E1A94">
              <w:rPr>
                <w:b/>
                <w:sz w:val="28"/>
                <w:szCs w:val="28"/>
              </w:rPr>
              <w:t>2026 /2027</w:t>
            </w:r>
          </w:p>
        </w:tc>
        <w:tc>
          <w:tcPr>
            <w:tcW w:w="32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0AB0" w:rsidRPr="009E1A94" w:rsidRDefault="001B0AB0" w:rsidP="00F63F2F">
            <w:pPr>
              <w:rPr>
                <w:b/>
                <w:sz w:val="28"/>
                <w:szCs w:val="28"/>
              </w:rPr>
            </w:pPr>
          </w:p>
        </w:tc>
      </w:tr>
      <w:tr w:rsidR="001B0AB0" w:rsidRPr="00DE5029" w:rsidTr="000D5A18">
        <w:trPr>
          <w:trHeight w:val="368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1B0AB0" w:rsidRPr="009E1A94" w:rsidRDefault="001B0AB0" w:rsidP="00F63F2F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911" w:type="dxa"/>
            <w:gridSpan w:val="4"/>
            <w:tcBorders>
              <w:left w:val="single" w:sz="12" w:space="0" w:color="auto"/>
            </w:tcBorders>
            <w:shd w:val="clear" w:color="auto" w:fill="FEF2E8"/>
          </w:tcPr>
          <w:p w:rsidR="001B0AB0" w:rsidRPr="009E1A94" w:rsidRDefault="001B0AB0" w:rsidP="00F63F2F">
            <w:pPr>
              <w:rPr>
                <w:sz w:val="28"/>
                <w:szCs w:val="28"/>
              </w:rPr>
            </w:pPr>
            <w:r w:rsidRPr="009E1A94">
              <w:rPr>
                <w:b/>
                <w:sz w:val="28"/>
                <w:szCs w:val="28"/>
              </w:rPr>
              <w:t>FUSHA E KURRIKULËS:</w:t>
            </w:r>
          </w:p>
        </w:tc>
        <w:tc>
          <w:tcPr>
            <w:tcW w:w="3402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1B0AB0" w:rsidRPr="009E1A94" w:rsidRDefault="001B0AB0" w:rsidP="00F63F2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MATEMATIKË</w:t>
            </w:r>
          </w:p>
        </w:tc>
        <w:tc>
          <w:tcPr>
            <w:tcW w:w="32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0AB0" w:rsidRPr="009E1A94" w:rsidRDefault="001B0AB0" w:rsidP="00F63F2F">
            <w:pPr>
              <w:rPr>
                <w:b/>
                <w:sz w:val="28"/>
                <w:szCs w:val="28"/>
              </w:rPr>
            </w:pPr>
          </w:p>
        </w:tc>
      </w:tr>
      <w:tr w:rsidR="001B0AB0" w:rsidRPr="00DE5029" w:rsidTr="000D5A18">
        <w:trPr>
          <w:trHeight w:val="345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1B0AB0" w:rsidRPr="009E1A94" w:rsidRDefault="001B0AB0" w:rsidP="00F63F2F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911" w:type="dxa"/>
            <w:gridSpan w:val="4"/>
            <w:tcBorders>
              <w:left w:val="single" w:sz="12" w:space="0" w:color="auto"/>
            </w:tcBorders>
            <w:shd w:val="clear" w:color="auto" w:fill="FEF2E8"/>
          </w:tcPr>
          <w:p w:rsidR="001B0AB0" w:rsidRPr="009E1A94" w:rsidRDefault="001B0AB0" w:rsidP="00F63F2F">
            <w:pPr>
              <w:rPr>
                <w:sz w:val="28"/>
                <w:szCs w:val="28"/>
              </w:rPr>
            </w:pPr>
            <w:proofErr w:type="gramStart"/>
            <w:r w:rsidRPr="009E1A94">
              <w:rPr>
                <w:b/>
                <w:sz w:val="28"/>
                <w:szCs w:val="28"/>
              </w:rPr>
              <w:t>LËNDA :</w:t>
            </w:r>
            <w:proofErr w:type="gramEnd"/>
          </w:p>
        </w:tc>
        <w:tc>
          <w:tcPr>
            <w:tcW w:w="3402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1B0AB0" w:rsidRPr="009E1A94" w:rsidRDefault="001B0AB0" w:rsidP="00F63F2F">
            <w:pPr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Matematikë</w:t>
            </w:r>
            <w:proofErr w:type="spellEnd"/>
          </w:p>
        </w:tc>
        <w:tc>
          <w:tcPr>
            <w:tcW w:w="32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0AB0" w:rsidRPr="009E1A94" w:rsidRDefault="001B0AB0" w:rsidP="00F63F2F">
            <w:pPr>
              <w:rPr>
                <w:b/>
                <w:sz w:val="28"/>
                <w:szCs w:val="28"/>
              </w:rPr>
            </w:pPr>
          </w:p>
        </w:tc>
      </w:tr>
      <w:tr w:rsidR="001B0AB0" w:rsidRPr="00DE5029" w:rsidTr="000D5A18">
        <w:trPr>
          <w:trHeight w:val="39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B0AB0" w:rsidRPr="009E1A94" w:rsidRDefault="001B0AB0" w:rsidP="00F63F2F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911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:rsidR="001B0AB0" w:rsidRPr="009E1A94" w:rsidRDefault="001B0AB0" w:rsidP="00F63F2F">
            <w:pPr>
              <w:rPr>
                <w:sz w:val="28"/>
                <w:szCs w:val="28"/>
              </w:rPr>
            </w:pPr>
            <w:proofErr w:type="gramStart"/>
            <w:r w:rsidRPr="009E1A94">
              <w:rPr>
                <w:b/>
                <w:sz w:val="28"/>
                <w:szCs w:val="28"/>
              </w:rPr>
              <w:t>KLASA :</w:t>
            </w:r>
            <w:proofErr w:type="gramEnd"/>
          </w:p>
        </w:tc>
        <w:tc>
          <w:tcPr>
            <w:tcW w:w="3402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0AB0" w:rsidRPr="009E1A94" w:rsidRDefault="001B0AB0" w:rsidP="00F63F2F">
            <w:pPr>
              <w:rPr>
                <w:sz w:val="28"/>
                <w:szCs w:val="28"/>
              </w:rPr>
            </w:pPr>
            <w:r w:rsidRPr="009E1A94">
              <w:rPr>
                <w:b/>
                <w:sz w:val="28"/>
                <w:szCs w:val="28"/>
              </w:rPr>
              <w:t>VII</w:t>
            </w:r>
          </w:p>
        </w:tc>
        <w:tc>
          <w:tcPr>
            <w:tcW w:w="326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0AB0" w:rsidRPr="009E1A94" w:rsidRDefault="001B0AB0" w:rsidP="00F63F2F">
            <w:pPr>
              <w:rPr>
                <w:b/>
                <w:sz w:val="28"/>
                <w:szCs w:val="28"/>
              </w:rPr>
            </w:pPr>
          </w:p>
        </w:tc>
      </w:tr>
      <w:tr w:rsidR="001B0AB0" w:rsidRPr="00DE5029" w:rsidTr="000D5A18"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:rsidR="001B0AB0" w:rsidRPr="009E1A94" w:rsidRDefault="001B0AB0" w:rsidP="00F63F2F">
            <w:pPr>
              <w:rPr>
                <w:sz w:val="28"/>
                <w:szCs w:val="28"/>
              </w:rPr>
            </w:pPr>
            <w:r w:rsidRPr="009E1A94">
              <w:rPr>
                <w:b/>
                <w:sz w:val="28"/>
                <w:szCs w:val="28"/>
              </w:rPr>
              <w:t>TEMA-</w:t>
            </w:r>
            <w:proofErr w:type="gramStart"/>
            <w:r w:rsidRPr="009E1A94">
              <w:rPr>
                <w:b/>
                <w:sz w:val="28"/>
                <w:szCs w:val="28"/>
              </w:rPr>
              <w:t xml:space="preserve">T  </w:t>
            </w:r>
            <w:proofErr w:type="spellStart"/>
            <w:r w:rsidRPr="009E1A94">
              <w:rPr>
                <w:b/>
                <w:sz w:val="28"/>
                <w:szCs w:val="28"/>
              </w:rPr>
              <w:t>mësimore</w:t>
            </w:r>
            <w:proofErr w:type="spellEnd"/>
            <w:proofErr w:type="gramEnd"/>
            <w:r w:rsidRPr="009E1A94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578" w:type="dxa"/>
            <w:gridSpan w:val="10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0AB0" w:rsidRPr="001B0AB0" w:rsidRDefault="001B0AB0" w:rsidP="00F63F2F">
            <w:pPr>
              <w:rPr>
                <w:sz w:val="28"/>
                <w:szCs w:val="28"/>
              </w:rPr>
            </w:pPr>
            <w:r w:rsidRPr="001B0AB0">
              <w:rPr>
                <w:b/>
                <w:sz w:val="28"/>
                <w:szCs w:val="28"/>
              </w:rPr>
              <w:t>4.</w:t>
            </w:r>
            <w:r w:rsidRPr="001B0AB0">
              <w:rPr>
                <w:b/>
                <w:sz w:val="28"/>
                <w:szCs w:val="28"/>
              </w:rPr>
              <w:t xml:space="preserve">Numrat </w:t>
            </w:r>
            <w:proofErr w:type="spellStart"/>
            <w:r w:rsidRPr="001B0AB0">
              <w:rPr>
                <w:b/>
                <w:sz w:val="28"/>
                <w:szCs w:val="28"/>
              </w:rPr>
              <w:t>racionalë</w:t>
            </w:r>
            <w:proofErr w:type="spellEnd"/>
            <w:r w:rsidRPr="001B0AB0">
              <w:rPr>
                <w:b/>
                <w:sz w:val="28"/>
                <w:szCs w:val="28"/>
              </w:rPr>
              <w:t xml:space="preserve">   5. </w:t>
            </w:r>
            <w:proofErr w:type="spellStart"/>
            <w:r w:rsidRPr="001B0AB0">
              <w:rPr>
                <w:b/>
                <w:sz w:val="28"/>
                <w:szCs w:val="28"/>
              </w:rPr>
              <w:t>Gjeometria</w:t>
            </w:r>
            <w:proofErr w:type="spellEnd"/>
            <w:r w:rsidRPr="001B0AB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B0AB0">
              <w:rPr>
                <w:b/>
                <w:sz w:val="28"/>
                <w:szCs w:val="28"/>
              </w:rPr>
              <w:t>në</w:t>
            </w:r>
            <w:proofErr w:type="spellEnd"/>
            <w:r w:rsidRPr="001B0AB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B0AB0">
              <w:rPr>
                <w:b/>
                <w:sz w:val="28"/>
                <w:szCs w:val="28"/>
              </w:rPr>
              <w:t>rrafsh</w:t>
            </w:r>
            <w:proofErr w:type="spellEnd"/>
            <w:r w:rsidRPr="001B0AB0">
              <w:rPr>
                <w:b/>
                <w:sz w:val="28"/>
                <w:szCs w:val="28"/>
              </w:rPr>
              <w:t xml:space="preserve"> (2)   6. </w:t>
            </w:r>
            <w:proofErr w:type="spellStart"/>
            <w:r w:rsidRPr="001B0AB0">
              <w:rPr>
                <w:b/>
                <w:sz w:val="28"/>
                <w:szCs w:val="28"/>
              </w:rPr>
              <w:t>Fuqitë</w:t>
            </w:r>
            <w:proofErr w:type="spellEnd"/>
          </w:p>
        </w:tc>
      </w:tr>
      <w:tr w:rsidR="001B0AB0" w:rsidRPr="00DE5029" w:rsidTr="000D5A18">
        <w:tc>
          <w:tcPr>
            <w:tcW w:w="14458" w:type="dxa"/>
            <w:gridSpan w:val="1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:rsidR="001B0AB0" w:rsidRPr="009E1A94" w:rsidRDefault="001B0AB0" w:rsidP="00F63F2F">
            <w:pPr>
              <w:rPr>
                <w:sz w:val="28"/>
                <w:szCs w:val="28"/>
              </w:rPr>
            </w:pPr>
            <w:r w:rsidRPr="009E1A94">
              <w:rPr>
                <w:b/>
                <w:sz w:val="28"/>
                <w:szCs w:val="28"/>
              </w:rPr>
              <w:t xml:space="preserve">RNK- </w:t>
            </w:r>
            <w:proofErr w:type="spellStart"/>
            <w:r w:rsidRPr="009E1A94">
              <w:rPr>
                <w:b/>
                <w:sz w:val="28"/>
                <w:szCs w:val="28"/>
              </w:rPr>
              <w:t>Rezultatet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e </w:t>
            </w:r>
            <w:proofErr w:type="spellStart"/>
            <w:r w:rsidRPr="009E1A94">
              <w:rPr>
                <w:b/>
                <w:sz w:val="28"/>
                <w:szCs w:val="28"/>
              </w:rPr>
              <w:t>të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nxënit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për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kompetencat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kryesore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të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shkallës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që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synohen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të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arrihen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përmes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shtjellimit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të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temës</w:t>
            </w:r>
            <w:proofErr w:type="spellEnd"/>
            <w:r w:rsidRPr="009E1A94">
              <w:rPr>
                <w:b/>
                <w:sz w:val="28"/>
                <w:szCs w:val="28"/>
              </w:rPr>
              <w:t>/</w:t>
            </w:r>
            <w:proofErr w:type="spellStart"/>
            <w:r w:rsidRPr="009E1A94">
              <w:rPr>
                <w:b/>
                <w:sz w:val="28"/>
                <w:szCs w:val="28"/>
              </w:rPr>
              <w:t>ve</w:t>
            </w:r>
            <w:proofErr w:type="spellEnd"/>
            <w:r w:rsidRPr="009E1A94">
              <w:rPr>
                <w:b/>
                <w:sz w:val="28"/>
                <w:szCs w:val="28"/>
              </w:rPr>
              <w:t>:</w:t>
            </w:r>
          </w:p>
        </w:tc>
      </w:tr>
      <w:tr w:rsidR="001B0AB0" w:rsidRPr="00B62707" w:rsidTr="000D5A18">
        <w:tc>
          <w:tcPr>
            <w:tcW w:w="14458" w:type="dxa"/>
            <w:gridSpan w:val="1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0AB0" w:rsidRPr="00B62707" w:rsidRDefault="001B0AB0" w:rsidP="00F63F2F">
            <w:pPr>
              <w:rPr>
                <w:sz w:val="20"/>
                <w:szCs w:val="20"/>
                <w:lang w:val="de-DE"/>
              </w:rPr>
            </w:pPr>
            <w:r w:rsidRPr="00B62707">
              <w:rPr>
                <w:b/>
                <w:sz w:val="20"/>
                <w:szCs w:val="20"/>
                <w:lang w:val="de-DE"/>
              </w:rPr>
              <w:t xml:space="preserve">TEMA </w:t>
            </w:r>
            <w:r w:rsidR="00B0123D">
              <w:rPr>
                <w:b/>
                <w:sz w:val="20"/>
                <w:szCs w:val="20"/>
                <w:lang w:val="de-DE"/>
              </w:rPr>
              <w:t>4</w:t>
            </w:r>
            <w:r w:rsidRPr="00B62707">
              <w:rPr>
                <w:b/>
                <w:sz w:val="20"/>
                <w:szCs w:val="20"/>
                <w:lang w:val="de-DE"/>
              </w:rPr>
              <w:t>: I.1,2,6; II.</w:t>
            </w:r>
            <w:r>
              <w:rPr>
                <w:b/>
                <w:sz w:val="20"/>
                <w:szCs w:val="20"/>
                <w:lang w:val="de-DE"/>
              </w:rPr>
              <w:t>3</w:t>
            </w:r>
            <w:r w:rsidRPr="00B62707">
              <w:rPr>
                <w:b/>
                <w:sz w:val="20"/>
                <w:szCs w:val="20"/>
                <w:lang w:val="de-DE"/>
              </w:rPr>
              <w:t>,4,5,6; III</w:t>
            </w:r>
            <w:r>
              <w:rPr>
                <w:b/>
                <w:sz w:val="20"/>
                <w:szCs w:val="20"/>
                <w:lang w:val="de-DE"/>
              </w:rPr>
              <w:t xml:space="preserve"> 2</w:t>
            </w:r>
            <w:r w:rsidRPr="00B62707">
              <w:rPr>
                <w:b/>
                <w:sz w:val="20"/>
                <w:szCs w:val="20"/>
                <w:lang w:val="de-DE"/>
              </w:rPr>
              <w:t>,3,5,6; IV.</w:t>
            </w:r>
            <w:r>
              <w:rPr>
                <w:b/>
                <w:sz w:val="20"/>
                <w:szCs w:val="20"/>
                <w:lang w:val="de-DE"/>
              </w:rPr>
              <w:t>6</w:t>
            </w:r>
            <w:r w:rsidRPr="00B62707">
              <w:rPr>
                <w:b/>
                <w:sz w:val="20"/>
                <w:szCs w:val="20"/>
                <w:lang w:val="de-DE"/>
              </w:rPr>
              <w:t>; V.6; VI.2</w:t>
            </w:r>
            <w:r>
              <w:rPr>
                <w:b/>
                <w:sz w:val="20"/>
                <w:szCs w:val="20"/>
                <w:lang w:val="de-DE"/>
              </w:rPr>
              <w:t>,</w:t>
            </w:r>
            <w:r w:rsidRPr="00B62707">
              <w:rPr>
                <w:b/>
                <w:sz w:val="20"/>
                <w:szCs w:val="20"/>
                <w:lang w:val="de-DE"/>
              </w:rPr>
              <w:t>6.</w:t>
            </w:r>
          </w:p>
          <w:p w:rsidR="001B0AB0" w:rsidRDefault="001B0AB0" w:rsidP="00F63F2F">
            <w:pPr>
              <w:rPr>
                <w:b/>
                <w:sz w:val="20"/>
                <w:szCs w:val="20"/>
                <w:lang w:val="de-DE"/>
              </w:rPr>
            </w:pPr>
            <w:r w:rsidRPr="00B62707">
              <w:rPr>
                <w:b/>
                <w:sz w:val="20"/>
                <w:szCs w:val="20"/>
                <w:lang w:val="de-DE"/>
              </w:rPr>
              <w:t xml:space="preserve">TEMA </w:t>
            </w:r>
            <w:r w:rsidR="00B0123D">
              <w:rPr>
                <w:b/>
                <w:sz w:val="20"/>
                <w:szCs w:val="20"/>
                <w:lang w:val="de-DE"/>
              </w:rPr>
              <w:t>5</w:t>
            </w:r>
            <w:r w:rsidRPr="00B62707">
              <w:rPr>
                <w:b/>
                <w:sz w:val="20"/>
                <w:szCs w:val="20"/>
                <w:lang w:val="de-DE"/>
              </w:rPr>
              <w:t>: I.1,2,3,4,5,6,8; II.1,2,3,4,5,6,7,8; III.1,2,3,4,5,6,7,8; IV.2,4; V.</w:t>
            </w:r>
            <w:r>
              <w:rPr>
                <w:b/>
                <w:sz w:val="20"/>
                <w:szCs w:val="20"/>
                <w:lang w:val="de-DE"/>
              </w:rPr>
              <w:t>3</w:t>
            </w:r>
            <w:r w:rsidRPr="00B62707">
              <w:rPr>
                <w:b/>
                <w:sz w:val="20"/>
                <w:szCs w:val="20"/>
                <w:lang w:val="de-DE"/>
              </w:rPr>
              <w:t>,7; VI.1,6,8.</w:t>
            </w:r>
          </w:p>
          <w:p w:rsidR="001B0AB0" w:rsidRPr="00B62707" w:rsidRDefault="001B0AB0" w:rsidP="00F63F2F">
            <w:pPr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 xml:space="preserve">TEMA </w:t>
            </w:r>
            <w:proofErr w:type="gramStart"/>
            <w:r w:rsidR="00B0123D">
              <w:rPr>
                <w:b/>
                <w:sz w:val="20"/>
                <w:szCs w:val="20"/>
                <w:lang w:val="de-DE"/>
              </w:rPr>
              <w:t>6</w:t>
            </w:r>
            <w:r>
              <w:rPr>
                <w:b/>
                <w:sz w:val="20"/>
                <w:szCs w:val="20"/>
                <w:lang w:val="de-DE"/>
              </w:rPr>
              <w:t xml:space="preserve">  </w:t>
            </w:r>
            <w:r w:rsidRPr="00B62707">
              <w:rPr>
                <w:b/>
                <w:sz w:val="20"/>
                <w:szCs w:val="20"/>
                <w:lang w:val="de-DE"/>
              </w:rPr>
              <w:t>I.1</w:t>
            </w:r>
            <w:proofErr w:type="gramEnd"/>
            <w:r w:rsidRPr="00B62707">
              <w:rPr>
                <w:b/>
                <w:sz w:val="20"/>
                <w:szCs w:val="20"/>
                <w:lang w:val="de-DE"/>
              </w:rPr>
              <w:t>,2,3,4,5,6,8; II.1,2,3,4,5,6,7,8; III.1,2,3,4,5,6,7,8; IV.2,4; V.</w:t>
            </w:r>
            <w:r>
              <w:rPr>
                <w:b/>
                <w:sz w:val="20"/>
                <w:szCs w:val="20"/>
                <w:lang w:val="de-DE"/>
              </w:rPr>
              <w:t>3</w:t>
            </w:r>
            <w:r w:rsidRPr="00B62707">
              <w:rPr>
                <w:b/>
                <w:sz w:val="20"/>
                <w:szCs w:val="20"/>
                <w:lang w:val="de-DE"/>
              </w:rPr>
              <w:t>,7; VI.1,6,8.</w:t>
            </w:r>
          </w:p>
        </w:tc>
      </w:tr>
      <w:tr w:rsidR="001B0AB0" w:rsidRPr="00B62707" w:rsidTr="000D5A18">
        <w:tc>
          <w:tcPr>
            <w:tcW w:w="14458" w:type="dxa"/>
            <w:gridSpan w:val="1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:rsidR="001B0AB0" w:rsidRPr="00B62707" w:rsidRDefault="001B0AB0" w:rsidP="00F63F2F">
            <w:pPr>
              <w:rPr>
                <w:sz w:val="28"/>
                <w:szCs w:val="28"/>
                <w:lang w:val="de-DE"/>
              </w:rPr>
            </w:pPr>
            <w:r w:rsidRPr="00B62707">
              <w:rPr>
                <w:b/>
                <w:sz w:val="28"/>
                <w:szCs w:val="28"/>
                <w:lang w:val="de-DE"/>
              </w:rPr>
              <w:t xml:space="preserve">RNF-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Rezultatet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e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të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nxënit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të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fushës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kurrikulare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të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shkallës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që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synohen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të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arrihen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përmes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shtjellimit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të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temës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>/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ve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>:</w:t>
            </w:r>
          </w:p>
        </w:tc>
      </w:tr>
      <w:tr w:rsidR="001B0AB0" w:rsidRPr="00B62707" w:rsidTr="000D5A18">
        <w:tc>
          <w:tcPr>
            <w:tcW w:w="14458" w:type="dxa"/>
            <w:gridSpan w:val="1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7C6219" w:rsidRPr="007C6219" w:rsidRDefault="001B0AB0" w:rsidP="001B0AB0">
            <w:pPr>
              <w:pStyle w:val="ListParagraph"/>
              <w:numPr>
                <w:ilvl w:val="1"/>
                <w:numId w:val="12"/>
              </w:numPr>
              <w:rPr>
                <w:rFonts w:cs="Times New Roman"/>
                <w:i/>
                <w:iCs/>
                <w:sz w:val="20"/>
                <w:szCs w:val="20"/>
                <w:lang w:val="de-DE"/>
              </w:rPr>
            </w:pP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Përdor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simbole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fakte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për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zgjidhjen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problemeve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që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lidhen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me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numrat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racionalë.</w:t>
            </w:r>
          </w:p>
          <w:p w:rsidR="007C6219" w:rsidRPr="007C6219" w:rsidRDefault="001B0AB0" w:rsidP="007C6219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7C6219">
              <w:rPr>
                <w:rStyle w:val="Strong"/>
                <w:rFonts w:cs="Times New Roman"/>
                <w:b w:val="0"/>
                <w:bCs w:val="0"/>
                <w:i/>
                <w:iCs/>
                <w:sz w:val="20"/>
                <w:szCs w:val="20"/>
              </w:rPr>
              <w:t>1.2</w:t>
            </w:r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Demonstron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marrëdhëniet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ndërmjet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numrave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racionalë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>.</w:t>
            </w:r>
          </w:p>
          <w:p w:rsidR="007C6219" w:rsidRPr="007C6219" w:rsidRDefault="001B0AB0" w:rsidP="007C6219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7C6219">
              <w:rPr>
                <w:rStyle w:val="Strong"/>
                <w:rFonts w:cs="Times New Roman"/>
                <w:b w:val="0"/>
                <w:bCs w:val="0"/>
                <w:i/>
                <w:iCs/>
                <w:sz w:val="20"/>
                <w:szCs w:val="20"/>
              </w:rPr>
              <w:t>1.3</w:t>
            </w:r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Përdor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matjet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në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figurat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2D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dhe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në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objektet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3D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për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zgjidhjen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e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problemeve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. </w:t>
            </w:r>
          </w:p>
          <w:p w:rsidR="007C6219" w:rsidRPr="007C6219" w:rsidRDefault="001B0AB0" w:rsidP="007C6219">
            <w:pPr>
              <w:rPr>
                <w:rFonts w:cs="Times New Roman"/>
                <w:i/>
                <w:iCs/>
                <w:sz w:val="20"/>
                <w:szCs w:val="20"/>
                <w:lang w:val="de-DE"/>
              </w:rPr>
            </w:pPr>
            <w:r w:rsidRPr="007C6219">
              <w:rPr>
                <w:rStyle w:val="Strong"/>
                <w:rFonts w:cs="Times New Roman"/>
                <w:b w:val="0"/>
                <w:bCs w:val="0"/>
                <w:i/>
                <w:iCs/>
                <w:sz w:val="20"/>
                <w:szCs w:val="20"/>
                <w:lang w:val="de-DE"/>
              </w:rPr>
              <w:t>2.1</w:t>
            </w:r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Argumenton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shndërrimet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direkte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indirekte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zbatuara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në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veprimet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me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numra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realë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transformime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gjeometrike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matje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probabilitet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statistikë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. </w:t>
            </w:r>
          </w:p>
          <w:p w:rsidR="007C6219" w:rsidRPr="007C6219" w:rsidRDefault="001B0AB0" w:rsidP="007C6219">
            <w:pPr>
              <w:rPr>
                <w:rFonts w:cs="Times New Roman"/>
                <w:i/>
                <w:iCs/>
                <w:sz w:val="20"/>
                <w:szCs w:val="20"/>
                <w:lang w:val="de-DE"/>
              </w:rPr>
            </w:pPr>
            <w:r w:rsidRPr="007C6219">
              <w:rPr>
                <w:rStyle w:val="Strong"/>
                <w:rFonts w:cs="Times New Roman"/>
                <w:b w:val="0"/>
                <w:bCs w:val="0"/>
                <w:i/>
                <w:iCs/>
                <w:sz w:val="20"/>
                <w:szCs w:val="20"/>
                <w:lang w:val="de-DE"/>
              </w:rPr>
              <w:t>2.2</w:t>
            </w:r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Zhvillon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zbaton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shprehitë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arsyetimit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, si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dallimi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marrëdhënieve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përgjithësimi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me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induksion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deduksionet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thjeshta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përdorimi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kundërshembullit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. </w:t>
            </w:r>
          </w:p>
          <w:p w:rsidR="001B0AB0" w:rsidRPr="007C6219" w:rsidRDefault="001B0AB0" w:rsidP="007C6219">
            <w:pPr>
              <w:rPr>
                <w:rFonts w:cs="Times New Roman"/>
                <w:i/>
                <w:iCs/>
                <w:sz w:val="20"/>
                <w:szCs w:val="20"/>
                <w:lang w:val="de-DE"/>
              </w:rPr>
            </w:pPr>
            <w:r w:rsidRPr="007C6219">
              <w:rPr>
                <w:rStyle w:val="Strong"/>
                <w:rFonts w:cs="Times New Roman"/>
                <w:b w:val="0"/>
                <w:bCs w:val="0"/>
                <w:i/>
                <w:iCs/>
                <w:sz w:val="20"/>
                <w:szCs w:val="20"/>
                <w:lang w:val="de-DE"/>
              </w:rPr>
              <w:t>2.3</w:t>
            </w:r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Arsyeton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vërteton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pohime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matematike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përmes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metodave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ndryshme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matematikore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. </w:t>
            </w:r>
          </w:p>
          <w:p w:rsidR="007C6219" w:rsidRPr="007C6219" w:rsidRDefault="007C6219" w:rsidP="007C6219">
            <w:pPr>
              <w:pStyle w:val="ListParagraph"/>
              <w:numPr>
                <w:ilvl w:val="1"/>
                <w:numId w:val="19"/>
              </w:numPr>
              <w:rPr>
                <w:rFonts w:cs="Times New Roman"/>
                <w:i/>
                <w:iCs/>
                <w:sz w:val="20"/>
                <w:szCs w:val="20"/>
                <w:lang w:val="de-DE"/>
              </w:rPr>
            </w:pPr>
            <w:proofErr w:type="spellStart"/>
            <w:r w:rsidRPr="007C6219">
              <w:rPr>
                <w:rFonts w:cs="Times New Roman"/>
                <w:i/>
                <w:iCs/>
                <w:sz w:val="17"/>
                <w:lang w:val="de-DE"/>
              </w:rPr>
              <w:t>Sugjeron</w:t>
            </w:r>
            <w:proofErr w:type="spellEnd"/>
            <w:r w:rsidR="001B0AB0" w:rsidRPr="007C6219">
              <w:rPr>
                <w:rFonts w:cs="Times New Roman"/>
                <w:i/>
                <w:iCs/>
                <w:sz w:val="17"/>
                <w:lang w:val="de-DE"/>
              </w:rPr>
              <w:t xml:space="preserve"> </w:t>
            </w:r>
            <w:proofErr w:type="spellStart"/>
            <w:r w:rsidR="001B0AB0" w:rsidRPr="007C6219">
              <w:rPr>
                <w:rFonts w:cs="Times New Roman"/>
                <w:i/>
                <w:iCs/>
                <w:sz w:val="17"/>
                <w:lang w:val="de-DE"/>
              </w:rPr>
              <w:t>formula</w:t>
            </w:r>
            <w:proofErr w:type="spellEnd"/>
            <w:r w:rsidR="001B0AB0" w:rsidRPr="007C6219">
              <w:rPr>
                <w:rFonts w:cs="Times New Roman"/>
                <w:i/>
                <w:iCs/>
                <w:sz w:val="17"/>
                <w:lang w:val="de-DE"/>
              </w:rPr>
              <w:t xml:space="preserve"> </w:t>
            </w:r>
            <w:proofErr w:type="spellStart"/>
            <w:r w:rsidR="001B0AB0" w:rsidRPr="007C6219">
              <w:rPr>
                <w:rFonts w:cs="Times New Roman"/>
                <w:i/>
                <w:iCs/>
                <w:sz w:val="17"/>
                <w:lang w:val="de-DE"/>
              </w:rPr>
              <w:t>të</w:t>
            </w:r>
            <w:proofErr w:type="spellEnd"/>
            <w:r w:rsidR="001B0AB0" w:rsidRPr="007C6219">
              <w:rPr>
                <w:rFonts w:cs="Times New Roman"/>
                <w:i/>
                <w:iCs/>
                <w:sz w:val="17"/>
                <w:lang w:val="de-DE"/>
              </w:rPr>
              <w:t xml:space="preserve"> </w:t>
            </w:r>
            <w:proofErr w:type="spellStart"/>
            <w:r w:rsidR="001B0AB0" w:rsidRPr="007C6219">
              <w:rPr>
                <w:rFonts w:cs="Times New Roman"/>
                <w:i/>
                <w:iCs/>
                <w:sz w:val="17"/>
                <w:lang w:val="de-DE"/>
              </w:rPr>
              <w:t>ndryshme</w:t>
            </w:r>
            <w:proofErr w:type="spellEnd"/>
            <w:r w:rsidR="001B0AB0" w:rsidRPr="007C6219">
              <w:rPr>
                <w:rFonts w:cs="Times New Roman"/>
                <w:i/>
                <w:iCs/>
                <w:sz w:val="17"/>
                <w:lang w:val="de-DE"/>
              </w:rPr>
              <w:t xml:space="preserve"> </w:t>
            </w:r>
            <w:proofErr w:type="spellStart"/>
            <w:r w:rsidR="001B0AB0" w:rsidRPr="007C6219">
              <w:rPr>
                <w:rFonts w:cs="Times New Roman"/>
                <w:i/>
                <w:iCs/>
                <w:sz w:val="17"/>
                <w:lang w:val="de-DE"/>
              </w:rPr>
              <w:t>dhe</w:t>
            </w:r>
            <w:proofErr w:type="spellEnd"/>
            <w:r w:rsidR="001B0AB0" w:rsidRPr="007C6219">
              <w:rPr>
                <w:rFonts w:cs="Times New Roman"/>
                <w:i/>
                <w:iCs/>
                <w:sz w:val="17"/>
                <w:lang w:val="de-DE"/>
              </w:rPr>
              <w:t xml:space="preserve"> </w:t>
            </w:r>
            <w:proofErr w:type="spellStart"/>
            <w:r w:rsidR="001B0AB0" w:rsidRPr="007C6219">
              <w:rPr>
                <w:rFonts w:cs="Times New Roman"/>
                <w:i/>
                <w:iCs/>
                <w:sz w:val="17"/>
                <w:lang w:val="de-DE"/>
              </w:rPr>
              <w:t>të</w:t>
            </w:r>
            <w:proofErr w:type="spellEnd"/>
            <w:r w:rsidR="001B0AB0" w:rsidRPr="007C6219">
              <w:rPr>
                <w:rFonts w:cs="Times New Roman"/>
                <w:i/>
                <w:iCs/>
                <w:sz w:val="17"/>
                <w:lang w:val="de-DE"/>
              </w:rPr>
              <w:t xml:space="preserve"> </w:t>
            </w:r>
            <w:proofErr w:type="spellStart"/>
            <w:r w:rsidR="001B0AB0" w:rsidRPr="007C6219">
              <w:rPr>
                <w:rFonts w:cs="Times New Roman"/>
                <w:i/>
                <w:iCs/>
                <w:sz w:val="17"/>
                <w:lang w:val="de-DE"/>
              </w:rPr>
              <w:t>përshtatshme</w:t>
            </w:r>
            <w:proofErr w:type="spellEnd"/>
            <w:r w:rsidR="001B0AB0" w:rsidRPr="007C6219">
              <w:rPr>
                <w:rFonts w:cs="Times New Roman"/>
                <w:i/>
                <w:iCs/>
                <w:sz w:val="17"/>
                <w:lang w:val="de-DE"/>
              </w:rPr>
              <w:t xml:space="preserve"> </w:t>
            </w:r>
            <w:proofErr w:type="spellStart"/>
            <w:r w:rsidR="001B0AB0" w:rsidRPr="007C6219">
              <w:rPr>
                <w:rFonts w:cs="Times New Roman"/>
                <w:i/>
                <w:iCs/>
                <w:sz w:val="17"/>
                <w:lang w:val="de-DE"/>
              </w:rPr>
              <w:t>për</w:t>
            </w:r>
            <w:proofErr w:type="spellEnd"/>
            <w:r w:rsidR="001B0AB0" w:rsidRPr="007C6219">
              <w:rPr>
                <w:rFonts w:cs="Times New Roman"/>
                <w:i/>
                <w:iCs/>
                <w:sz w:val="17"/>
                <w:lang w:val="de-DE"/>
              </w:rPr>
              <w:t xml:space="preserve"> </w:t>
            </w:r>
            <w:proofErr w:type="spellStart"/>
            <w:r w:rsidR="001B0AB0" w:rsidRPr="007C6219">
              <w:rPr>
                <w:rFonts w:cs="Times New Roman"/>
                <w:i/>
                <w:iCs/>
                <w:sz w:val="17"/>
                <w:lang w:val="de-DE"/>
              </w:rPr>
              <w:t>zgjidhje</w:t>
            </w:r>
            <w:proofErr w:type="spellEnd"/>
            <w:r w:rsidR="001B0AB0" w:rsidRPr="007C6219">
              <w:rPr>
                <w:rFonts w:cs="Times New Roman"/>
                <w:i/>
                <w:iCs/>
                <w:sz w:val="17"/>
                <w:lang w:val="de-DE"/>
              </w:rPr>
              <w:t xml:space="preserve"> </w:t>
            </w:r>
            <w:proofErr w:type="spellStart"/>
            <w:r w:rsidR="001B0AB0" w:rsidRPr="007C6219">
              <w:rPr>
                <w:rFonts w:cs="Times New Roman"/>
                <w:i/>
                <w:iCs/>
                <w:sz w:val="17"/>
                <w:lang w:val="de-DE"/>
              </w:rPr>
              <w:t>të</w:t>
            </w:r>
            <w:proofErr w:type="spellEnd"/>
            <w:r w:rsidR="001B0AB0" w:rsidRPr="007C6219">
              <w:rPr>
                <w:rFonts w:cs="Times New Roman"/>
                <w:i/>
                <w:iCs/>
                <w:sz w:val="17"/>
                <w:lang w:val="de-DE"/>
              </w:rPr>
              <w:t xml:space="preserve"> detyrave</w:t>
            </w:r>
          </w:p>
          <w:p w:rsidR="007C6219" w:rsidRPr="007C6219" w:rsidRDefault="001B0AB0" w:rsidP="007C6219">
            <w:pPr>
              <w:rPr>
                <w:rFonts w:cs="Times New Roman"/>
                <w:i/>
                <w:iCs/>
                <w:sz w:val="20"/>
                <w:szCs w:val="20"/>
                <w:lang w:val="de-DE"/>
              </w:rPr>
            </w:pPr>
            <w:r w:rsidRPr="007C6219">
              <w:rPr>
                <w:rStyle w:val="Strong"/>
                <w:rFonts w:cs="Times New Roman"/>
                <w:b w:val="0"/>
                <w:bCs w:val="0"/>
                <w:i/>
                <w:iCs/>
                <w:sz w:val="20"/>
                <w:szCs w:val="20"/>
                <w:lang w:val="de-DE"/>
              </w:rPr>
              <w:t>2.5</w:t>
            </w:r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Konstrukton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nderton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figura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gjeometrike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mbi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bazën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elementeve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dhëna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.</w:t>
            </w:r>
          </w:p>
          <w:p w:rsidR="007C6219" w:rsidRPr="007C6219" w:rsidRDefault="007C6219" w:rsidP="007C6219">
            <w:pPr>
              <w:pStyle w:val="ListParagraph"/>
              <w:numPr>
                <w:ilvl w:val="1"/>
                <w:numId w:val="15"/>
              </w:numPr>
              <w:rPr>
                <w:rFonts w:cs="Times New Roman"/>
                <w:i/>
                <w:iCs/>
                <w:sz w:val="20"/>
                <w:szCs w:val="20"/>
                <w:lang w:val="de-DE"/>
              </w:rPr>
            </w:pP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Demostron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zbatimin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numrave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racionalë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në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shprehje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ndryushme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numerike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shkronjore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.</w:t>
            </w:r>
            <w:r w:rsidR="001B0AB0"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</w:p>
          <w:p w:rsidR="007C6219" w:rsidRPr="007C6219" w:rsidRDefault="001B0AB0" w:rsidP="007C6219">
            <w:pPr>
              <w:rPr>
                <w:rFonts w:cs="Times New Roman"/>
                <w:i/>
                <w:iCs/>
                <w:sz w:val="20"/>
                <w:szCs w:val="20"/>
                <w:lang w:val="de-DE"/>
              </w:rPr>
            </w:pPr>
            <w:r w:rsidRPr="007C6219">
              <w:rPr>
                <w:rStyle w:val="Strong"/>
                <w:rFonts w:cs="Times New Roman"/>
                <w:b w:val="0"/>
                <w:bCs w:val="0"/>
                <w:i/>
                <w:iCs/>
                <w:sz w:val="20"/>
                <w:szCs w:val="20"/>
                <w:lang w:val="de-DE"/>
              </w:rPr>
              <w:t>3.2</w:t>
            </w:r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Kryen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matje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për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figurat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2D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objektet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3D. </w:t>
            </w:r>
          </w:p>
          <w:p w:rsidR="007C6219" w:rsidRPr="007C6219" w:rsidRDefault="001B0AB0" w:rsidP="007C6219">
            <w:pPr>
              <w:rPr>
                <w:rFonts w:cs="Times New Roman"/>
                <w:i/>
                <w:iCs/>
                <w:sz w:val="20"/>
                <w:szCs w:val="20"/>
                <w:lang w:val="de-DE"/>
              </w:rPr>
            </w:pPr>
            <w:r w:rsidRPr="007C6219">
              <w:rPr>
                <w:rStyle w:val="Strong"/>
                <w:rFonts w:cs="Times New Roman"/>
                <w:b w:val="0"/>
                <w:bCs w:val="0"/>
                <w:i/>
                <w:iCs/>
                <w:sz w:val="20"/>
                <w:szCs w:val="20"/>
                <w:lang w:val="de-DE"/>
              </w:rPr>
              <w:t>3.3</w:t>
            </w:r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Përdor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terminologjinë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matematikore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simbolet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algjebrike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gjeometrike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për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përshkruar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situata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nga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matematika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jeta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përditshme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. </w:t>
            </w:r>
          </w:p>
          <w:p w:rsidR="007C6219" w:rsidRPr="007C6219" w:rsidRDefault="001B0AB0" w:rsidP="007C6219">
            <w:pPr>
              <w:rPr>
                <w:rFonts w:cs="Times New Roman"/>
                <w:i/>
                <w:iCs/>
                <w:sz w:val="20"/>
                <w:szCs w:val="20"/>
                <w:lang w:val="de-DE"/>
              </w:rPr>
            </w:pPr>
            <w:r w:rsidRPr="007C6219">
              <w:rPr>
                <w:rStyle w:val="Strong"/>
                <w:rFonts w:cs="Times New Roman"/>
                <w:b w:val="0"/>
                <w:bCs w:val="0"/>
                <w:i/>
                <w:iCs/>
                <w:sz w:val="20"/>
                <w:szCs w:val="20"/>
                <w:lang w:val="de-DE"/>
              </w:rPr>
              <w:t>3.4</w:t>
            </w:r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Komunikon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menduarit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matematik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përmes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lexuarit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shkruarit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diskutimit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dëgjimit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pyetjeve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duke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përdorur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gjuhën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simbolet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fjalorin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matematik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paraqitje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ndryshme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. </w:t>
            </w:r>
          </w:p>
          <w:p w:rsidR="007C6219" w:rsidRPr="007C6219" w:rsidRDefault="001B0AB0" w:rsidP="007C6219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7C6219">
              <w:rPr>
                <w:rStyle w:val="Strong"/>
                <w:rFonts w:cs="Times New Roman"/>
                <w:b w:val="0"/>
                <w:bCs w:val="0"/>
                <w:i/>
                <w:iCs/>
                <w:sz w:val="20"/>
                <w:szCs w:val="20"/>
              </w:rPr>
              <w:t>4.1</w:t>
            </w:r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7C6219" w:rsidRPr="007C6219">
              <w:rPr>
                <w:rFonts w:cs="Times New Roman"/>
                <w:i/>
                <w:iCs/>
                <w:sz w:val="20"/>
                <w:szCs w:val="20"/>
              </w:rPr>
              <w:t>Bën</w:t>
            </w:r>
            <w:proofErr w:type="spellEnd"/>
            <w:r w:rsidR="007C6219"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7C6219" w:rsidRPr="007C6219">
              <w:rPr>
                <w:rFonts w:cs="Times New Roman"/>
                <w:i/>
                <w:iCs/>
                <w:sz w:val="20"/>
                <w:szCs w:val="20"/>
              </w:rPr>
              <w:t>lidhje</w:t>
            </w:r>
            <w:proofErr w:type="spellEnd"/>
            <w:r w:rsidR="007C6219"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7C6219" w:rsidRPr="007C6219">
              <w:rPr>
                <w:rFonts w:cs="Times New Roman"/>
                <w:i/>
                <w:iCs/>
                <w:sz w:val="20"/>
                <w:szCs w:val="20"/>
              </w:rPr>
              <w:t>ndërmjet</w:t>
            </w:r>
            <w:proofErr w:type="spellEnd"/>
            <w:r w:rsidR="007C6219"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7C6219" w:rsidRPr="007C6219">
              <w:rPr>
                <w:rFonts w:cs="Times New Roman"/>
                <w:i/>
                <w:iCs/>
                <w:sz w:val="20"/>
                <w:szCs w:val="20"/>
              </w:rPr>
              <w:t>koncepteve</w:t>
            </w:r>
            <w:proofErr w:type="spellEnd"/>
            <w:r w:rsidR="007C6219"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e </w:t>
            </w:r>
            <w:proofErr w:type="spellStart"/>
            <w:r w:rsidR="007C6219" w:rsidRPr="007C6219">
              <w:rPr>
                <w:rFonts w:cs="Times New Roman"/>
                <w:i/>
                <w:iCs/>
                <w:sz w:val="20"/>
                <w:szCs w:val="20"/>
              </w:rPr>
              <w:t>procedurave</w:t>
            </w:r>
            <w:proofErr w:type="spellEnd"/>
            <w:r w:rsidR="007C6219"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7C6219" w:rsidRPr="007C6219">
              <w:rPr>
                <w:rFonts w:cs="Times New Roman"/>
                <w:i/>
                <w:iCs/>
                <w:sz w:val="20"/>
                <w:szCs w:val="20"/>
              </w:rPr>
              <w:t>matematikore</w:t>
            </w:r>
            <w:proofErr w:type="spellEnd"/>
            <w:r w:rsidR="007C6219" w:rsidRPr="007C6219">
              <w:rPr>
                <w:rFonts w:cs="Times New Roman"/>
                <w:i/>
                <w:iCs/>
                <w:sz w:val="20"/>
                <w:szCs w:val="20"/>
              </w:rPr>
              <w:t>.</w:t>
            </w:r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</w:p>
          <w:p w:rsidR="007C6219" w:rsidRPr="007C6219" w:rsidRDefault="001B0AB0" w:rsidP="007C6219">
            <w:pPr>
              <w:rPr>
                <w:rFonts w:cs="Times New Roman"/>
                <w:i/>
                <w:iCs/>
                <w:sz w:val="20"/>
                <w:szCs w:val="20"/>
                <w:lang w:val="de-DE"/>
              </w:rPr>
            </w:pPr>
            <w:r w:rsidRPr="007C6219">
              <w:rPr>
                <w:rStyle w:val="Strong"/>
                <w:rFonts w:cs="Times New Roman"/>
                <w:b w:val="0"/>
                <w:bCs w:val="0"/>
                <w:i/>
                <w:iCs/>
                <w:sz w:val="20"/>
                <w:szCs w:val="20"/>
                <w:lang w:val="de-DE"/>
              </w:rPr>
              <w:t>4.2</w:t>
            </w:r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Integron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njohuritë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shprehitë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matematike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me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situata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nga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jeta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përditshme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lëndët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tjera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sportet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kontekste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tjera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. </w:t>
            </w:r>
          </w:p>
          <w:p w:rsidR="007C6219" w:rsidRPr="007C6219" w:rsidRDefault="001B0AB0" w:rsidP="007C6219">
            <w:pPr>
              <w:rPr>
                <w:rFonts w:cs="Times New Roman"/>
                <w:i/>
                <w:iCs/>
                <w:sz w:val="20"/>
                <w:szCs w:val="20"/>
                <w:lang w:val="de-DE"/>
              </w:rPr>
            </w:pPr>
            <w:r w:rsidRPr="007C6219">
              <w:rPr>
                <w:rStyle w:val="Strong"/>
                <w:rFonts w:cs="Times New Roman"/>
                <w:b w:val="0"/>
                <w:bCs w:val="0"/>
                <w:i/>
                <w:iCs/>
                <w:sz w:val="20"/>
                <w:szCs w:val="20"/>
                <w:lang w:val="de-DE"/>
              </w:rPr>
              <w:t>4.3</w:t>
            </w:r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Integron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lidh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konceptet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ndryshme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matematike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për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zgjidhur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probleme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ndryshme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. </w:t>
            </w:r>
          </w:p>
          <w:p w:rsidR="007C6219" w:rsidRPr="007C6219" w:rsidRDefault="001B0AB0" w:rsidP="007C6219">
            <w:pPr>
              <w:rPr>
                <w:rFonts w:cs="Times New Roman"/>
                <w:i/>
                <w:iCs/>
                <w:sz w:val="20"/>
                <w:szCs w:val="20"/>
                <w:lang w:val="de-DE"/>
              </w:rPr>
            </w:pPr>
            <w:r w:rsidRPr="007C6219">
              <w:rPr>
                <w:rStyle w:val="Strong"/>
                <w:rFonts w:cs="Times New Roman"/>
                <w:b w:val="0"/>
                <w:bCs w:val="0"/>
                <w:i/>
                <w:iCs/>
                <w:sz w:val="20"/>
                <w:szCs w:val="20"/>
                <w:lang w:val="de-DE"/>
              </w:rPr>
              <w:t>5.1</w:t>
            </w:r>
            <w:r w:rsidR="007C6219" w:rsidRPr="007C6219">
              <w:rPr>
                <w:rFonts w:cs="Times New Roman"/>
                <w:i/>
                <w:iCs/>
                <w:lang w:val="de-DE"/>
              </w:rPr>
              <w:t xml:space="preserve">Përdor </w:t>
            </w:r>
            <w:proofErr w:type="spellStart"/>
            <w:r w:rsidR="007C6219" w:rsidRPr="007C6219">
              <w:rPr>
                <w:rFonts w:cs="Times New Roman"/>
                <w:i/>
                <w:iCs/>
                <w:lang w:val="de-DE"/>
              </w:rPr>
              <w:t>rregullat</w:t>
            </w:r>
            <w:proofErr w:type="spellEnd"/>
            <w:r w:rsidR="007C6219" w:rsidRPr="007C6219">
              <w:rPr>
                <w:rFonts w:cs="Times New Roman"/>
                <w:i/>
                <w:iCs/>
                <w:lang w:val="de-DE"/>
              </w:rPr>
              <w:t xml:space="preserve"> </w:t>
            </w:r>
            <w:proofErr w:type="spellStart"/>
            <w:r w:rsidR="007C6219" w:rsidRPr="007C6219">
              <w:rPr>
                <w:rFonts w:cs="Times New Roman"/>
                <w:i/>
                <w:iCs/>
                <w:lang w:val="de-DE"/>
              </w:rPr>
              <w:t>dhe</w:t>
            </w:r>
            <w:proofErr w:type="spellEnd"/>
            <w:r w:rsidR="007C6219" w:rsidRPr="007C6219">
              <w:rPr>
                <w:rFonts w:cs="Times New Roman"/>
                <w:i/>
                <w:iCs/>
                <w:lang w:val="de-DE"/>
              </w:rPr>
              <w:t xml:space="preserve"> </w:t>
            </w:r>
            <w:proofErr w:type="spellStart"/>
            <w:r w:rsidR="007C6219" w:rsidRPr="007C6219">
              <w:rPr>
                <w:rFonts w:cs="Times New Roman"/>
                <w:i/>
                <w:iCs/>
                <w:lang w:val="de-DE"/>
              </w:rPr>
              <w:t>paraqet</w:t>
            </w:r>
            <w:proofErr w:type="spellEnd"/>
            <w:r w:rsidR="007C6219" w:rsidRPr="007C6219">
              <w:rPr>
                <w:rFonts w:cs="Times New Roman"/>
                <w:i/>
                <w:iCs/>
                <w:lang w:val="de-DE"/>
              </w:rPr>
              <w:t xml:space="preserve"> </w:t>
            </w:r>
            <w:proofErr w:type="spellStart"/>
            <w:r w:rsidR="007C6219" w:rsidRPr="007C6219">
              <w:rPr>
                <w:rFonts w:cs="Times New Roman"/>
                <w:i/>
                <w:iCs/>
                <w:lang w:val="de-DE"/>
              </w:rPr>
              <w:t>numrat</w:t>
            </w:r>
            <w:proofErr w:type="spellEnd"/>
            <w:r w:rsidR="007C6219" w:rsidRPr="007C6219">
              <w:rPr>
                <w:rFonts w:cs="Times New Roman"/>
                <w:i/>
                <w:iCs/>
                <w:lang w:val="de-DE"/>
              </w:rPr>
              <w:t xml:space="preserve">, </w:t>
            </w:r>
            <w:proofErr w:type="spellStart"/>
            <w:r w:rsidR="007C6219" w:rsidRPr="007C6219">
              <w:rPr>
                <w:rFonts w:cs="Times New Roman"/>
                <w:i/>
                <w:iCs/>
                <w:lang w:val="de-DE"/>
              </w:rPr>
              <w:t>format</w:t>
            </w:r>
            <w:proofErr w:type="spellEnd"/>
            <w:r w:rsidR="007C6219" w:rsidRPr="007C6219">
              <w:rPr>
                <w:rFonts w:cs="Times New Roman"/>
                <w:i/>
                <w:iCs/>
                <w:lang w:val="de-DE"/>
              </w:rPr>
              <w:t xml:space="preserve"> </w:t>
            </w:r>
            <w:proofErr w:type="spellStart"/>
            <w:r w:rsidR="007C6219" w:rsidRPr="007C6219">
              <w:rPr>
                <w:rFonts w:cs="Times New Roman"/>
                <w:i/>
                <w:iCs/>
                <w:lang w:val="de-DE"/>
              </w:rPr>
              <w:t>dhe</w:t>
            </w:r>
            <w:proofErr w:type="spellEnd"/>
            <w:r w:rsidR="007C6219" w:rsidRPr="007C6219">
              <w:rPr>
                <w:rFonts w:cs="Times New Roman"/>
                <w:i/>
                <w:iCs/>
                <w:lang w:val="de-DE"/>
              </w:rPr>
              <w:t xml:space="preserve"> </w:t>
            </w:r>
            <w:proofErr w:type="spellStart"/>
            <w:r w:rsidR="007C6219" w:rsidRPr="007C6219">
              <w:rPr>
                <w:rFonts w:cs="Times New Roman"/>
                <w:i/>
                <w:iCs/>
                <w:lang w:val="de-DE"/>
              </w:rPr>
              <w:t>konceptet</w:t>
            </w:r>
            <w:proofErr w:type="spellEnd"/>
            <w:r w:rsidR="007C6219" w:rsidRPr="007C6219">
              <w:rPr>
                <w:rFonts w:cs="Times New Roman"/>
                <w:i/>
                <w:iCs/>
                <w:lang w:val="de-DE"/>
              </w:rPr>
              <w:t xml:space="preserve"> e </w:t>
            </w:r>
            <w:proofErr w:type="spellStart"/>
            <w:r w:rsidR="007C6219" w:rsidRPr="007C6219">
              <w:rPr>
                <w:rFonts w:cs="Times New Roman"/>
                <w:i/>
                <w:iCs/>
                <w:lang w:val="de-DE"/>
              </w:rPr>
              <w:t>thjeshta</w:t>
            </w:r>
            <w:proofErr w:type="spellEnd"/>
            <w:r w:rsidR="007C6219" w:rsidRPr="007C6219">
              <w:rPr>
                <w:rFonts w:cs="Times New Roman"/>
                <w:i/>
                <w:iCs/>
                <w:lang w:val="de-DE"/>
              </w:rPr>
              <w:t xml:space="preserve"> </w:t>
            </w:r>
            <w:proofErr w:type="spellStart"/>
            <w:r w:rsidR="007C6219" w:rsidRPr="007C6219">
              <w:rPr>
                <w:rFonts w:cs="Times New Roman"/>
                <w:i/>
                <w:iCs/>
                <w:lang w:val="de-DE"/>
              </w:rPr>
              <w:t>matematikore</w:t>
            </w:r>
            <w:proofErr w:type="spellEnd"/>
            <w:r w:rsidR="007C6219" w:rsidRPr="007C6219">
              <w:rPr>
                <w:rFonts w:cs="Times New Roman"/>
                <w:i/>
                <w:iCs/>
                <w:lang w:val="de-DE"/>
              </w:rPr>
              <w:t xml:space="preserve"> </w:t>
            </w:r>
            <w:proofErr w:type="spellStart"/>
            <w:r w:rsidR="007C6219" w:rsidRPr="007C6219">
              <w:rPr>
                <w:rFonts w:cs="Times New Roman"/>
                <w:i/>
                <w:iCs/>
                <w:lang w:val="de-DE"/>
              </w:rPr>
              <w:t>duke</w:t>
            </w:r>
            <w:proofErr w:type="spellEnd"/>
            <w:r w:rsidR="007C6219" w:rsidRPr="007C6219">
              <w:rPr>
                <w:rFonts w:cs="Times New Roman"/>
                <w:i/>
                <w:iCs/>
                <w:lang w:val="de-DE"/>
              </w:rPr>
              <w:t xml:space="preserve"> i </w:t>
            </w:r>
            <w:proofErr w:type="spellStart"/>
            <w:r w:rsidR="007C6219" w:rsidRPr="007C6219">
              <w:rPr>
                <w:rFonts w:cs="Times New Roman"/>
                <w:i/>
                <w:iCs/>
                <w:lang w:val="de-DE"/>
              </w:rPr>
              <w:t>nderlidhur</w:t>
            </w:r>
            <w:proofErr w:type="spellEnd"/>
            <w:r w:rsidR="007C6219" w:rsidRPr="007C6219">
              <w:rPr>
                <w:rFonts w:cs="Times New Roman"/>
                <w:i/>
                <w:iCs/>
                <w:lang w:val="de-DE"/>
              </w:rPr>
              <w:t xml:space="preserve"> </w:t>
            </w:r>
            <w:proofErr w:type="spellStart"/>
            <w:r w:rsidR="007C6219" w:rsidRPr="007C6219">
              <w:rPr>
                <w:rFonts w:cs="Times New Roman"/>
                <w:i/>
                <w:iCs/>
                <w:lang w:val="de-DE"/>
              </w:rPr>
              <w:t>ato</w:t>
            </w:r>
            <w:proofErr w:type="spellEnd"/>
            <w:r w:rsidR="007C6219" w:rsidRPr="007C6219">
              <w:rPr>
                <w:rFonts w:cs="Times New Roman"/>
                <w:i/>
                <w:iCs/>
                <w:lang w:val="de-DE"/>
              </w:rPr>
              <w:t xml:space="preserve"> </w:t>
            </w:r>
            <w:proofErr w:type="spellStart"/>
            <w:r w:rsidR="007C6219" w:rsidRPr="007C6219">
              <w:rPr>
                <w:rFonts w:cs="Times New Roman"/>
                <w:i/>
                <w:iCs/>
                <w:lang w:val="de-DE"/>
              </w:rPr>
              <w:t>me</w:t>
            </w:r>
            <w:proofErr w:type="spellEnd"/>
            <w:r w:rsidR="007C6219" w:rsidRPr="007C6219">
              <w:rPr>
                <w:rFonts w:cs="Times New Roman"/>
                <w:i/>
                <w:iCs/>
                <w:lang w:val="de-DE"/>
              </w:rPr>
              <w:t xml:space="preserve"> </w:t>
            </w:r>
            <w:proofErr w:type="spellStart"/>
            <w:r w:rsidR="007C6219" w:rsidRPr="007C6219">
              <w:rPr>
                <w:rFonts w:cs="Times New Roman"/>
                <w:i/>
                <w:iCs/>
                <w:lang w:val="de-DE"/>
              </w:rPr>
              <w:t>situata</w:t>
            </w:r>
            <w:proofErr w:type="spellEnd"/>
            <w:r w:rsidR="007C6219" w:rsidRPr="007C6219">
              <w:rPr>
                <w:rFonts w:cs="Times New Roman"/>
                <w:i/>
                <w:iCs/>
                <w:lang w:val="de-DE"/>
              </w:rPr>
              <w:t xml:space="preserve"> konkrete</w:t>
            </w:r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.</w:t>
            </w:r>
          </w:p>
          <w:p w:rsidR="007C6219" w:rsidRPr="007C6219" w:rsidRDefault="007C6219" w:rsidP="007C6219">
            <w:pPr>
              <w:pStyle w:val="ListParagraph"/>
              <w:numPr>
                <w:ilvl w:val="1"/>
                <w:numId w:val="18"/>
              </w:numPr>
              <w:rPr>
                <w:rFonts w:cs="Times New Roman"/>
                <w:i/>
                <w:iCs/>
                <w:sz w:val="20"/>
                <w:szCs w:val="20"/>
                <w:lang w:val="de-DE"/>
              </w:rPr>
            </w:pP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Identifikon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vetitë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figurave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objekteve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ndryshme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klasifikon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figurat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objektet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sipas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këtyre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vetive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.</w:t>
            </w:r>
            <w:r w:rsidR="001B0AB0"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</w:p>
          <w:p w:rsidR="007C6219" w:rsidRPr="007C6219" w:rsidRDefault="001B0AB0" w:rsidP="007C6219">
            <w:pPr>
              <w:rPr>
                <w:rFonts w:cs="Times New Roman"/>
                <w:i/>
                <w:iCs/>
                <w:sz w:val="20"/>
                <w:szCs w:val="20"/>
                <w:lang w:val="de-DE"/>
              </w:rPr>
            </w:pPr>
            <w:r w:rsidRPr="007C6219">
              <w:rPr>
                <w:rStyle w:val="Strong"/>
                <w:rFonts w:cs="Times New Roman"/>
                <w:b w:val="0"/>
                <w:bCs w:val="0"/>
                <w:i/>
                <w:iCs/>
                <w:sz w:val="20"/>
                <w:szCs w:val="20"/>
                <w:lang w:val="de-DE"/>
              </w:rPr>
              <w:t>6.2</w:t>
            </w:r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Krijon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modele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thjeshta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figurave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gjeometrike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objekteve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nga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klasa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jeta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përditshme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. </w:t>
            </w:r>
          </w:p>
          <w:p w:rsidR="001B0AB0" w:rsidRPr="007C6219" w:rsidRDefault="001B0AB0" w:rsidP="007C6219">
            <w:pPr>
              <w:rPr>
                <w:i/>
                <w:iCs/>
                <w:sz w:val="20"/>
                <w:szCs w:val="20"/>
                <w:lang w:val="de-DE"/>
              </w:rPr>
            </w:pPr>
            <w:r w:rsidRPr="007C6219">
              <w:rPr>
                <w:rStyle w:val="Strong"/>
                <w:rFonts w:cs="Times New Roman"/>
                <w:b w:val="0"/>
                <w:bCs w:val="0"/>
                <w:i/>
                <w:iCs/>
                <w:sz w:val="20"/>
                <w:szCs w:val="20"/>
                <w:lang w:val="de-DE"/>
              </w:rPr>
              <w:t>8.1</w:t>
            </w:r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Përdor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teknologjinë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për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hulumtime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kalkulime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matje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me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qëllim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zgjidhjen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problemeve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ndryshme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matematikore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.</w:t>
            </w:r>
          </w:p>
        </w:tc>
      </w:tr>
      <w:tr w:rsidR="001B0AB0" w:rsidRPr="009E1A94" w:rsidTr="000D5A18">
        <w:trPr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1B0AB0" w:rsidRPr="00C84F42" w:rsidRDefault="001B0AB0" w:rsidP="00F63F2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</w:rPr>
              <w:t>Tema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</w:rPr>
              <w:t xml:space="preserve">-t </w:t>
            </w: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</w:rPr>
              <w:t>mësimore</w:t>
            </w:r>
            <w:proofErr w:type="spellEnd"/>
          </w:p>
        </w:tc>
        <w:tc>
          <w:tcPr>
            <w:tcW w:w="25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1B0AB0" w:rsidRPr="00C84F42" w:rsidRDefault="001B0AB0" w:rsidP="00F63F2F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>Rezultatet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>të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>nxënit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>për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>tema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>mësimore</w:t>
            </w:r>
            <w:proofErr w:type="spellEnd"/>
          </w:p>
          <w:p w:rsidR="001B0AB0" w:rsidRPr="00C84F42" w:rsidRDefault="001B0AB0" w:rsidP="00F63F2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84F42">
              <w:rPr>
                <w:rFonts w:cs="Times New Roman"/>
                <w:b/>
                <w:bCs/>
                <w:sz w:val="20"/>
                <w:szCs w:val="20"/>
                <w:shd w:val="clear" w:color="auto" w:fill="E0E0E0"/>
              </w:rPr>
              <w:t>RNL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1B0AB0" w:rsidRPr="00C84F42" w:rsidRDefault="001B0AB0" w:rsidP="00F63F2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</w:rPr>
              <w:t>Njësitë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</w:p>
          <w:p w:rsidR="001B0AB0" w:rsidRPr="00C84F42" w:rsidRDefault="001B0AB0" w:rsidP="00F63F2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</w:rPr>
              <w:t>Mësimore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extDirection w:val="btLr"/>
          </w:tcPr>
          <w:p w:rsidR="001B0AB0" w:rsidRPr="00C84F42" w:rsidRDefault="001B0AB0" w:rsidP="00F63F2F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84F42">
              <w:rPr>
                <w:rFonts w:cs="Times New Roman"/>
                <w:b/>
                <w:bCs/>
                <w:sz w:val="20"/>
                <w:szCs w:val="20"/>
              </w:rPr>
              <w:t xml:space="preserve">Koha e </w:t>
            </w: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</w:rPr>
              <w:t>mësimore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</w:rPr>
              <w:t>orë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</w:rPr>
              <w:t>mësimore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1B0AB0" w:rsidRPr="00C84F42" w:rsidRDefault="001B0AB0" w:rsidP="00F63F2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C84F42">
              <w:rPr>
                <w:rFonts w:cs="Times New Roman"/>
                <w:b/>
                <w:bCs/>
                <w:sz w:val="20"/>
                <w:szCs w:val="20"/>
              </w:rPr>
              <w:t>Metodologjia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</w:rPr>
              <w:t xml:space="preserve">  e</w:t>
            </w:r>
            <w:proofErr w:type="gramEnd"/>
            <w:r w:rsidRPr="00C84F42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</w:rPr>
              <w:t>mësimdhënies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1B0AB0" w:rsidRPr="00C84F42" w:rsidRDefault="001B0AB0" w:rsidP="00F63F2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C84F42">
              <w:rPr>
                <w:rFonts w:cs="Times New Roman"/>
                <w:b/>
                <w:bCs/>
                <w:sz w:val="20"/>
                <w:szCs w:val="20"/>
              </w:rPr>
              <w:t>Metodologjia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</w:rPr>
              <w:t xml:space="preserve">  e</w:t>
            </w:r>
            <w:proofErr w:type="gramEnd"/>
            <w:r w:rsidRPr="00C84F42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</w:rPr>
              <w:t>vlerësimit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1B0AB0" w:rsidRPr="00C84F42" w:rsidRDefault="001B0AB0" w:rsidP="00F63F2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C84F42">
              <w:rPr>
                <w:rFonts w:cs="Times New Roman"/>
                <w:b/>
                <w:sz w:val="20"/>
                <w:szCs w:val="20"/>
              </w:rPr>
              <w:t>Ndërlidhja</w:t>
            </w:r>
            <w:proofErr w:type="spellEnd"/>
            <w:r w:rsidRPr="00C84F42">
              <w:rPr>
                <w:rFonts w:cs="Times New Roman"/>
                <w:b/>
                <w:sz w:val="20"/>
                <w:szCs w:val="20"/>
              </w:rPr>
              <w:t xml:space="preserve"> me </w:t>
            </w:r>
            <w:proofErr w:type="spellStart"/>
            <w:r w:rsidRPr="00C84F42">
              <w:rPr>
                <w:rFonts w:cs="Times New Roman"/>
                <w:b/>
                <w:sz w:val="20"/>
                <w:szCs w:val="20"/>
              </w:rPr>
              <w:t>lëndë</w:t>
            </w:r>
            <w:proofErr w:type="spellEnd"/>
            <w:r w:rsidRPr="00C84F42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b/>
                <w:sz w:val="20"/>
                <w:szCs w:val="20"/>
              </w:rPr>
              <w:t>tjera</w:t>
            </w:r>
            <w:proofErr w:type="spellEnd"/>
            <w:r w:rsidRPr="00C84F42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b/>
                <w:sz w:val="20"/>
                <w:szCs w:val="20"/>
              </w:rPr>
              <w:t>mësimore</w:t>
            </w:r>
            <w:proofErr w:type="spellEnd"/>
            <w:r w:rsidRPr="00C84F42">
              <w:rPr>
                <w:rFonts w:cs="Times New Roman"/>
                <w:b/>
                <w:sz w:val="20"/>
                <w:szCs w:val="20"/>
              </w:rPr>
              <w:t xml:space="preserve">, </w:t>
            </w:r>
            <w:proofErr w:type="gramStart"/>
            <w:r w:rsidRPr="00C84F42">
              <w:rPr>
                <w:rFonts w:cs="Times New Roman"/>
                <w:b/>
                <w:sz w:val="20"/>
                <w:szCs w:val="20"/>
              </w:rPr>
              <w:t xml:space="preserve">me  </w:t>
            </w:r>
            <w:proofErr w:type="spellStart"/>
            <w:r w:rsidRPr="00C84F42">
              <w:rPr>
                <w:rFonts w:cs="Times New Roman"/>
                <w:b/>
                <w:sz w:val="20"/>
                <w:szCs w:val="20"/>
              </w:rPr>
              <w:t>çështjet</w:t>
            </w:r>
            <w:proofErr w:type="spellEnd"/>
            <w:proofErr w:type="gramEnd"/>
            <w:r w:rsidRPr="00C84F42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b/>
                <w:sz w:val="20"/>
                <w:szCs w:val="20"/>
              </w:rPr>
              <w:t>ndërkurrikulare</w:t>
            </w:r>
            <w:proofErr w:type="spellEnd"/>
            <w:r w:rsidRPr="00C84F42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1B0AB0" w:rsidRPr="009E1A94" w:rsidRDefault="001B0AB0" w:rsidP="00F63F2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9E1A94">
              <w:rPr>
                <w:b/>
                <w:bCs/>
                <w:sz w:val="20"/>
                <w:szCs w:val="20"/>
              </w:rPr>
              <w:t>Burimet</w:t>
            </w:r>
            <w:proofErr w:type="spellEnd"/>
          </w:p>
        </w:tc>
      </w:tr>
      <w:tr w:rsidR="001B0AB0" w:rsidRPr="00B62707" w:rsidTr="000D5A18">
        <w:tc>
          <w:tcPr>
            <w:tcW w:w="15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34465" w:rsidRPr="00B34465" w:rsidRDefault="00B34465" w:rsidP="00F63F2F">
            <w:pPr>
              <w:rPr>
                <w:rFonts w:cs="Times New Roman"/>
                <w:b/>
                <w:sz w:val="20"/>
                <w:szCs w:val="20"/>
              </w:rPr>
            </w:pPr>
            <w:r w:rsidRPr="00B34465">
              <w:rPr>
                <w:rFonts w:cs="Times New Roman"/>
                <w:b/>
                <w:sz w:val="20"/>
                <w:szCs w:val="20"/>
              </w:rPr>
              <w:t>4</w:t>
            </w:r>
            <w:r w:rsidRPr="00B34465">
              <w:rPr>
                <w:rFonts w:cs="Times New Roman"/>
                <w:b/>
                <w:sz w:val="20"/>
                <w:szCs w:val="20"/>
              </w:rPr>
              <w:t xml:space="preserve">.Numrat </w:t>
            </w:r>
            <w:proofErr w:type="spellStart"/>
            <w:r w:rsidRPr="00B34465">
              <w:rPr>
                <w:rFonts w:cs="Times New Roman"/>
                <w:b/>
                <w:sz w:val="20"/>
                <w:szCs w:val="20"/>
              </w:rPr>
              <w:t>racionalë</w:t>
            </w:r>
            <w:proofErr w:type="spellEnd"/>
            <w:r w:rsidRPr="00B34465">
              <w:rPr>
                <w:rFonts w:cs="Times New Roman"/>
                <w:b/>
                <w:sz w:val="20"/>
                <w:szCs w:val="20"/>
              </w:rPr>
              <w:t xml:space="preserve">   </w:t>
            </w:r>
          </w:p>
          <w:p w:rsidR="00B34465" w:rsidRPr="00B34465" w:rsidRDefault="00B34465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B34465" w:rsidRPr="00B34465" w:rsidRDefault="00B34465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B34465" w:rsidRPr="00B34465" w:rsidRDefault="00B34465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B34465" w:rsidRPr="00B34465" w:rsidRDefault="00B34465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B34465" w:rsidRPr="00B34465" w:rsidRDefault="00B34465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B34465" w:rsidRPr="00B34465" w:rsidRDefault="00B34465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B34465" w:rsidRPr="00B34465" w:rsidRDefault="00B34465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B34465" w:rsidRPr="00B34465" w:rsidRDefault="00B34465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B34465" w:rsidRPr="00B34465" w:rsidRDefault="00B34465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B34465" w:rsidRPr="00B34465" w:rsidRDefault="00B34465" w:rsidP="00F63F2F">
            <w:pPr>
              <w:rPr>
                <w:rFonts w:cs="Times New Roman"/>
                <w:b/>
                <w:sz w:val="20"/>
                <w:szCs w:val="20"/>
              </w:rPr>
            </w:pPr>
            <w:r w:rsidRPr="00B34465">
              <w:rPr>
                <w:rFonts w:cs="Times New Roman"/>
                <w:b/>
                <w:sz w:val="20"/>
                <w:szCs w:val="20"/>
              </w:rPr>
              <w:t>5. G</w:t>
            </w:r>
            <w:proofErr w:type="spellStart"/>
            <w:r w:rsidRPr="00B34465">
              <w:rPr>
                <w:rFonts w:cs="Times New Roman"/>
                <w:b/>
                <w:sz w:val="20"/>
                <w:szCs w:val="20"/>
              </w:rPr>
              <w:t>jeometria</w:t>
            </w:r>
            <w:proofErr w:type="spellEnd"/>
            <w:r w:rsidRPr="00B34465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b/>
                <w:sz w:val="20"/>
                <w:szCs w:val="20"/>
              </w:rPr>
              <w:t>në</w:t>
            </w:r>
            <w:proofErr w:type="spellEnd"/>
            <w:r w:rsidRPr="00B34465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b/>
                <w:sz w:val="20"/>
                <w:szCs w:val="20"/>
              </w:rPr>
              <w:t>rrafsh</w:t>
            </w:r>
            <w:proofErr w:type="spellEnd"/>
            <w:r w:rsidRPr="00B34465">
              <w:rPr>
                <w:rFonts w:cs="Times New Roman"/>
                <w:b/>
                <w:sz w:val="20"/>
                <w:szCs w:val="20"/>
              </w:rPr>
              <w:t xml:space="preserve"> (2)   </w:t>
            </w:r>
          </w:p>
          <w:p w:rsidR="00B34465" w:rsidRPr="00B34465" w:rsidRDefault="00B34465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B34465" w:rsidRPr="00B34465" w:rsidRDefault="00B34465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B34465" w:rsidRPr="00B34465" w:rsidRDefault="00B34465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B34465" w:rsidRPr="00B34465" w:rsidRDefault="00B34465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B34465" w:rsidRPr="00B34465" w:rsidRDefault="00B34465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B34465" w:rsidRPr="00B34465" w:rsidRDefault="00B34465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B34465" w:rsidRPr="00B34465" w:rsidRDefault="00B34465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B34465" w:rsidRPr="00B34465" w:rsidRDefault="00B34465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B34465" w:rsidRPr="00B34465" w:rsidRDefault="00B34465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B34465" w:rsidRPr="00B34465" w:rsidRDefault="00B34465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B34465" w:rsidRPr="00B34465" w:rsidRDefault="00B34465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B34465" w:rsidRPr="00B34465" w:rsidRDefault="00B34465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B0AB0" w:rsidRPr="00B34465" w:rsidRDefault="00B34465" w:rsidP="00F63F2F">
            <w:pPr>
              <w:rPr>
                <w:rFonts w:cs="Times New Roman"/>
                <w:b/>
                <w:sz w:val="20"/>
                <w:szCs w:val="20"/>
              </w:rPr>
            </w:pPr>
            <w:r w:rsidRPr="00B34465">
              <w:rPr>
                <w:rFonts w:cs="Times New Roman"/>
                <w:b/>
                <w:sz w:val="20"/>
                <w:szCs w:val="20"/>
              </w:rPr>
              <w:t>6. Fuqitë</w:t>
            </w:r>
          </w:p>
          <w:p w:rsidR="001B0AB0" w:rsidRPr="00B34465" w:rsidRDefault="001B0AB0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B0AB0" w:rsidRPr="00B34465" w:rsidRDefault="001B0AB0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B0AB0" w:rsidRPr="00B34465" w:rsidRDefault="001B0AB0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B0AB0" w:rsidRPr="00B34465" w:rsidRDefault="001B0AB0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B0AB0" w:rsidRPr="00B34465" w:rsidRDefault="001B0AB0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B0AB0" w:rsidRPr="00B34465" w:rsidRDefault="001B0AB0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B0AB0" w:rsidRPr="00B34465" w:rsidRDefault="001B0AB0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B0AB0" w:rsidRPr="00B34465" w:rsidRDefault="001B0AB0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B0AB0" w:rsidRPr="00B34465" w:rsidRDefault="001B0AB0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B0AB0" w:rsidRPr="00B34465" w:rsidRDefault="001B0AB0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B0AB0" w:rsidRPr="00B34465" w:rsidRDefault="001B0AB0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B0AB0" w:rsidRPr="00B34465" w:rsidRDefault="001B0AB0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B0AB0" w:rsidRPr="00B34465" w:rsidRDefault="001B0AB0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B0AB0" w:rsidRPr="00B34465" w:rsidRDefault="001B0AB0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B0AB0" w:rsidRPr="00B34465" w:rsidRDefault="001B0AB0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B0AB0" w:rsidRPr="00B34465" w:rsidRDefault="001B0AB0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B0AB0" w:rsidRPr="00B34465" w:rsidRDefault="001B0AB0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B0AB0" w:rsidRPr="00B34465" w:rsidRDefault="001B0AB0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B0AB0" w:rsidRPr="00B34465" w:rsidRDefault="001B0AB0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B0AB0" w:rsidRPr="00B34465" w:rsidRDefault="001B0AB0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B0AB0" w:rsidRPr="00B34465" w:rsidRDefault="001B0AB0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B0AB0" w:rsidRPr="00B34465" w:rsidRDefault="001B0AB0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B0AB0" w:rsidRPr="00B34465" w:rsidRDefault="001B0AB0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B0AB0" w:rsidRPr="00B34465" w:rsidRDefault="001B0AB0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B0AB0" w:rsidRPr="00B34465" w:rsidRDefault="001B0AB0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B0AB0" w:rsidRPr="00B34465" w:rsidRDefault="001B0AB0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B0AB0" w:rsidRPr="00B34465" w:rsidRDefault="001B0AB0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B0AB0" w:rsidRPr="00B34465" w:rsidRDefault="001B0AB0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B0AB0" w:rsidRPr="00B34465" w:rsidRDefault="001B0AB0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B0AB0" w:rsidRPr="00B34465" w:rsidRDefault="001B0AB0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B0AB0" w:rsidRPr="00B34465" w:rsidRDefault="001B0AB0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B0AB0" w:rsidRPr="00B34465" w:rsidRDefault="001B0AB0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B0AB0" w:rsidRPr="00B34465" w:rsidRDefault="001B0AB0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B0AB0" w:rsidRPr="00B34465" w:rsidRDefault="001B0AB0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B0AB0" w:rsidRPr="00B34465" w:rsidRDefault="001B0AB0" w:rsidP="00F63F2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8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B34465" w:rsidRPr="00B34465" w:rsidRDefault="00B34465" w:rsidP="00B34465">
            <w:pPr>
              <w:spacing w:after="40"/>
              <w:rPr>
                <w:rFonts w:cs="Times New Roman"/>
                <w:sz w:val="20"/>
                <w:szCs w:val="20"/>
              </w:rPr>
            </w:pPr>
            <w:r w:rsidRPr="00B34465">
              <w:rPr>
                <w:rFonts w:cs="Times New Roman"/>
                <w:b/>
                <w:sz w:val="20"/>
                <w:szCs w:val="20"/>
              </w:rPr>
              <w:lastRenderedPageBreak/>
              <w:t>TEMA</w:t>
            </w:r>
            <w:r>
              <w:rPr>
                <w:rFonts w:cs="Times New Roman"/>
                <w:b/>
                <w:sz w:val="20"/>
                <w:szCs w:val="20"/>
              </w:rPr>
              <w:t xml:space="preserve"> 4</w:t>
            </w:r>
            <w:r w:rsidRPr="00B34465">
              <w:rPr>
                <w:rFonts w:cs="Times New Roman"/>
                <w:b/>
                <w:sz w:val="20"/>
                <w:szCs w:val="20"/>
              </w:rPr>
              <w:t>:</w:t>
            </w:r>
          </w:p>
          <w:p w:rsidR="00B34465" w:rsidRP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 w:rsidRPr="00B34465">
              <w:rPr>
                <w:rFonts w:cs="Times New Roman"/>
                <w:sz w:val="20"/>
                <w:szCs w:val="20"/>
              </w:rPr>
              <w:t xml:space="preserve">•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Dallon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numrat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racionalë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pozitivë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dhe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negativë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dhe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paraqet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në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drejtëzën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numerike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>.</w:t>
            </w:r>
          </w:p>
          <w:p w:rsidR="00B34465" w:rsidRP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  <w:lang w:val="de-DE"/>
              </w:rPr>
            </w:pPr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Përcakton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vlerën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absolute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dhe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krahason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numrat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lastRenderedPageBreak/>
              <w:t>racionalë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>.</w:t>
            </w:r>
          </w:p>
          <w:p w:rsidR="00B34465" w:rsidRP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  <w:lang w:val="de-DE"/>
              </w:rPr>
            </w:pPr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Njehson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shumën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ndryshimin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prodhimin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dhe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herësin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numrave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racionalë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>.</w:t>
            </w:r>
          </w:p>
          <w:p w:rsidR="00B34465" w:rsidRP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  <w:lang w:val="de-DE"/>
              </w:rPr>
            </w:pPr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Përkufizon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bashkësinë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numrave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racionalë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si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bashkësi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të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mbyllur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ndaj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veprimeve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përkatëse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>.</w:t>
            </w:r>
          </w:p>
          <w:p w:rsidR="00B34465" w:rsidRP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  <w:lang w:val="de-DE"/>
              </w:rPr>
            </w:pPr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Njehson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vlerën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shprehjeve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me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numra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racionalë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dhe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zbaton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radhën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veprimeve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>.</w:t>
            </w:r>
          </w:p>
          <w:p w:rsidR="00B34465" w:rsidRPr="00B34465" w:rsidRDefault="00B34465" w:rsidP="00B34465">
            <w:pPr>
              <w:spacing w:after="40"/>
              <w:rPr>
                <w:rFonts w:cs="Times New Roman"/>
                <w:sz w:val="20"/>
                <w:szCs w:val="20"/>
                <w:lang w:val="de-DE"/>
              </w:rPr>
            </w:pPr>
          </w:p>
          <w:p w:rsidR="00B34465" w:rsidRPr="00B34465" w:rsidRDefault="00B34465" w:rsidP="00B34465">
            <w:pPr>
              <w:spacing w:after="40"/>
              <w:rPr>
                <w:rFonts w:cs="Times New Roman"/>
                <w:sz w:val="20"/>
                <w:szCs w:val="20"/>
                <w:lang w:val="de-DE"/>
              </w:rPr>
            </w:pPr>
            <w:r w:rsidRPr="00B34465">
              <w:rPr>
                <w:rFonts w:cs="Times New Roman"/>
                <w:b/>
                <w:sz w:val="20"/>
                <w:szCs w:val="20"/>
                <w:lang w:val="de-DE"/>
              </w:rPr>
              <w:t>TEMA</w:t>
            </w:r>
            <w:r>
              <w:rPr>
                <w:rFonts w:cs="Times New Roman"/>
                <w:b/>
                <w:sz w:val="20"/>
                <w:szCs w:val="20"/>
                <w:lang w:val="de-DE"/>
              </w:rPr>
              <w:t xml:space="preserve"> 5</w:t>
            </w:r>
            <w:r w:rsidRPr="00B34465">
              <w:rPr>
                <w:rFonts w:cs="Times New Roman"/>
                <w:b/>
                <w:sz w:val="20"/>
                <w:szCs w:val="20"/>
                <w:lang w:val="de-DE"/>
              </w:rPr>
              <w:t xml:space="preserve">: </w:t>
            </w:r>
          </w:p>
          <w:p w:rsidR="00B34465" w:rsidRP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  <w:lang w:val="de-DE"/>
              </w:rPr>
            </w:pPr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Përkufizon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shumëkëndëshin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sipërfaqen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shumëkëndëshe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dhe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shumëkëndëshin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rregullt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>.</w:t>
            </w:r>
          </w:p>
          <w:p w:rsidR="00B34465" w:rsidRP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  <w:lang w:val="de-DE"/>
              </w:rPr>
            </w:pPr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Konstrukton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disa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shumëkëndësha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të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rregullt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>.</w:t>
            </w:r>
          </w:p>
          <w:p w:rsidR="00B34465" w:rsidRP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  <w:lang w:val="de-DE"/>
              </w:rPr>
            </w:pPr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Zbulon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dhe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përdor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marrëdhëniet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këndeve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të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brendshme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dhe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të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jashtme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të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trekëndëshit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>.</w:t>
            </w:r>
          </w:p>
          <w:p w:rsidR="00B34465" w:rsidRP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  <w:lang w:val="de-DE"/>
              </w:rPr>
            </w:pPr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Cakton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shumën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këndeve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të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brendshme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të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shumëkëndëshave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dhe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numrin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diagonaleve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>.</w:t>
            </w:r>
          </w:p>
          <w:p w:rsidR="00B34465" w:rsidRP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  <w:lang w:val="de-DE"/>
              </w:rPr>
            </w:pPr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Përshkruan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emërton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dhe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klasifikon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katërkëndëshat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sipas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vetive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të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tyre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>.</w:t>
            </w:r>
          </w:p>
          <w:p w:rsidR="00B34465" w:rsidRP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  <w:lang w:val="de-DE"/>
              </w:rPr>
            </w:pPr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Përkufizon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paralelogramet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dhe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identifikon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llojet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dhe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vetitë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tyre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>.</w:t>
            </w:r>
          </w:p>
          <w:p w:rsidR="00B34465" w:rsidRPr="00B34465" w:rsidRDefault="00B34465" w:rsidP="00B34465">
            <w:pPr>
              <w:spacing w:after="40"/>
              <w:rPr>
                <w:rFonts w:cs="Times New Roman"/>
                <w:sz w:val="20"/>
                <w:szCs w:val="20"/>
                <w:lang w:val="de-DE"/>
              </w:rPr>
            </w:pPr>
          </w:p>
          <w:p w:rsidR="00B34465" w:rsidRPr="00B34465" w:rsidRDefault="00B34465" w:rsidP="00B34465">
            <w:pPr>
              <w:spacing w:after="40"/>
              <w:rPr>
                <w:rFonts w:cs="Times New Roman"/>
                <w:sz w:val="20"/>
                <w:szCs w:val="20"/>
              </w:rPr>
            </w:pPr>
            <w:r w:rsidRPr="00B34465">
              <w:rPr>
                <w:rFonts w:cs="Times New Roman"/>
                <w:b/>
                <w:sz w:val="20"/>
                <w:szCs w:val="20"/>
              </w:rPr>
              <w:t>TEMA</w:t>
            </w:r>
            <w:r>
              <w:rPr>
                <w:rFonts w:cs="Times New Roman"/>
                <w:b/>
                <w:sz w:val="20"/>
                <w:szCs w:val="20"/>
              </w:rPr>
              <w:t xml:space="preserve"> 6:</w:t>
            </w:r>
          </w:p>
          <w:p w:rsidR="00B34465" w:rsidRP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 w:rsidRPr="00B34465">
              <w:rPr>
                <w:rFonts w:cs="Times New Roman"/>
                <w:sz w:val="20"/>
                <w:szCs w:val="20"/>
              </w:rPr>
              <w:t xml:space="preserve">•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Lexon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dhe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shkruan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fuqitë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me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eksponent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numër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natyror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>.</w:t>
            </w:r>
          </w:p>
          <w:p w:rsidR="00B34465" w:rsidRP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 w:rsidRPr="00B34465">
              <w:rPr>
                <w:rFonts w:cs="Times New Roman"/>
                <w:sz w:val="20"/>
                <w:szCs w:val="20"/>
              </w:rPr>
              <w:t xml:space="preserve">•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Njehson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vlerën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e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fuqisë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me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bazë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numër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racional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dhe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përdor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vetitë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e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fuqive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>.</w:t>
            </w:r>
          </w:p>
          <w:p w:rsidR="00B34465" w:rsidRP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  <w:lang w:val="de-DE"/>
              </w:rPr>
            </w:pPr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Dallon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rastet kur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vlera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fuqisë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është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pozitive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apo negative.</w:t>
            </w:r>
          </w:p>
          <w:p w:rsidR="00B34465" w:rsidRP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  <w:lang w:val="de-DE"/>
              </w:rPr>
            </w:pPr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Shpreh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numra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në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trajtë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shkencore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>.</w:t>
            </w:r>
          </w:p>
          <w:p w:rsidR="00B34465" w:rsidRP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  <w:lang w:val="de-DE"/>
              </w:rPr>
            </w:pPr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Interpreton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rrënjën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katrore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r w:rsidRPr="00B34465">
              <w:rPr>
                <w:rFonts w:cs="Times New Roman"/>
                <w:sz w:val="20"/>
                <w:szCs w:val="20"/>
                <w:lang w:val="de-DE"/>
              </w:rPr>
              <w:lastRenderedPageBreak/>
              <w:t xml:space="preserve">si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veprim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të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kundërt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të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ngritjes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në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katror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dhe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njehson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  <w:lang w:val="de-DE"/>
              </w:rPr>
              <w:t>atë</w:t>
            </w:r>
            <w:proofErr w:type="spellEnd"/>
            <w:r w:rsidRPr="00B34465">
              <w:rPr>
                <w:rFonts w:cs="Times New Roman"/>
                <w:sz w:val="20"/>
                <w:szCs w:val="20"/>
                <w:lang w:val="de-DE"/>
              </w:rPr>
              <w:t>.</w:t>
            </w:r>
          </w:p>
          <w:p w:rsidR="001B0AB0" w:rsidRPr="00B34465" w:rsidRDefault="00B34465" w:rsidP="00B34465">
            <w:pPr>
              <w:pStyle w:val="ListParagraph"/>
              <w:ind w:left="0" w:firstLine="34"/>
              <w:rPr>
                <w:rFonts w:cs="Times New Roman"/>
                <w:sz w:val="20"/>
                <w:szCs w:val="20"/>
                <w:lang w:val="de-DE"/>
              </w:rPr>
            </w:pPr>
            <w:r w:rsidRPr="00B34465">
              <w:rPr>
                <w:rFonts w:cs="Times New Roman"/>
                <w:sz w:val="20"/>
                <w:szCs w:val="20"/>
              </w:rPr>
              <w:t xml:space="preserve">•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Përdor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kalkulatorin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për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njehsime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me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fuqi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dhe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rrënjë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0AB0" w:rsidRPr="00B34465" w:rsidRDefault="001B0AB0" w:rsidP="00F63F2F">
            <w:pPr>
              <w:rPr>
                <w:rFonts w:cs="Times New Roman"/>
                <w:sz w:val="20"/>
                <w:szCs w:val="20"/>
              </w:rPr>
            </w:pPr>
            <w:r w:rsidRPr="00B34465">
              <w:rPr>
                <w:rFonts w:cs="Times New Roman"/>
                <w:sz w:val="20"/>
                <w:szCs w:val="20"/>
              </w:rPr>
              <w:lastRenderedPageBreak/>
              <w:t xml:space="preserve">TEMA </w:t>
            </w:r>
            <w:r w:rsidR="00B34465">
              <w:rPr>
                <w:rFonts w:cs="Times New Roman"/>
                <w:sz w:val="20"/>
                <w:szCs w:val="20"/>
              </w:rPr>
              <w:t>4</w:t>
            </w:r>
            <w:r w:rsidRPr="00B34465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B34465" w:rsidRPr="00B34465" w:rsidRDefault="001B0AB0" w:rsidP="00B34465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 w:rsidRPr="00B34465">
              <w:rPr>
                <w:rFonts w:cs="Times New Roman"/>
                <w:sz w:val="20"/>
                <w:szCs w:val="20"/>
              </w:rPr>
              <w:t>1</w:t>
            </w:r>
            <w:r w:rsidR="00B34465" w:rsidRPr="00B34465">
              <w:rPr>
                <w:rFonts w:cs="Times New Roman"/>
                <w:sz w:val="20"/>
                <w:szCs w:val="20"/>
              </w:rPr>
              <w:t>.</w:t>
            </w:r>
            <w:r w:rsid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B34465" w:rsidRPr="00B34465">
              <w:rPr>
                <w:rFonts w:cs="Times New Roman"/>
                <w:sz w:val="20"/>
                <w:szCs w:val="20"/>
              </w:rPr>
              <w:t>Kuptimi</w:t>
            </w:r>
            <w:proofErr w:type="spellEnd"/>
            <w:r w:rsidR="00B34465"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B34465" w:rsidRPr="00B34465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="00B34465"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B34465" w:rsidRPr="00B34465">
              <w:rPr>
                <w:rFonts w:cs="Times New Roman"/>
                <w:sz w:val="20"/>
                <w:szCs w:val="20"/>
              </w:rPr>
              <w:t>numrit</w:t>
            </w:r>
            <w:proofErr w:type="spellEnd"/>
            <w:r w:rsidR="00B34465"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B34465" w:rsidRPr="00B34465">
              <w:rPr>
                <w:rFonts w:cs="Times New Roman"/>
                <w:sz w:val="20"/>
                <w:szCs w:val="20"/>
              </w:rPr>
              <w:t>racional</w:t>
            </w:r>
            <w:proofErr w:type="spellEnd"/>
          </w:p>
          <w:p w:rsid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</w:t>
            </w:r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Vlera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absolute e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numrit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Krahasimi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numrave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racionalë</w:t>
            </w:r>
            <w:proofErr w:type="spellEnd"/>
          </w:p>
          <w:p w:rsidR="00B34465" w:rsidRP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3. </w:t>
            </w:r>
            <w:proofErr w:type="spellStart"/>
            <w:r>
              <w:rPr>
                <w:rFonts w:cs="Times New Roman"/>
                <w:sz w:val="20"/>
                <w:szCs w:val="20"/>
              </w:rPr>
              <w:t>Ushtrime</w:t>
            </w:r>
            <w:proofErr w:type="spellEnd"/>
          </w:p>
          <w:p w:rsidR="00B34465" w:rsidRP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4.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Mbledhja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dhe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zbritja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e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lastRenderedPageBreak/>
              <w:t>numrave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racionalë</w:t>
            </w:r>
            <w:proofErr w:type="spellEnd"/>
          </w:p>
          <w:p w:rsid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  <w:r w:rsidRPr="00B34465"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Shumëzimi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dhe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pjesëtimi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dy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numrave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racionalë</w:t>
            </w:r>
            <w:proofErr w:type="spellEnd"/>
          </w:p>
          <w:p w:rsidR="00B34465" w:rsidRP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6. </w:t>
            </w:r>
            <w:proofErr w:type="spellStart"/>
            <w:r>
              <w:rPr>
                <w:rFonts w:cs="Times New Roman"/>
                <w:sz w:val="20"/>
                <w:szCs w:val="20"/>
              </w:rPr>
              <w:t>Ushtrime</w:t>
            </w:r>
            <w:proofErr w:type="spellEnd"/>
          </w:p>
          <w:p w:rsid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7.</w:t>
            </w:r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Shprehje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aritmetike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me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numra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racionalë</w:t>
            </w:r>
            <w:proofErr w:type="spellEnd"/>
          </w:p>
          <w:p w:rsid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</w:p>
          <w:p w:rsid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TEMA 5:</w:t>
            </w:r>
          </w:p>
          <w:p w:rsidR="00B34465" w:rsidRP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</w:p>
          <w:p w:rsidR="00B34465" w:rsidRP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8.</w:t>
            </w:r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Shumëkëndëshat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Shumëkëndëshat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e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rregullt</w:t>
            </w:r>
            <w:proofErr w:type="spellEnd"/>
          </w:p>
          <w:p w:rsid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9.</w:t>
            </w:r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Konstruktimi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shumëkëndëshave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të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rregullt</w:t>
            </w:r>
            <w:proofErr w:type="spellEnd"/>
          </w:p>
          <w:p w:rsid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10. </w:t>
            </w:r>
            <w:proofErr w:type="spellStart"/>
            <w:r>
              <w:rPr>
                <w:rFonts w:cs="Times New Roman"/>
                <w:sz w:val="20"/>
                <w:szCs w:val="20"/>
              </w:rPr>
              <w:t>Ushtrime</w:t>
            </w:r>
            <w:proofErr w:type="spellEnd"/>
          </w:p>
          <w:p w:rsidR="00B34465" w:rsidRP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11.</w:t>
            </w:r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Trekëndëshi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Shuma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e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këndeve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të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brendshme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në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trekëndësh</w:t>
            </w:r>
            <w:proofErr w:type="spellEnd"/>
          </w:p>
          <w:p w:rsid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12.</w:t>
            </w:r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Këndet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e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jashtme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të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trekëndëshit</w:t>
            </w:r>
            <w:proofErr w:type="spellEnd"/>
          </w:p>
          <w:p w:rsidR="00B34465" w:rsidRP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13. </w:t>
            </w:r>
            <w:proofErr w:type="spellStart"/>
            <w:r>
              <w:rPr>
                <w:rFonts w:cs="Times New Roman"/>
                <w:sz w:val="20"/>
                <w:szCs w:val="20"/>
              </w:rPr>
              <w:t>Ushtrime</w:t>
            </w:r>
            <w:proofErr w:type="spellEnd"/>
          </w:p>
          <w:p w:rsidR="00B34465" w:rsidRP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14.</w:t>
            </w:r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Katërkëndëshat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Shuma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e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këndeve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të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brendshme</w:t>
            </w:r>
            <w:proofErr w:type="spellEnd"/>
          </w:p>
          <w:p w:rsid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15.</w:t>
            </w:r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Shuma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e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këndeve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të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brendshme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të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shumëkëndëshit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konveks</w:t>
            </w:r>
            <w:proofErr w:type="spellEnd"/>
          </w:p>
          <w:p w:rsidR="00B05EAF" w:rsidRPr="00B34465" w:rsidRDefault="00B05EAF" w:rsidP="00B34465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16. </w:t>
            </w:r>
            <w:proofErr w:type="spellStart"/>
            <w:r>
              <w:rPr>
                <w:rFonts w:cs="Times New Roman"/>
                <w:sz w:val="20"/>
                <w:szCs w:val="20"/>
              </w:rPr>
              <w:t>Ushtrime</w:t>
            </w:r>
            <w:proofErr w:type="spellEnd"/>
          </w:p>
          <w:p w:rsidR="00B34465" w:rsidRP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B05EAF">
              <w:rPr>
                <w:rFonts w:cs="Times New Roman"/>
                <w:sz w:val="20"/>
                <w:szCs w:val="20"/>
              </w:rPr>
              <w:t>7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Diagonalet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e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shumëkëndëshave</w:t>
            </w:r>
            <w:proofErr w:type="spellEnd"/>
          </w:p>
          <w:p w:rsidR="00B34465" w:rsidRP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B05EAF">
              <w:rPr>
                <w:rFonts w:cs="Times New Roman"/>
                <w:sz w:val="20"/>
                <w:szCs w:val="20"/>
              </w:rPr>
              <w:t>8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Trapezi</w:t>
            </w:r>
            <w:proofErr w:type="spellEnd"/>
          </w:p>
          <w:p w:rsidR="00B34465" w:rsidRP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B05EAF">
              <w:rPr>
                <w:rFonts w:cs="Times New Roman"/>
                <w:sz w:val="20"/>
                <w:szCs w:val="20"/>
              </w:rPr>
              <w:t>9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Paralelogrami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Veti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të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paralelogramit</w:t>
            </w:r>
            <w:proofErr w:type="spellEnd"/>
          </w:p>
          <w:p w:rsidR="00B34465" w:rsidRDefault="00B05EAF" w:rsidP="00B34465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</w:t>
            </w:r>
            <w:r w:rsidR="00B34465">
              <w:rPr>
                <w:rFonts w:cs="Times New Roman"/>
                <w:sz w:val="20"/>
                <w:szCs w:val="20"/>
              </w:rPr>
              <w:t>.</w:t>
            </w:r>
            <w:r w:rsidR="00B34465"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B34465" w:rsidRPr="00B34465">
              <w:rPr>
                <w:rFonts w:cs="Times New Roman"/>
                <w:sz w:val="20"/>
                <w:szCs w:val="20"/>
              </w:rPr>
              <w:t>Drejtkëndëshi</w:t>
            </w:r>
            <w:proofErr w:type="spellEnd"/>
            <w:r w:rsidR="00B34465" w:rsidRPr="00B34465"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r w:rsidR="00B34465" w:rsidRPr="00B34465">
              <w:rPr>
                <w:rFonts w:cs="Times New Roman"/>
                <w:sz w:val="20"/>
                <w:szCs w:val="20"/>
              </w:rPr>
              <w:t>Rombi</w:t>
            </w:r>
            <w:proofErr w:type="spellEnd"/>
            <w:r w:rsidR="00B34465" w:rsidRPr="00B34465"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r w:rsidR="00B34465" w:rsidRPr="00B34465">
              <w:rPr>
                <w:rFonts w:cs="Times New Roman"/>
                <w:sz w:val="20"/>
                <w:szCs w:val="20"/>
              </w:rPr>
              <w:t>Katrori</w:t>
            </w:r>
            <w:proofErr w:type="spellEnd"/>
          </w:p>
          <w:p w:rsid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="00B05EAF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cs="Times New Roman"/>
                <w:sz w:val="20"/>
                <w:szCs w:val="20"/>
              </w:rPr>
              <w:t>Ushtrime</w:t>
            </w:r>
            <w:proofErr w:type="spellEnd"/>
          </w:p>
          <w:p w:rsid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</w:p>
          <w:p w:rsid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TEMA 6:</w:t>
            </w:r>
          </w:p>
          <w:p w:rsidR="00B34465" w:rsidRP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</w:p>
          <w:p w:rsidR="00B34465" w:rsidRP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="00B05EAF">
              <w:rPr>
                <w:rFonts w:cs="Times New Roman"/>
                <w:sz w:val="20"/>
                <w:szCs w:val="20"/>
              </w:rPr>
              <w:t>2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Kuptimi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fuqisë</w:t>
            </w:r>
            <w:proofErr w:type="spellEnd"/>
          </w:p>
          <w:p w:rsidR="00B34465" w:rsidRP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="00B05EAF">
              <w:rPr>
                <w:rFonts w:cs="Times New Roman"/>
                <w:sz w:val="20"/>
                <w:szCs w:val="20"/>
              </w:rPr>
              <w:t>3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Veti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të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fuqive</w:t>
            </w:r>
            <w:proofErr w:type="spellEnd"/>
          </w:p>
          <w:p w:rsid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="00B05EAF">
              <w:rPr>
                <w:rFonts w:cs="Times New Roman"/>
                <w:sz w:val="20"/>
                <w:szCs w:val="20"/>
              </w:rPr>
              <w:t>4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Veti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të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fuqive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vazhdim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>)</w:t>
            </w:r>
          </w:p>
          <w:p w:rsidR="00B34465" w:rsidRPr="00B34465" w:rsidRDefault="00B05EAF" w:rsidP="00B34465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25. </w:t>
            </w:r>
            <w:proofErr w:type="spellStart"/>
            <w:r>
              <w:rPr>
                <w:rFonts w:cs="Times New Roman"/>
                <w:sz w:val="20"/>
                <w:szCs w:val="20"/>
              </w:rPr>
              <w:t>Ushtrime</w:t>
            </w:r>
            <w:proofErr w:type="spellEnd"/>
          </w:p>
          <w:p w:rsidR="00B34465" w:rsidRP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="00B05EAF">
              <w:rPr>
                <w:rFonts w:cs="Times New Roman"/>
                <w:sz w:val="20"/>
                <w:szCs w:val="20"/>
              </w:rPr>
              <w:t>6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Trajta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shkencore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e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shkrimit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të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numrit</w:t>
            </w:r>
            <w:proofErr w:type="spellEnd"/>
          </w:p>
          <w:p w:rsidR="00B34465" w:rsidRPr="00B34465" w:rsidRDefault="00B34465" w:rsidP="00B34465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="00B05EAF">
              <w:rPr>
                <w:rFonts w:cs="Times New Roman"/>
                <w:sz w:val="20"/>
                <w:szCs w:val="20"/>
              </w:rPr>
              <w:t>7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Rrënja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katrore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e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numrave</w:t>
            </w:r>
            <w:proofErr w:type="spellEnd"/>
            <w:r w:rsidRPr="00B3446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B34465">
              <w:rPr>
                <w:rFonts w:cs="Times New Roman"/>
                <w:sz w:val="20"/>
                <w:szCs w:val="20"/>
              </w:rPr>
              <w:t>jonegativë</w:t>
            </w:r>
            <w:proofErr w:type="spellEnd"/>
          </w:p>
          <w:p w:rsidR="00B34465" w:rsidRPr="0012383D" w:rsidRDefault="00B34465" w:rsidP="00B34465">
            <w:pPr>
              <w:spacing w:after="40" w:line="228" w:lineRule="auto"/>
              <w:rPr>
                <w:rFonts w:cs="Times New Roman"/>
                <w:bCs/>
                <w:sz w:val="20"/>
                <w:szCs w:val="20"/>
              </w:rPr>
            </w:pPr>
            <w:r w:rsidRPr="0012383D">
              <w:rPr>
                <w:rFonts w:cs="Times New Roman"/>
                <w:bCs/>
                <w:sz w:val="20"/>
                <w:szCs w:val="20"/>
              </w:rPr>
              <w:lastRenderedPageBreak/>
              <w:t>2</w:t>
            </w:r>
            <w:r w:rsidR="00B05EAF" w:rsidRPr="0012383D">
              <w:rPr>
                <w:rFonts w:cs="Times New Roman"/>
                <w:bCs/>
                <w:sz w:val="20"/>
                <w:szCs w:val="20"/>
              </w:rPr>
              <w:t>8</w:t>
            </w:r>
            <w:r w:rsidRPr="0012383D">
              <w:rPr>
                <w:rFonts w:cs="Times New Roman"/>
                <w:bCs/>
                <w:sz w:val="20"/>
                <w:szCs w:val="20"/>
              </w:rPr>
              <w:t>.</w:t>
            </w:r>
            <w:r w:rsidR="00B05EAF" w:rsidRPr="0012383D">
              <w:rPr>
                <w:rFonts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2383D">
              <w:rPr>
                <w:rFonts w:cs="Times New Roman"/>
                <w:bCs/>
                <w:sz w:val="20"/>
                <w:szCs w:val="20"/>
              </w:rPr>
              <w:t>Ushtrime</w:t>
            </w:r>
            <w:proofErr w:type="spellEnd"/>
            <w:r w:rsidRPr="0012383D">
              <w:rPr>
                <w:rFonts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2383D">
              <w:rPr>
                <w:rFonts w:cs="Times New Roman"/>
                <w:bCs/>
                <w:sz w:val="20"/>
                <w:szCs w:val="20"/>
              </w:rPr>
              <w:t>dhe</w:t>
            </w:r>
            <w:proofErr w:type="spellEnd"/>
            <w:r w:rsidRPr="0012383D">
              <w:rPr>
                <w:rFonts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2383D">
              <w:rPr>
                <w:rFonts w:cs="Times New Roman"/>
                <w:bCs/>
                <w:sz w:val="20"/>
                <w:szCs w:val="20"/>
              </w:rPr>
              <w:t>përsëritje</w:t>
            </w:r>
            <w:proofErr w:type="spellEnd"/>
            <w:r w:rsidRPr="0012383D">
              <w:rPr>
                <w:rFonts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2383D">
              <w:rPr>
                <w:rFonts w:cs="Times New Roman"/>
                <w:bCs/>
                <w:sz w:val="20"/>
                <w:szCs w:val="20"/>
              </w:rPr>
              <w:t>për</w:t>
            </w:r>
            <w:proofErr w:type="spellEnd"/>
            <w:r w:rsidRPr="0012383D">
              <w:rPr>
                <w:rFonts w:cs="Times New Roman"/>
                <w:bCs/>
                <w:sz w:val="20"/>
                <w:szCs w:val="20"/>
              </w:rPr>
              <w:t xml:space="preserve"> test</w:t>
            </w:r>
          </w:p>
          <w:p w:rsidR="00B34465" w:rsidRPr="0012383D" w:rsidRDefault="00B34465" w:rsidP="00B34465">
            <w:pPr>
              <w:spacing w:after="40" w:line="228" w:lineRule="auto"/>
              <w:rPr>
                <w:rFonts w:cs="Times New Roman"/>
                <w:bCs/>
                <w:sz w:val="20"/>
                <w:szCs w:val="20"/>
              </w:rPr>
            </w:pPr>
            <w:r w:rsidRPr="0012383D">
              <w:rPr>
                <w:rFonts w:cs="Times New Roman"/>
                <w:bCs/>
                <w:sz w:val="20"/>
                <w:szCs w:val="20"/>
              </w:rPr>
              <w:t>2</w:t>
            </w:r>
            <w:r w:rsidR="00B05EAF" w:rsidRPr="0012383D">
              <w:rPr>
                <w:rFonts w:cs="Times New Roman"/>
                <w:bCs/>
                <w:sz w:val="20"/>
                <w:szCs w:val="20"/>
              </w:rPr>
              <w:t>9</w:t>
            </w:r>
            <w:r w:rsidRPr="0012383D">
              <w:rPr>
                <w:rFonts w:cs="Times New Roman"/>
                <w:bCs/>
                <w:sz w:val="20"/>
                <w:szCs w:val="20"/>
              </w:rPr>
              <w:t>.</w:t>
            </w:r>
            <w:r w:rsidR="00B05EAF" w:rsidRPr="0012383D">
              <w:rPr>
                <w:rFonts w:cs="Times New Roman"/>
                <w:bCs/>
                <w:sz w:val="20"/>
                <w:szCs w:val="20"/>
              </w:rPr>
              <w:t xml:space="preserve"> </w:t>
            </w:r>
            <w:r w:rsidRPr="0012383D">
              <w:rPr>
                <w:rFonts w:cs="Times New Roman"/>
                <w:bCs/>
                <w:sz w:val="20"/>
                <w:szCs w:val="20"/>
              </w:rPr>
              <w:t xml:space="preserve">Test – </w:t>
            </w:r>
            <w:proofErr w:type="spellStart"/>
            <w:r w:rsidRPr="0012383D">
              <w:rPr>
                <w:rFonts w:cs="Times New Roman"/>
                <w:bCs/>
                <w:sz w:val="20"/>
                <w:szCs w:val="20"/>
              </w:rPr>
              <w:t>vlerësim</w:t>
            </w:r>
            <w:proofErr w:type="spellEnd"/>
            <w:r w:rsidRPr="0012383D">
              <w:rPr>
                <w:rFonts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2383D">
              <w:rPr>
                <w:rFonts w:cs="Times New Roman"/>
                <w:bCs/>
                <w:sz w:val="20"/>
                <w:szCs w:val="20"/>
              </w:rPr>
              <w:t>përmbledhës</w:t>
            </w:r>
            <w:proofErr w:type="spellEnd"/>
          </w:p>
          <w:p w:rsidR="00B34465" w:rsidRPr="0012383D" w:rsidRDefault="00B05EAF" w:rsidP="00B34465">
            <w:pPr>
              <w:spacing w:after="40" w:line="228" w:lineRule="auto"/>
              <w:rPr>
                <w:rFonts w:cs="Times New Roman"/>
                <w:bCs/>
                <w:sz w:val="20"/>
                <w:szCs w:val="20"/>
              </w:rPr>
            </w:pPr>
            <w:r w:rsidRPr="0012383D">
              <w:rPr>
                <w:rFonts w:cs="Times New Roman"/>
                <w:bCs/>
                <w:sz w:val="20"/>
                <w:szCs w:val="20"/>
              </w:rPr>
              <w:t>30</w:t>
            </w:r>
            <w:r w:rsidR="00B34465" w:rsidRPr="0012383D">
              <w:rPr>
                <w:rFonts w:cs="Times New Roman"/>
                <w:bCs/>
                <w:sz w:val="20"/>
                <w:szCs w:val="20"/>
              </w:rPr>
              <w:t>.</w:t>
            </w:r>
            <w:r w:rsidRPr="0012383D">
              <w:rPr>
                <w:rFonts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B34465" w:rsidRPr="0012383D">
              <w:rPr>
                <w:rFonts w:cs="Times New Roman"/>
                <w:bCs/>
                <w:sz w:val="20"/>
                <w:szCs w:val="20"/>
              </w:rPr>
              <w:t>Analiza</w:t>
            </w:r>
            <w:proofErr w:type="spellEnd"/>
            <w:r w:rsidR="00B34465" w:rsidRPr="0012383D">
              <w:rPr>
                <w:rFonts w:cs="Times New Roman"/>
                <w:bCs/>
                <w:sz w:val="20"/>
                <w:szCs w:val="20"/>
              </w:rPr>
              <w:t xml:space="preserve"> e </w:t>
            </w:r>
            <w:proofErr w:type="spellStart"/>
            <w:r w:rsidR="00B34465" w:rsidRPr="0012383D">
              <w:rPr>
                <w:rFonts w:cs="Times New Roman"/>
                <w:bCs/>
                <w:sz w:val="20"/>
                <w:szCs w:val="20"/>
              </w:rPr>
              <w:t>testit</w:t>
            </w:r>
            <w:proofErr w:type="spellEnd"/>
            <w:r w:rsidR="00B34465" w:rsidRPr="0012383D">
              <w:rPr>
                <w:rFonts w:cs="Times New Roman"/>
                <w:bCs/>
                <w:sz w:val="20"/>
                <w:szCs w:val="20"/>
              </w:rPr>
              <w:t xml:space="preserve"> </w:t>
            </w:r>
          </w:p>
          <w:p w:rsidR="001B0AB0" w:rsidRPr="00B34465" w:rsidRDefault="001B0AB0" w:rsidP="00F63F2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0AB0" w:rsidRPr="00C84F42" w:rsidRDefault="001B0AB0" w:rsidP="00B3446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lastRenderedPageBreak/>
              <w:t>3</w:t>
            </w:r>
            <w:r w:rsidR="00B34465">
              <w:rPr>
                <w:rFonts w:cs="Times New Roman"/>
                <w:b/>
                <w:sz w:val="20"/>
                <w:szCs w:val="20"/>
              </w:rPr>
              <w:t xml:space="preserve">0 </w:t>
            </w:r>
            <w:proofErr w:type="spellStart"/>
            <w:r w:rsidRPr="00C84F42">
              <w:rPr>
                <w:rFonts w:cs="Times New Roman"/>
                <w:b/>
                <w:sz w:val="20"/>
                <w:szCs w:val="20"/>
              </w:rPr>
              <w:t>orë</w:t>
            </w:r>
            <w:proofErr w:type="spellEnd"/>
          </w:p>
        </w:tc>
        <w:tc>
          <w:tcPr>
            <w:tcW w:w="18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04244" w:rsidRPr="00304244" w:rsidRDefault="00304244" w:rsidP="00304244">
            <w:pPr>
              <w:spacing w:after="60" w:line="228" w:lineRule="auto"/>
              <w:rPr>
                <w:sz w:val="20"/>
                <w:szCs w:val="20"/>
              </w:rPr>
            </w:pPr>
            <w:proofErr w:type="spellStart"/>
            <w:r w:rsidRPr="00304244">
              <w:rPr>
                <w:sz w:val="20"/>
                <w:szCs w:val="20"/>
              </w:rPr>
              <w:t>Mësimdhënie</w:t>
            </w:r>
            <w:proofErr w:type="spellEnd"/>
            <w:r w:rsidRPr="00304244">
              <w:rPr>
                <w:sz w:val="20"/>
                <w:szCs w:val="20"/>
              </w:rPr>
              <w:t xml:space="preserve"> </w:t>
            </w:r>
            <w:proofErr w:type="spellStart"/>
            <w:r w:rsidRPr="00304244">
              <w:rPr>
                <w:sz w:val="20"/>
                <w:szCs w:val="20"/>
              </w:rPr>
              <w:t>dhe</w:t>
            </w:r>
            <w:proofErr w:type="spellEnd"/>
            <w:r w:rsidRPr="00304244">
              <w:rPr>
                <w:sz w:val="20"/>
                <w:szCs w:val="20"/>
              </w:rPr>
              <w:t xml:space="preserve"> </w:t>
            </w:r>
            <w:proofErr w:type="spellStart"/>
            <w:r w:rsidRPr="00304244">
              <w:rPr>
                <w:sz w:val="20"/>
                <w:szCs w:val="20"/>
              </w:rPr>
              <w:t>nxënie</w:t>
            </w:r>
            <w:proofErr w:type="spellEnd"/>
            <w:r w:rsidRPr="00304244">
              <w:rPr>
                <w:sz w:val="20"/>
                <w:szCs w:val="20"/>
              </w:rPr>
              <w:t xml:space="preserve"> me </w:t>
            </w:r>
            <w:proofErr w:type="spellStart"/>
            <w:r w:rsidRPr="00304244">
              <w:rPr>
                <w:sz w:val="20"/>
                <w:szCs w:val="20"/>
              </w:rPr>
              <w:t>nxënësin</w:t>
            </w:r>
            <w:proofErr w:type="spellEnd"/>
            <w:r w:rsidRPr="00304244">
              <w:rPr>
                <w:sz w:val="20"/>
                <w:szCs w:val="20"/>
              </w:rPr>
              <w:t xml:space="preserve"> </w:t>
            </w:r>
            <w:proofErr w:type="spellStart"/>
            <w:r w:rsidRPr="00304244">
              <w:rPr>
                <w:sz w:val="20"/>
                <w:szCs w:val="20"/>
              </w:rPr>
              <w:t>në</w:t>
            </w:r>
            <w:proofErr w:type="spellEnd"/>
            <w:r w:rsidRPr="00304244">
              <w:rPr>
                <w:sz w:val="20"/>
                <w:szCs w:val="20"/>
              </w:rPr>
              <w:t xml:space="preserve"> </w:t>
            </w:r>
            <w:proofErr w:type="spellStart"/>
            <w:r w:rsidRPr="00304244">
              <w:rPr>
                <w:sz w:val="20"/>
                <w:szCs w:val="20"/>
              </w:rPr>
              <w:t>qendër</w:t>
            </w:r>
            <w:proofErr w:type="spellEnd"/>
            <w:r w:rsidRPr="00304244">
              <w:rPr>
                <w:sz w:val="20"/>
                <w:szCs w:val="20"/>
              </w:rPr>
              <w:t xml:space="preserve"> </w:t>
            </w:r>
            <w:proofErr w:type="spellStart"/>
            <w:r w:rsidRPr="00304244">
              <w:rPr>
                <w:sz w:val="20"/>
                <w:szCs w:val="20"/>
              </w:rPr>
              <w:t>dhe</w:t>
            </w:r>
            <w:proofErr w:type="spellEnd"/>
            <w:r w:rsidRPr="00304244">
              <w:rPr>
                <w:sz w:val="20"/>
                <w:szCs w:val="20"/>
              </w:rPr>
              <w:t xml:space="preserve"> </w:t>
            </w:r>
            <w:proofErr w:type="spellStart"/>
            <w:r w:rsidRPr="00304244">
              <w:rPr>
                <w:sz w:val="20"/>
                <w:szCs w:val="20"/>
              </w:rPr>
              <w:t>gjithëpërfshirëse</w:t>
            </w:r>
            <w:proofErr w:type="spellEnd"/>
            <w:r w:rsidRPr="00304244">
              <w:rPr>
                <w:sz w:val="20"/>
                <w:szCs w:val="20"/>
              </w:rPr>
              <w:t>.</w:t>
            </w:r>
          </w:p>
          <w:p w:rsidR="00304244" w:rsidRPr="00304244" w:rsidRDefault="00304244" w:rsidP="00304244">
            <w:pPr>
              <w:spacing w:after="60" w:line="228" w:lineRule="auto"/>
              <w:rPr>
                <w:sz w:val="20"/>
                <w:szCs w:val="20"/>
              </w:rPr>
            </w:pPr>
          </w:p>
          <w:p w:rsidR="00304244" w:rsidRPr="00304244" w:rsidRDefault="00304244" w:rsidP="00304244">
            <w:pPr>
              <w:spacing w:after="60" w:line="228" w:lineRule="auto"/>
              <w:rPr>
                <w:sz w:val="20"/>
                <w:szCs w:val="20"/>
              </w:rPr>
            </w:pPr>
          </w:p>
          <w:p w:rsidR="00304244" w:rsidRPr="00304244" w:rsidRDefault="00304244" w:rsidP="00304244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  <w:proofErr w:type="spellStart"/>
            <w:r w:rsidRPr="00304244">
              <w:rPr>
                <w:sz w:val="20"/>
                <w:szCs w:val="20"/>
                <w:lang w:val="de-DE"/>
              </w:rPr>
              <w:lastRenderedPageBreak/>
              <w:t>Zgjidhje</w:t>
            </w:r>
            <w:proofErr w:type="spellEnd"/>
            <w:r w:rsidRPr="0030424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04244">
              <w:rPr>
                <w:sz w:val="20"/>
                <w:szCs w:val="20"/>
                <w:lang w:val="de-DE"/>
              </w:rPr>
              <w:t>problemesh</w:t>
            </w:r>
            <w:proofErr w:type="spellEnd"/>
            <w:r w:rsidRPr="00304244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304244">
              <w:rPr>
                <w:sz w:val="20"/>
                <w:szCs w:val="20"/>
                <w:lang w:val="de-DE"/>
              </w:rPr>
              <w:t>hulumtim</w:t>
            </w:r>
            <w:proofErr w:type="spellEnd"/>
            <w:r w:rsidRPr="00304244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304244">
              <w:rPr>
                <w:sz w:val="20"/>
                <w:szCs w:val="20"/>
                <w:lang w:val="de-DE"/>
              </w:rPr>
              <w:t>arsyetim</w:t>
            </w:r>
            <w:proofErr w:type="spellEnd"/>
            <w:r w:rsidRPr="0030424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04244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30424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04244">
              <w:rPr>
                <w:sz w:val="20"/>
                <w:szCs w:val="20"/>
                <w:lang w:val="de-DE"/>
              </w:rPr>
              <w:t>diskutim</w:t>
            </w:r>
            <w:proofErr w:type="spellEnd"/>
            <w:r w:rsidRPr="0030424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04244">
              <w:rPr>
                <w:sz w:val="20"/>
                <w:szCs w:val="20"/>
                <w:lang w:val="de-DE"/>
              </w:rPr>
              <w:t>matematikor</w:t>
            </w:r>
            <w:proofErr w:type="spellEnd"/>
            <w:r w:rsidRPr="00304244">
              <w:rPr>
                <w:sz w:val="20"/>
                <w:szCs w:val="20"/>
                <w:lang w:val="de-DE"/>
              </w:rPr>
              <w:t>.</w:t>
            </w:r>
          </w:p>
          <w:p w:rsidR="00304244" w:rsidRDefault="00304244" w:rsidP="00304244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</w:p>
          <w:p w:rsidR="00304244" w:rsidRPr="00304244" w:rsidRDefault="00304244" w:rsidP="00304244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  <w:proofErr w:type="spellStart"/>
            <w:r w:rsidRPr="00304244">
              <w:rPr>
                <w:sz w:val="20"/>
                <w:szCs w:val="20"/>
                <w:lang w:val="de-DE"/>
              </w:rPr>
              <w:t>Punë</w:t>
            </w:r>
            <w:proofErr w:type="spellEnd"/>
            <w:r w:rsidRPr="00304244">
              <w:rPr>
                <w:sz w:val="20"/>
                <w:szCs w:val="20"/>
                <w:lang w:val="de-DE"/>
              </w:rPr>
              <w:t xml:space="preserve"> individuale, </w:t>
            </w:r>
            <w:proofErr w:type="spellStart"/>
            <w:r w:rsidRPr="00304244">
              <w:rPr>
                <w:sz w:val="20"/>
                <w:szCs w:val="20"/>
                <w:lang w:val="de-DE"/>
              </w:rPr>
              <w:t>në</w:t>
            </w:r>
            <w:proofErr w:type="spellEnd"/>
            <w:r w:rsidRPr="0030424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04244">
              <w:rPr>
                <w:sz w:val="20"/>
                <w:szCs w:val="20"/>
                <w:lang w:val="de-DE"/>
              </w:rPr>
              <w:t>çifte</w:t>
            </w:r>
            <w:proofErr w:type="spellEnd"/>
            <w:r w:rsidRPr="0030424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04244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30424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04244">
              <w:rPr>
                <w:sz w:val="20"/>
                <w:szCs w:val="20"/>
                <w:lang w:val="de-DE"/>
              </w:rPr>
              <w:t>në</w:t>
            </w:r>
            <w:proofErr w:type="spellEnd"/>
            <w:r w:rsidRPr="0030424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04244">
              <w:rPr>
                <w:sz w:val="20"/>
                <w:szCs w:val="20"/>
                <w:lang w:val="de-DE"/>
              </w:rPr>
              <w:t>grupe</w:t>
            </w:r>
            <w:proofErr w:type="spellEnd"/>
            <w:r w:rsidRPr="00304244">
              <w:rPr>
                <w:sz w:val="20"/>
                <w:szCs w:val="20"/>
                <w:lang w:val="de-DE"/>
              </w:rPr>
              <w:t xml:space="preserve">; </w:t>
            </w:r>
            <w:proofErr w:type="spellStart"/>
            <w:r w:rsidRPr="00304244">
              <w:rPr>
                <w:sz w:val="20"/>
                <w:szCs w:val="20"/>
                <w:lang w:val="de-DE"/>
              </w:rPr>
              <w:t>mësimdhënie</w:t>
            </w:r>
            <w:proofErr w:type="spellEnd"/>
            <w:r w:rsidRPr="00304244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304244">
              <w:rPr>
                <w:sz w:val="20"/>
                <w:szCs w:val="20"/>
                <w:lang w:val="de-DE"/>
              </w:rPr>
              <w:t>diferencuar</w:t>
            </w:r>
            <w:proofErr w:type="spellEnd"/>
            <w:r w:rsidRPr="00304244">
              <w:rPr>
                <w:sz w:val="20"/>
                <w:szCs w:val="20"/>
                <w:lang w:val="de-DE"/>
              </w:rPr>
              <w:t>.</w:t>
            </w:r>
          </w:p>
          <w:p w:rsidR="00304244" w:rsidRDefault="00304244" w:rsidP="00304244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</w:p>
          <w:p w:rsidR="00304244" w:rsidRPr="00304244" w:rsidRDefault="00304244" w:rsidP="00304244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  <w:proofErr w:type="spellStart"/>
            <w:r w:rsidRPr="00304244">
              <w:rPr>
                <w:sz w:val="20"/>
                <w:szCs w:val="20"/>
                <w:lang w:val="de-DE"/>
              </w:rPr>
              <w:t>Demonstrim</w:t>
            </w:r>
            <w:proofErr w:type="spellEnd"/>
            <w:r w:rsidRPr="00304244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304244">
              <w:rPr>
                <w:sz w:val="20"/>
                <w:szCs w:val="20"/>
                <w:lang w:val="de-DE"/>
              </w:rPr>
              <w:t>modelim</w:t>
            </w:r>
            <w:proofErr w:type="spellEnd"/>
            <w:r w:rsidRPr="00304244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304244">
              <w:rPr>
                <w:sz w:val="20"/>
                <w:szCs w:val="20"/>
                <w:lang w:val="de-DE"/>
              </w:rPr>
              <w:t>stuhi</w:t>
            </w:r>
            <w:proofErr w:type="spellEnd"/>
            <w:r w:rsidRPr="0030424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04244">
              <w:rPr>
                <w:sz w:val="20"/>
                <w:szCs w:val="20"/>
                <w:lang w:val="de-DE"/>
              </w:rPr>
              <w:t>mendimesh</w:t>
            </w:r>
            <w:proofErr w:type="spellEnd"/>
            <w:r w:rsidRPr="00304244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304244">
              <w:rPr>
                <w:sz w:val="20"/>
                <w:szCs w:val="20"/>
                <w:lang w:val="de-DE"/>
              </w:rPr>
              <w:t>ditar</w:t>
            </w:r>
            <w:proofErr w:type="spellEnd"/>
            <w:r w:rsidRPr="0030424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04244">
              <w:rPr>
                <w:sz w:val="20"/>
                <w:szCs w:val="20"/>
                <w:lang w:val="de-DE"/>
              </w:rPr>
              <w:t>dypjesësh</w:t>
            </w:r>
            <w:proofErr w:type="spellEnd"/>
            <w:r w:rsidRPr="00304244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304244">
              <w:rPr>
                <w:sz w:val="20"/>
                <w:szCs w:val="20"/>
                <w:lang w:val="de-DE"/>
              </w:rPr>
              <w:t>tabela</w:t>
            </w:r>
            <w:proofErr w:type="spellEnd"/>
            <w:r w:rsidRPr="00304244">
              <w:rPr>
                <w:sz w:val="20"/>
                <w:szCs w:val="20"/>
                <w:lang w:val="de-DE"/>
              </w:rPr>
              <w:t xml:space="preserve"> T </w:t>
            </w:r>
            <w:proofErr w:type="spellStart"/>
            <w:r w:rsidRPr="00304244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30424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04244">
              <w:rPr>
                <w:sz w:val="20"/>
                <w:szCs w:val="20"/>
                <w:lang w:val="de-DE"/>
              </w:rPr>
              <w:t>punë</w:t>
            </w:r>
            <w:proofErr w:type="spellEnd"/>
            <w:r w:rsidRPr="00304244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304244">
              <w:rPr>
                <w:sz w:val="20"/>
                <w:szCs w:val="20"/>
                <w:lang w:val="de-DE"/>
              </w:rPr>
              <w:t>drejtuar</w:t>
            </w:r>
            <w:proofErr w:type="spellEnd"/>
            <w:r w:rsidRPr="00304244">
              <w:rPr>
                <w:sz w:val="20"/>
                <w:szCs w:val="20"/>
                <w:lang w:val="de-DE"/>
              </w:rPr>
              <w:t>.</w:t>
            </w:r>
          </w:p>
          <w:p w:rsidR="00304244" w:rsidRPr="00FE6F3D" w:rsidRDefault="00304244" w:rsidP="00304244">
            <w:pPr>
              <w:rPr>
                <w:sz w:val="20"/>
                <w:szCs w:val="20"/>
                <w:lang w:val="de-DE"/>
              </w:rPr>
            </w:pPr>
          </w:p>
          <w:p w:rsidR="001B0AB0" w:rsidRPr="00024AC1" w:rsidRDefault="00304244" w:rsidP="00304244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304244">
              <w:rPr>
                <w:sz w:val="20"/>
                <w:szCs w:val="20"/>
              </w:rPr>
              <w:t>Përdorim</w:t>
            </w:r>
            <w:proofErr w:type="spellEnd"/>
            <w:r w:rsidRPr="00304244">
              <w:rPr>
                <w:sz w:val="20"/>
                <w:szCs w:val="20"/>
              </w:rPr>
              <w:t xml:space="preserve"> i GeoGebra-s, </w:t>
            </w:r>
            <w:proofErr w:type="spellStart"/>
            <w:r w:rsidRPr="00304244">
              <w:rPr>
                <w:sz w:val="20"/>
                <w:szCs w:val="20"/>
              </w:rPr>
              <w:t>kalkulatorit</w:t>
            </w:r>
            <w:proofErr w:type="spellEnd"/>
            <w:r w:rsidRPr="00304244">
              <w:rPr>
                <w:sz w:val="20"/>
                <w:szCs w:val="20"/>
              </w:rPr>
              <w:t xml:space="preserve"> </w:t>
            </w:r>
            <w:proofErr w:type="spellStart"/>
            <w:r w:rsidRPr="00304244">
              <w:rPr>
                <w:sz w:val="20"/>
                <w:szCs w:val="20"/>
              </w:rPr>
              <w:t>dhe</w:t>
            </w:r>
            <w:proofErr w:type="spellEnd"/>
            <w:r w:rsidRPr="00304244">
              <w:rPr>
                <w:sz w:val="20"/>
                <w:szCs w:val="20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</w:rPr>
              <w:t>mjeteve</w:t>
            </w:r>
            <w:proofErr w:type="spellEnd"/>
            <w:r w:rsidRPr="00FE6F3D">
              <w:rPr>
                <w:sz w:val="20"/>
                <w:szCs w:val="20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</w:rPr>
              <w:t>digjitale</w:t>
            </w:r>
            <w:proofErr w:type="spellEnd"/>
            <w:r w:rsidRPr="00FE6F3D">
              <w:rPr>
                <w:sz w:val="20"/>
                <w:szCs w:val="20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</w:rPr>
              <w:t>sipas</w:t>
            </w:r>
            <w:proofErr w:type="spellEnd"/>
            <w:r w:rsidRPr="00FE6F3D">
              <w:rPr>
                <w:sz w:val="20"/>
                <w:szCs w:val="20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</w:rPr>
              <w:t>temës</w:t>
            </w:r>
            <w:proofErr w:type="spellEnd"/>
            <w:r w:rsidRPr="00FE6F3D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E6F3D" w:rsidRPr="00FE6F3D" w:rsidRDefault="00FE6F3D" w:rsidP="00FE6F3D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  <w:proofErr w:type="spellStart"/>
            <w:r w:rsidRPr="00FE6F3D">
              <w:rPr>
                <w:sz w:val="20"/>
                <w:szCs w:val="20"/>
                <w:lang w:val="de-DE"/>
              </w:rPr>
              <w:lastRenderedPageBreak/>
              <w:t>Vlerësim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diagnostik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formativ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gjatë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procesit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mësimor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>.</w:t>
            </w:r>
          </w:p>
          <w:p w:rsidR="00FE6F3D" w:rsidRDefault="00FE6F3D" w:rsidP="00FE6F3D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</w:p>
          <w:p w:rsidR="00FE6F3D" w:rsidRDefault="00FE6F3D" w:rsidP="00FE6F3D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</w:p>
          <w:p w:rsidR="00FE6F3D" w:rsidRPr="00FE6F3D" w:rsidRDefault="00FE6F3D" w:rsidP="00FE6F3D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  <w:proofErr w:type="spellStart"/>
            <w:r w:rsidRPr="00FE6F3D">
              <w:rPr>
                <w:sz w:val="20"/>
                <w:szCs w:val="20"/>
                <w:lang w:val="de-DE"/>
              </w:rPr>
              <w:lastRenderedPageBreak/>
              <w:t>Vlerësim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verbal,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detyra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kontrolluese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vëzhgim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listë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kontrolli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>.</w:t>
            </w:r>
          </w:p>
          <w:p w:rsidR="00FE6F3D" w:rsidRDefault="00FE6F3D" w:rsidP="00FE6F3D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</w:p>
          <w:p w:rsidR="00FE6F3D" w:rsidRPr="00FE6F3D" w:rsidRDefault="00FE6F3D" w:rsidP="00FE6F3D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  <w:proofErr w:type="spellStart"/>
            <w:r w:rsidRPr="00FE6F3D">
              <w:rPr>
                <w:sz w:val="20"/>
                <w:szCs w:val="20"/>
                <w:lang w:val="de-DE"/>
              </w:rPr>
              <w:t>Vlerësim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punës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individuale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në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grup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;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vetëvlerësim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vlerësim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ndërsjellë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>.</w:t>
            </w:r>
          </w:p>
          <w:p w:rsidR="00FE6F3D" w:rsidRDefault="00FE6F3D" w:rsidP="00FE6F3D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</w:p>
          <w:p w:rsidR="00FE6F3D" w:rsidRPr="00FE6F3D" w:rsidRDefault="00FE6F3D" w:rsidP="00FE6F3D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  <w:proofErr w:type="spellStart"/>
            <w:r w:rsidRPr="00FE6F3D">
              <w:rPr>
                <w:sz w:val="20"/>
                <w:szCs w:val="20"/>
                <w:lang w:val="de-DE"/>
              </w:rPr>
              <w:t>Vlerësim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bazuar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në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kritere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në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rezultatet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të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nxënit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>.</w:t>
            </w:r>
          </w:p>
          <w:p w:rsidR="00FE6F3D" w:rsidRDefault="00FE6F3D" w:rsidP="00FE6F3D">
            <w:pPr>
              <w:rPr>
                <w:sz w:val="20"/>
                <w:szCs w:val="20"/>
                <w:lang w:val="de-DE"/>
              </w:rPr>
            </w:pPr>
          </w:p>
          <w:p w:rsidR="001B0AB0" w:rsidRPr="00024AC1" w:rsidRDefault="00FE6F3D" w:rsidP="00FE6F3D">
            <w:pPr>
              <w:rPr>
                <w:rFonts w:cs="Times New Roman"/>
                <w:sz w:val="20"/>
                <w:szCs w:val="20"/>
                <w:lang w:val="de-DE"/>
              </w:rPr>
            </w:pPr>
            <w:proofErr w:type="spellStart"/>
            <w:r w:rsidRPr="00FE6F3D">
              <w:rPr>
                <w:sz w:val="20"/>
                <w:szCs w:val="20"/>
                <w:lang w:val="de-DE"/>
              </w:rPr>
              <w:t>Në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fund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të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periudhës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: 1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orë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ushtrime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>/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përsëritje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, 1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orë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test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1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orë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analizë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testit</w:t>
            </w:r>
            <w:proofErr w:type="spellEnd"/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E6F3D" w:rsidRPr="00FE6F3D" w:rsidRDefault="00FE6F3D" w:rsidP="00FE6F3D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  <w:proofErr w:type="spellStart"/>
            <w:r w:rsidRPr="00FE6F3D">
              <w:rPr>
                <w:sz w:val="20"/>
                <w:szCs w:val="20"/>
                <w:lang w:val="de-DE"/>
              </w:rPr>
              <w:lastRenderedPageBreak/>
              <w:t>Gjuhët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komunikimi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argumentimi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terminologjia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shpjegimi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zgjidhjeve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>.</w:t>
            </w:r>
          </w:p>
          <w:p w:rsidR="00FE6F3D" w:rsidRDefault="00FE6F3D" w:rsidP="00FE6F3D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</w:p>
          <w:p w:rsidR="00FE6F3D" w:rsidRPr="00FE6F3D" w:rsidRDefault="00FE6F3D" w:rsidP="00FE6F3D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  <w:proofErr w:type="spellStart"/>
            <w:r w:rsidRPr="00FE6F3D">
              <w:rPr>
                <w:sz w:val="20"/>
                <w:szCs w:val="20"/>
                <w:lang w:val="de-DE"/>
              </w:rPr>
              <w:t>Shkencat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natyrës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matje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, modele,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të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dhëna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zbatime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numerike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>.</w:t>
            </w:r>
          </w:p>
          <w:p w:rsidR="00FE6F3D" w:rsidRDefault="00FE6F3D" w:rsidP="00FE6F3D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</w:p>
          <w:p w:rsidR="00FE6F3D" w:rsidRPr="00FE6F3D" w:rsidRDefault="00FE6F3D" w:rsidP="00FE6F3D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  <w:proofErr w:type="spellStart"/>
            <w:r w:rsidRPr="00FE6F3D">
              <w:rPr>
                <w:sz w:val="20"/>
                <w:szCs w:val="20"/>
                <w:lang w:val="de-DE"/>
              </w:rPr>
              <w:t>Shoqëria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dhe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mjedisi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statistika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harta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të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dhëna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situata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jetësore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>.</w:t>
            </w:r>
          </w:p>
          <w:p w:rsidR="00FE6F3D" w:rsidRDefault="00FE6F3D" w:rsidP="00FE6F3D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</w:p>
          <w:p w:rsidR="00FE6F3D" w:rsidRPr="00FE6F3D" w:rsidRDefault="00FE6F3D" w:rsidP="00FE6F3D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  <w:proofErr w:type="spellStart"/>
            <w:r w:rsidRPr="00FE6F3D">
              <w:rPr>
                <w:sz w:val="20"/>
                <w:szCs w:val="20"/>
                <w:lang w:val="de-DE"/>
              </w:rPr>
              <w:t>Jeta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puna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zgjidhje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problemesh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praktike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përdorim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i TIK-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ut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>.</w:t>
            </w:r>
          </w:p>
          <w:p w:rsidR="00FE6F3D" w:rsidRDefault="00FE6F3D" w:rsidP="00FE6F3D">
            <w:pPr>
              <w:rPr>
                <w:sz w:val="20"/>
                <w:szCs w:val="20"/>
                <w:lang w:val="de-DE"/>
              </w:rPr>
            </w:pPr>
          </w:p>
          <w:p w:rsidR="001B0AB0" w:rsidRPr="00C816EF" w:rsidRDefault="00FE6F3D" w:rsidP="00FE6F3D">
            <w:pPr>
              <w:rPr>
                <w:rFonts w:cs="Times New Roman"/>
                <w:sz w:val="20"/>
                <w:szCs w:val="20"/>
                <w:lang w:val="de-DE"/>
              </w:rPr>
            </w:pPr>
            <w:proofErr w:type="spellStart"/>
            <w:r w:rsidRPr="00FE6F3D">
              <w:rPr>
                <w:sz w:val="20"/>
                <w:szCs w:val="20"/>
                <w:lang w:val="de-DE"/>
              </w:rPr>
              <w:t>Edukatë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fizike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sportet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shëndeti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matje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raporte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përqindje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të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dhëna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>.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0AB0" w:rsidRPr="00C816EF" w:rsidRDefault="001B0AB0" w:rsidP="00F63F2F">
            <w:pPr>
              <w:spacing w:after="60" w:line="228" w:lineRule="auto"/>
              <w:rPr>
                <w:sz w:val="20"/>
                <w:szCs w:val="20"/>
              </w:rPr>
            </w:pPr>
            <w:proofErr w:type="spellStart"/>
            <w:r w:rsidRPr="00C816EF">
              <w:rPr>
                <w:sz w:val="20"/>
                <w:szCs w:val="20"/>
              </w:rPr>
              <w:lastRenderedPageBreak/>
              <w:t>Matematika</w:t>
            </w:r>
            <w:proofErr w:type="spellEnd"/>
            <w:r w:rsidRPr="00C816EF">
              <w:rPr>
                <w:sz w:val="20"/>
                <w:szCs w:val="20"/>
              </w:rPr>
              <w:t xml:space="preserve"> 7 – </w:t>
            </w:r>
            <w:proofErr w:type="spellStart"/>
            <w:r w:rsidRPr="00C816EF">
              <w:rPr>
                <w:sz w:val="20"/>
                <w:szCs w:val="20"/>
              </w:rPr>
              <w:t>Botime</w:t>
            </w:r>
            <w:proofErr w:type="spellEnd"/>
            <w:r w:rsidRPr="00C816EF">
              <w:rPr>
                <w:sz w:val="20"/>
                <w:szCs w:val="20"/>
              </w:rPr>
              <w:t xml:space="preserve"> PEGI, </w:t>
            </w:r>
            <w:proofErr w:type="spellStart"/>
            <w:r w:rsidRPr="00C816EF">
              <w:rPr>
                <w:sz w:val="20"/>
                <w:szCs w:val="20"/>
              </w:rPr>
              <w:t>Kosovë</w:t>
            </w:r>
            <w:proofErr w:type="spellEnd"/>
            <w:r w:rsidRPr="00C816EF">
              <w:rPr>
                <w:sz w:val="20"/>
                <w:szCs w:val="20"/>
              </w:rPr>
              <w:t xml:space="preserve">, </w:t>
            </w:r>
            <w:proofErr w:type="spellStart"/>
            <w:r w:rsidRPr="00C816EF">
              <w:rPr>
                <w:sz w:val="20"/>
                <w:szCs w:val="20"/>
              </w:rPr>
              <w:t>Prishtinë</w:t>
            </w:r>
            <w:proofErr w:type="spellEnd"/>
            <w:r w:rsidRPr="00C816EF">
              <w:rPr>
                <w:sz w:val="20"/>
                <w:szCs w:val="20"/>
              </w:rPr>
              <w:t xml:space="preserve"> 2024.</w:t>
            </w:r>
          </w:p>
          <w:p w:rsidR="001B0AB0" w:rsidRDefault="001B0AB0" w:rsidP="00F63F2F">
            <w:pPr>
              <w:spacing w:after="60" w:line="228" w:lineRule="auto"/>
              <w:rPr>
                <w:sz w:val="20"/>
                <w:szCs w:val="20"/>
              </w:rPr>
            </w:pPr>
          </w:p>
          <w:p w:rsidR="001B0AB0" w:rsidRPr="00C816EF" w:rsidRDefault="001B0AB0" w:rsidP="00F63F2F">
            <w:pPr>
              <w:spacing w:after="60" w:line="228" w:lineRule="auto"/>
              <w:rPr>
                <w:sz w:val="20"/>
                <w:szCs w:val="20"/>
              </w:rPr>
            </w:pPr>
            <w:proofErr w:type="spellStart"/>
            <w:r w:rsidRPr="00C816EF">
              <w:rPr>
                <w:sz w:val="20"/>
                <w:szCs w:val="20"/>
              </w:rPr>
              <w:t>Fletore</w:t>
            </w:r>
            <w:proofErr w:type="spellEnd"/>
            <w:r w:rsidRPr="00C816EF">
              <w:rPr>
                <w:sz w:val="20"/>
                <w:szCs w:val="20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</w:rPr>
              <w:t>pune</w:t>
            </w:r>
            <w:proofErr w:type="spellEnd"/>
            <w:r w:rsidRPr="00C816EF">
              <w:rPr>
                <w:sz w:val="20"/>
                <w:szCs w:val="20"/>
              </w:rPr>
              <w:t xml:space="preserve"> – </w:t>
            </w:r>
            <w:proofErr w:type="spellStart"/>
            <w:r w:rsidRPr="00C816EF">
              <w:rPr>
                <w:sz w:val="20"/>
                <w:szCs w:val="20"/>
              </w:rPr>
              <w:t>Matematika</w:t>
            </w:r>
            <w:proofErr w:type="spellEnd"/>
            <w:r w:rsidRPr="00C816EF">
              <w:rPr>
                <w:sz w:val="20"/>
                <w:szCs w:val="20"/>
              </w:rPr>
              <w:t xml:space="preserve"> 7, PEGI.</w:t>
            </w:r>
          </w:p>
          <w:p w:rsidR="001B0AB0" w:rsidRPr="00C816EF" w:rsidRDefault="001B0AB0" w:rsidP="00F63F2F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</w:p>
          <w:p w:rsidR="001B0AB0" w:rsidRPr="00C816EF" w:rsidRDefault="001B0AB0" w:rsidP="00F63F2F">
            <w:pPr>
              <w:rPr>
                <w:sz w:val="20"/>
                <w:szCs w:val="20"/>
                <w:lang w:val="de-DE"/>
              </w:rPr>
            </w:pPr>
            <w:r w:rsidRPr="00C816EF">
              <w:rPr>
                <w:sz w:val="20"/>
                <w:szCs w:val="20"/>
              </w:rPr>
              <w:t xml:space="preserve">GeoGebra, </w:t>
            </w:r>
            <w:proofErr w:type="spellStart"/>
            <w:r w:rsidRPr="00C816EF">
              <w:rPr>
                <w:sz w:val="20"/>
                <w:szCs w:val="20"/>
              </w:rPr>
              <w:t>kalkulator</w:t>
            </w:r>
            <w:proofErr w:type="spellEnd"/>
            <w:r w:rsidRPr="00C816EF">
              <w:rPr>
                <w:sz w:val="20"/>
                <w:szCs w:val="20"/>
              </w:rPr>
              <w:t xml:space="preserve">, </w:t>
            </w:r>
            <w:proofErr w:type="spellStart"/>
            <w:r w:rsidRPr="00C816EF">
              <w:rPr>
                <w:sz w:val="20"/>
                <w:szCs w:val="20"/>
              </w:rPr>
              <w:t>mjete</w:t>
            </w:r>
            <w:proofErr w:type="spellEnd"/>
            <w:r w:rsidRPr="00C816EF">
              <w:rPr>
                <w:sz w:val="20"/>
                <w:szCs w:val="20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</w:rPr>
              <w:t>gjeometrike</w:t>
            </w:r>
            <w:proofErr w:type="spellEnd"/>
            <w:r w:rsidRPr="00C816EF">
              <w:rPr>
                <w:sz w:val="20"/>
                <w:szCs w:val="20"/>
              </w:rPr>
              <w:t xml:space="preserve">, </w:t>
            </w:r>
            <w:proofErr w:type="spellStart"/>
            <w:r w:rsidRPr="00C816EF">
              <w:rPr>
                <w:sz w:val="20"/>
                <w:szCs w:val="20"/>
              </w:rPr>
              <w:t>fletë</w:t>
            </w:r>
            <w:proofErr w:type="spellEnd"/>
            <w:r w:rsidRPr="00C816EF">
              <w:rPr>
                <w:sz w:val="20"/>
                <w:szCs w:val="20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</w:rPr>
              <w:t>pune</w:t>
            </w:r>
            <w:proofErr w:type="spellEnd"/>
            <w:r w:rsidRPr="00C816EF">
              <w:rPr>
                <w:sz w:val="20"/>
                <w:szCs w:val="20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</w:rPr>
              <w:t>dhe</w:t>
            </w:r>
            <w:proofErr w:type="spellEnd"/>
            <w:r w:rsidRPr="00C816EF">
              <w:rPr>
                <w:sz w:val="20"/>
                <w:szCs w:val="20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</w:rPr>
              <w:t>burime</w:t>
            </w:r>
            <w:proofErr w:type="spellEnd"/>
            <w:r w:rsidRPr="00C816EF">
              <w:rPr>
                <w:sz w:val="20"/>
                <w:szCs w:val="20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</w:rPr>
              <w:t>digjitale</w:t>
            </w:r>
            <w:proofErr w:type="spellEnd"/>
          </w:p>
        </w:tc>
      </w:tr>
      <w:tr w:rsidR="001B0AB0" w:rsidRPr="009E1A94" w:rsidTr="000D5A18">
        <w:tc>
          <w:tcPr>
            <w:tcW w:w="36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EF2E8"/>
          </w:tcPr>
          <w:p w:rsidR="001B0AB0" w:rsidRPr="009E1A94" w:rsidRDefault="001B0AB0" w:rsidP="00F63F2F">
            <w:pPr>
              <w:rPr>
                <w:sz w:val="20"/>
                <w:szCs w:val="20"/>
              </w:rPr>
            </w:pPr>
            <w:proofErr w:type="spellStart"/>
            <w:r w:rsidRPr="009E1A94">
              <w:rPr>
                <w:b/>
                <w:sz w:val="20"/>
                <w:szCs w:val="20"/>
              </w:rPr>
              <w:lastRenderedPageBreak/>
              <w:t>Arsimtari</w:t>
            </w:r>
            <w:proofErr w:type="spellEnd"/>
            <w:r w:rsidRPr="009E1A94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0858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0AB0" w:rsidRDefault="001B0AB0" w:rsidP="00F63F2F">
            <w:pPr>
              <w:rPr>
                <w:sz w:val="20"/>
                <w:szCs w:val="20"/>
              </w:rPr>
            </w:pPr>
          </w:p>
          <w:p w:rsidR="001B0AB0" w:rsidRPr="009E1A94" w:rsidRDefault="001B0AB0" w:rsidP="00F63F2F">
            <w:pPr>
              <w:rPr>
                <w:sz w:val="20"/>
                <w:szCs w:val="20"/>
              </w:rPr>
            </w:pPr>
          </w:p>
        </w:tc>
      </w:tr>
    </w:tbl>
    <w:p w:rsidR="001B0AB0" w:rsidRDefault="001B0AB0"/>
    <w:p w:rsidR="00831FA5" w:rsidRDefault="00831FA5"/>
    <w:p w:rsidR="00831FA5" w:rsidRDefault="00000000">
      <w:r>
        <w:br w:type="page"/>
      </w:r>
    </w:p>
    <w:tbl>
      <w:tblPr>
        <w:tblW w:w="14458" w:type="dxa"/>
        <w:tblInd w:w="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350"/>
        <w:gridCol w:w="720"/>
        <w:gridCol w:w="285"/>
        <w:gridCol w:w="226"/>
        <w:gridCol w:w="2693"/>
        <w:gridCol w:w="659"/>
        <w:gridCol w:w="191"/>
        <w:gridCol w:w="1843"/>
        <w:gridCol w:w="1701"/>
        <w:gridCol w:w="1843"/>
        <w:gridCol w:w="1417"/>
      </w:tblGrid>
      <w:tr w:rsidR="001654B1" w:rsidRPr="00DE5029" w:rsidTr="00FB586F">
        <w:trPr>
          <w:trHeight w:val="420"/>
        </w:trPr>
        <w:tc>
          <w:tcPr>
            <w:tcW w:w="3885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1654B1" w:rsidRPr="009E1A94" w:rsidRDefault="001654B1" w:rsidP="00F63F2F">
            <w:pPr>
              <w:jc w:val="center"/>
              <w:rPr>
                <w:sz w:val="28"/>
                <w:szCs w:val="28"/>
              </w:rPr>
            </w:pPr>
            <w:r w:rsidRPr="009E1A94">
              <w:rPr>
                <w:b/>
                <w:sz w:val="28"/>
                <w:szCs w:val="28"/>
              </w:rPr>
              <w:lastRenderedPageBreak/>
              <w:t xml:space="preserve">Logo e </w:t>
            </w:r>
            <w:proofErr w:type="spellStart"/>
            <w:r w:rsidRPr="009E1A94">
              <w:rPr>
                <w:b/>
                <w:sz w:val="28"/>
                <w:szCs w:val="28"/>
              </w:rPr>
              <w:t>Komunës</w:t>
            </w:r>
            <w:proofErr w:type="spellEnd"/>
          </w:p>
        </w:tc>
        <w:tc>
          <w:tcPr>
            <w:tcW w:w="3578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FEF2E8"/>
          </w:tcPr>
          <w:p w:rsidR="001654B1" w:rsidRPr="009E1A94" w:rsidRDefault="001654B1" w:rsidP="00F63F2F">
            <w:pPr>
              <w:rPr>
                <w:sz w:val="28"/>
                <w:szCs w:val="28"/>
              </w:rPr>
            </w:pPr>
            <w:r w:rsidRPr="009E1A94">
              <w:rPr>
                <w:b/>
                <w:sz w:val="28"/>
                <w:szCs w:val="28"/>
              </w:rPr>
              <w:t>PLANI DYMUJOR:</w:t>
            </w:r>
          </w:p>
        </w:tc>
        <w:tc>
          <w:tcPr>
            <w:tcW w:w="3735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1654B1" w:rsidRPr="009E1A94" w:rsidRDefault="00FB586F" w:rsidP="00F63F2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JANAR – SHKURT – MARS 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654B1" w:rsidRPr="009E1A94" w:rsidRDefault="001654B1" w:rsidP="00F63F2F">
            <w:pPr>
              <w:jc w:val="center"/>
              <w:rPr>
                <w:sz w:val="28"/>
                <w:szCs w:val="28"/>
              </w:rPr>
            </w:pPr>
            <w:r w:rsidRPr="009E1A94">
              <w:rPr>
                <w:b/>
                <w:sz w:val="28"/>
                <w:szCs w:val="28"/>
              </w:rPr>
              <w:t xml:space="preserve">Logo e </w:t>
            </w:r>
            <w:proofErr w:type="spellStart"/>
            <w:r w:rsidRPr="009E1A94">
              <w:rPr>
                <w:b/>
                <w:sz w:val="28"/>
                <w:szCs w:val="28"/>
              </w:rPr>
              <w:t>shkollës</w:t>
            </w:r>
            <w:proofErr w:type="spellEnd"/>
          </w:p>
        </w:tc>
      </w:tr>
      <w:tr w:rsidR="001654B1" w:rsidRPr="00DE5029" w:rsidTr="00FB586F">
        <w:trPr>
          <w:trHeight w:val="42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1654B1" w:rsidRPr="009E1A94" w:rsidRDefault="001654B1" w:rsidP="00F63F2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78" w:type="dxa"/>
            <w:gridSpan w:val="3"/>
            <w:tcBorders>
              <w:left w:val="single" w:sz="12" w:space="0" w:color="auto"/>
            </w:tcBorders>
            <w:shd w:val="clear" w:color="auto" w:fill="FEF2E8"/>
          </w:tcPr>
          <w:p w:rsidR="001654B1" w:rsidRPr="009E1A94" w:rsidRDefault="001654B1" w:rsidP="00F63F2F">
            <w:pPr>
              <w:rPr>
                <w:sz w:val="28"/>
                <w:szCs w:val="28"/>
              </w:rPr>
            </w:pPr>
            <w:r w:rsidRPr="009E1A94">
              <w:rPr>
                <w:b/>
                <w:sz w:val="28"/>
                <w:szCs w:val="28"/>
              </w:rPr>
              <w:t>VITI SHKOLLOR:</w:t>
            </w:r>
          </w:p>
        </w:tc>
        <w:tc>
          <w:tcPr>
            <w:tcW w:w="3735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1654B1" w:rsidRPr="009E1A94" w:rsidRDefault="001654B1" w:rsidP="00F63F2F">
            <w:pPr>
              <w:rPr>
                <w:sz w:val="28"/>
                <w:szCs w:val="28"/>
              </w:rPr>
            </w:pPr>
            <w:r w:rsidRPr="009E1A94">
              <w:rPr>
                <w:b/>
                <w:sz w:val="28"/>
                <w:szCs w:val="28"/>
              </w:rPr>
              <w:t>2026 /2027</w:t>
            </w:r>
          </w:p>
        </w:tc>
        <w:tc>
          <w:tcPr>
            <w:tcW w:w="32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654B1" w:rsidRPr="009E1A94" w:rsidRDefault="001654B1" w:rsidP="00F63F2F">
            <w:pPr>
              <w:rPr>
                <w:b/>
                <w:sz w:val="28"/>
                <w:szCs w:val="28"/>
              </w:rPr>
            </w:pPr>
          </w:p>
        </w:tc>
      </w:tr>
      <w:tr w:rsidR="001654B1" w:rsidRPr="00DE5029" w:rsidTr="00FB586F">
        <w:trPr>
          <w:trHeight w:val="368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1654B1" w:rsidRPr="009E1A94" w:rsidRDefault="001654B1" w:rsidP="00F63F2F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578" w:type="dxa"/>
            <w:gridSpan w:val="3"/>
            <w:tcBorders>
              <w:left w:val="single" w:sz="12" w:space="0" w:color="auto"/>
            </w:tcBorders>
            <w:shd w:val="clear" w:color="auto" w:fill="FEF2E8"/>
          </w:tcPr>
          <w:p w:rsidR="001654B1" w:rsidRPr="009E1A94" w:rsidRDefault="001654B1" w:rsidP="00F63F2F">
            <w:pPr>
              <w:rPr>
                <w:sz w:val="28"/>
                <w:szCs w:val="28"/>
              </w:rPr>
            </w:pPr>
            <w:r w:rsidRPr="009E1A94">
              <w:rPr>
                <w:b/>
                <w:sz w:val="28"/>
                <w:szCs w:val="28"/>
              </w:rPr>
              <w:t>FUSHA E KURRIKULËS:</w:t>
            </w:r>
          </w:p>
        </w:tc>
        <w:tc>
          <w:tcPr>
            <w:tcW w:w="3735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1654B1" w:rsidRPr="009E1A94" w:rsidRDefault="001654B1" w:rsidP="00F63F2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MATEMATIKË</w:t>
            </w:r>
          </w:p>
        </w:tc>
        <w:tc>
          <w:tcPr>
            <w:tcW w:w="32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654B1" w:rsidRPr="009E1A94" w:rsidRDefault="001654B1" w:rsidP="00F63F2F">
            <w:pPr>
              <w:rPr>
                <w:b/>
                <w:sz w:val="28"/>
                <w:szCs w:val="28"/>
              </w:rPr>
            </w:pPr>
          </w:p>
        </w:tc>
      </w:tr>
      <w:tr w:rsidR="001654B1" w:rsidRPr="00DE5029" w:rsidTr="00FB586F">
        <w:trPr>
          <w:trHeight w:val="345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1654B1" w:rsidRPr="009E1A94" w:rsidRDefault="001654B1" w:rsidP="00F63F2F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578" w:type="dxa"/>
            <w:gridSpan w:val="3"/>
            <w:tcBorders>
              <w:left w:val="single" w:sz="12" w:space="0" w:color="auto"/>
            </w:tcBorders>
            <w:shd w:val="clear" w:color="auto" w:fill="FEF2E8"/>
          </w:tcPr>
          <w:p w:rsidR="001654B1" w:rsidRPr="009E1A94" w:rsidRDefault="001654B1" w:rsidP="00F63F2F">
            <w:pPr>
              <w:rPr>
                <w:sz w:val="28"/>
                <w:szCs w:val="28"/>
              </w:rPr>
            </w:pPr>
            <w:proofErr w:type="gramStart"/>
            <w:r w:rsidRPr="009E1A94">
              <w:rPr>
                <w:b/>
                <w:sz w:val="28"/>
                <w:szCs w:val="28"/>
              </w:rPr>
              <w:t>LËNDA :</w:t>
            </w:r>
            <w:proofErr w:type="gramEnd"/>
          </w:p>
        </w:tc>
        <w:tc>
          <w:tcPr>
            <w:tcW w:w="3735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1654B1" w:rsidRPr="009E1A94" w:rsidRDefault="001654B1" w:rsidP="00F63F2F">
            <w:pPr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Matematikë</w:t>
            </w:r>
            <w:proofErr w:type="spellEnd"/>
          </w:p>
        </w:tc>
        <w:tc>
          <w:tcPr>
            <w:tcW w:w="32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654B1" w:rsidRPr="009E1A94" w:rsidRDefault="001654B1" w:rsidP="00F63F2F">
            <w:pPr>
              <w:rPr>
                <w:b/>
                <w:sz w:val="28"/>
                <w:szCs w:val="28"/>
              </w:rPr>
            </w:pPr>
          </w:p>
        </w:tc>
      </w:tr>
      <w:tr w:rsidR="001654B1" w:rsidRPr="00DE5029" w:rsidTr="00FB586F">
        <w:trPr>
          <w:trHeight w:val="39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654B1" w:rsidRPr="009E1A94" w:rsidRDefault="001654B1" w:rsidP="00F63F2F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578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:rsidR="001654B1" w:rsidRPr="009E1A94" w:rsidRDefault="001654B1" w:rsidP="00F63F2F">
            <w:pPr>
              <w:rPr>
                <w:sz w:val="28"/>
                <w:szCs w:val="28"/>
              </w:rPr>
            </w:pPr>
            <w:proofErr w:type="gramStart"/>
            <w:r w:rsidRPr="009E1A94">
              <w:rPr>
                <w:b/>
                <w:sz w:val="28"/>
                <w:szCs w:val="28"/>
              </w:rPr>
              <w:t>KLASA :</w:t>
            </w:r>
            <w:proofErr w:type="gramEnd"/>
          </w:p>
        </w:tc>
        <w:tc>
          <w:tcPr>
            <w:tcW w:w="3735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654B1" w:rsidRPr="009E1A94" w:rsidRDefault="001654B1" w:rsidP="00F63F2F">
            <w:pPr>
              <w:rPr>
                <w:sz w:val="28"/>
                <w:szCs w:val="28"/>
              </w:rPr>
            </w:pPr>
            <w:r w:rsidRPr="009E1A94">
              <w:rPr>
                <w:b/>
                <w:sz w:val="28"/>
                <w:szCs w:val="28"/>
              </w:rPr>
              <w:t>VII</w:t>
            </w:r>
          </w:p>
        </w:tc>
        <w:tc>
          <w:tcPr>
            <w:tcW w:w="326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654B1" w:rsidRPr="009E1A94" w:rsidRDefault="001654B1" w:rsidP="00F63F2F">
            <w:pPr>
              <w:rPr>
                <w:b/>
                <w:sz w:val="28"/>
                <w:szCs w:val="28"/>
              </w:rPr>
            </w:pPr>
          </w:p>
        </w:tc>
      </w:tr>
      <w:tr w:rsidR="001654B1" w:rsidRPr="00DE5029" w:rsidTr="00F63F2F"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:rsidR="001654B1" w:rsidRPr="001654B1" w:rsidRDefault="001654B1" w:rsidP="00F63F2F">
            <w:pPr>
              <w:rPr>
                <w:sz w:val="28"/>
                <w:szCs w:val="28"/>
              </w:rPr>
            </w:pPr>
            <w:r w:rsidRPr="001654B1">
              <w:rPr>
                <w:b/>
                <w:sz w:val="28"/>
                <w:szCs w:val="28"/>
              </w:rPr>
              <w:t>TEMA-</w:t>
            </w:r>
            <w:proofErr w:type="gramStart"/>
            <w:r w:rsidRPr="001654B1">
              <w:rPr>
                <w:b/>
                <w:sz w:val="28"/>
                <w:szCs w:val="28"/>
              </w:rPr>
              <w:t xml:space="preserve">T  </w:t>
            </w:r>
            <w:proofErr w:type="spellStart"/>
            <w:r w:rsidRPr="001654B1">
              <w:rPr>
                <w:b/>
                <w:sz w:val="28"/>
                <w:szCs w:val="28"/>
              </w:rPr>
              <w:t>mësimore</w:t>
            </w:r>
            <w:proofErr w:type="spellEnd"/>
            <w:proofErr w:type="gramEnd"/>
            <w:r w:rsidRPr="001654B1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578" w:type="dxa"/>
            <w:gridSpan w:val="10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654B1" w:rsidRPr="001654B1" w:rsidRDefault="001654B1" w:rsidP="00F63F2F">
            <w:pPr>
              <w:rPr>
                <w:sz w:val="28"/>
                <w:szCs w:val="28"/>
              </w:rPr>
            </w:pPr>
            <w:r w:rsidRPr="001654B1">
              <w:rPr>
                <w:b/>
                <w:sz w:val="28"/>
                <w:szCs w:val="28"/>
              </w:rPr>
              <w:t xml:space="preserve">7. </w:t>
            </w:r>
            <w:proofErr w:type="spellStart"/>
            <w:r w:rsidRPr="001654B1">
              <w:rPr>
                <w:b/>
                <w:sz w:val="28"/>
                <w:szCs w:val="28"/>
              </w:rPr>
              <w:t>Raporte</w:t>
            </w:r>
            <w:proofErr w:type="spellEnd"/>
            <w:r w:rsidRPr="001654B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654B1">
              <w:rPr>
                <w:b/>
                <w:sz w:val="28"/>
                <w:szCs w:val="28"/>
              </w:rPr>
              <w:t>dhe</w:t>
            </w:r>
            <w:proofErr w:type="spellEnd"/>
            <w:r w:rsidRPr="001654B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654B1">
              <w:rPr>
                <w:b/>
                <w:sz w:val="28"/>
                <w:szCs w:val="28"/>
              </w:rPr>
              <w:t>përpjesëtime</w:t>
            </w:r>
            <w:proofErr w:type="spellEnd"/>
            <w:r w:rsidRPr="001654B1">
              <w:rPr>
                <w:b/>
                <w:sz w:val="28"/>
                <w:szCs w:val="28"/>
              </w:rPr>
              <w:t xml:space="preserve">   8. </w:t>
            </w:r>
            <w:proofErr w:type="spellStart"/>
            <w:r w:rsidRPr="001654B1">
              <w:rPr>
                <w:b/>
                <w:sz w:val="28"/>
                <w:szCs w:val="28"/>
              </w:rPr>
              <w:t>Matja</w:t>
            </w:r>
            <w:proofErr w:type="spellEnd"/>
            <w:r w:rsidRPr="001654B1">
              <w:rPr>
                <w:b/>
                <w:sz w:val="28"/>
                <w:szCs w:val="28"/>
              </w:rPr>
              <w:t xml:space="preserve"> e </w:t>
            </w:r>
            <w:proofErr w:type="spellStart"/>
            <w:r w:rsidRPr="001654B1">
              <w:rPr>
                <w:b/>
                <w:sz w:val="28"/>
                <w:szCs w:val="28"/>
              </w:rPr>
              <w:t>madhësive</w:t>
            </w:r>
            <w:proofErr w:type="spellEnd"/>
            <w:r w:rsidRPr="001654B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654B1">
              <w:rPr>
                <w:b/>
                <w:sz w:val="28"/>
                <w:szCs w:val="28"/>
              </w:rPr>
              <w:t>gjeometrike</w:t>
            </w:r>
            <w:proofErr w:type="spellEnd"/>
            <w:r w:rsidRPr="001654B1">
              <w:rPr>
                <w:b/>
                <w:sz w:val="28"/>
                <w:szCs w:val="28"/>
              </w:rPr>
              <w:t xml:space="preserve">   9. </w:t>
            </w:r>
            <w:proofErr w:type="spellStart"/>
            <w:r w:rsidRPr="001654B1">
              <w:rPr>
                <w:b/>
                <w:sz w:val="28"/>
                <w:szCs w:val="28"/>
              </w:rPr>
              <w:t>Shprehjet</w:t>
            </w:r>
            <w:proofErr w:type="spellEnd"/>
            <w:r w:rsidRPr="001654B1">
              <w:rPr>
                <w:b/>
                <w:sz w:val="28"/>
                <w:szCs w:val="28"/>
              </w:rPr>
              <w:t xml:space="preserve"> me </w:t>
            </w:r>
            <w:proofErr w:type="spellStart"/>
            <w:r w:rsidRPr="001654B1">
              <w:rPr>
                <w:b/>
                <w:sz w:val="28"/>
                <w:szCs w:val="28"/>
              </w:rPr>
              <w:t>ndryshore</w:t>
            </w:r>
            <w:proofErr w:type="spellEnd"/>
            <w:r w:rsidRPr="001654B1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1654B1">
              <w:rPr>
                <w:b/>
                <w:sz w:val="28"/>
                <w:szCs w:val="28"/>
              </w:rPr>
              <w:t>ekuacione</w:t>
            </w:r>
            <w:proofErr w:type="spellEnd"/>
            <w:r w:rsidRPr="001654B1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1654B1">
              <w:rPr>
                <w:b/>
                <w:sz w:val="28"/>
                <w:szCs w:val="28"/>
              </w:rPr>
              <w:t>inekuacione</w:t>
            </w:r>
            <w:proofErr w:type="spellEnd"/>
          </w:p>
        </w:tc>
      </w:tr>
      <w:tr w:rsidR="001654B1" w:rsidRPr="00DE5029" w:rsidTr="00F63F2F">
        <w:tc>
          <w:tcPr>
            <w:tcW w:w="14458" w:type="dxa"/>
            <w:gridSpan w:val="1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:rsidR="001654B1" w:rsidRPr="009E1A94" w:rsidRDefault="001654B1" w:rsidP="00F63F2F">
            <w:pPr>
              <w:rPr>
                <w:sz w:val="28"/>
                <w:szCs w:val="28"/>
              </w:rPr>
            </w:pPr>
            <w:r w:rsidRPr="009E1A94">
              <w:rPr>
                <w:b/>
                <w:sz w:val="28"/>
                <w:szCs w:val="28"/>
              </w:rPr>
              <w:t xml:space="preserve">RNK- </w:t>
            </w:r>
            <w:proofErr w:type="spellStart"/>
            <w:r w:rsidRPr="009E1A94">
              <w:rPr>
                <w:b/>
                <w:sz w:val="28"/>
                <w:szCs w:val="28"/>
              </w:rPr>
              <w:t>Rezultatet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e </w:t>
            </w:r>
            <w:proofErr w:type="spellStart"/>
            <w:r w:rsidRPr="009E1A94">
              <w:rPr>
                <w:b/>
                <w:sz w:val="28"/>
                <w:szCs w:val="28"/>
              </w:rPr>
              <w:t>të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nxënit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për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kompetencat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kryesore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të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shkallës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që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synohen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të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arrihen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përmes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shtjellimit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të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temës</w:t>
            </w:r>
            <w:proofErr w:type="spellEnd"/>
            <w:r w:rsidRPr="009E1A94">
              <w:rPr>
                <w:b/>
                <w:sz w:val="28"/>
                <w:szCs w:val="28"/>
              </w:rPr>
              <w:t>/</w:t>
            </w:r>
            <w:proofErr w:type="spellStart"/>
            <w:r w:rsidRPr="009E1A94">
              <w:rPr>
                <w:b/>
                <w:sz w:val="28"/>
                <w:szCs w:val="28"/>
              </w:rPr>
              <w:t>ve</w:t>
            </w:r>
            <w:proofErr w:type="spellEnd"/>
            <w:r w:rsidRPr="009E1A94">
              <w:rPr>
                <w:b/>
                <w:sz w:val="28"/>
                <w:szCs w:val="28"/>
              </w:rPr>
              <w:t>:</w:t>
            </w:r>
          </w:p>
        </w:tc>
      </w:tr>
      <w:tr w:rsidR="001654B1" w:rsidRPr="00B62707" w:rsidTr="00F63F2F">
        <w:tc>
          <w:tcPr>
            <w:tcW w:w="14458" w:type="dxa"/>
            <w:gridSpan w:val="1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654B1" w:rsidRPr="00B62707" w:rsidRDefault="001654B1" w:rsidP="00F63F2F">
            <w:pPr>
              <w:rPr>
                <w:sz w:val="20"/>
                <w:szCs w:val="20"/>
                <w:lang w:val="de-DE"/>
              </w:rPr>
            </w:pPr>
            <w:r w:rsidRPr="00B62707">
              <w:rPr>
                <w:b/>
                <w:sz w:val="20"/>
                <w:szCs w:val="20"/>
                <w:lang w:val="de-DE"/>
              </w:rPr>
              <w:t xml:space="preserve">TEMA </w:t>
            </w:r>
            <w:r w:rsidR="007B5075">
              <w:rPr>
                <w:b/>
                <w:sz w:val="20"/>
                <w:szCs w:val="20"/>
                <w:lang w:val="de-DE"/>
              </w:rPr>
              <w:t>7</w:t>
            </w:r>
            <w:r w:rsidRPr="00B62707">
              <w:rPr>
                <w:b/>
                <w:sz w:val="20"/>
                <w:szCs w:val="20"/>
                <w:lang w:val="de-DE"/>
              </w:rPr>
              <w:t>: I.2</w:t>
            </w:r>
            <w:r w:rsidR="007B5075">
              <w:rPr>
                <w:b/>
                <w:sz w:val="20"/>
                <w:szCs w:val="20"/>
                <w:lang w:val="de-DE"/>
              </w:rPr>
              <w:t>,3,4</w:t>
            </w:r>
            <w:r w:rsidRPr="00B62707">
              <w:rPr>
                <w:b/>
                <w:sz w:val="20"/>
                <w:szCs w:val="20"/>
                <w:lang w:val="de-DE"/>
              </w:rPr>
              <w:t>,6; II.</w:t>
            </w:r>
            <w:r w:rsidR="007B5075">
              <w:rPr>
                <w:b/>
                <w:sz w:val="20"/>
                <w:szCs w:val="20"/>
                <w:lang w:val="de-DE"/>
              </w:rPr>
              <w:t>1</w:t>
            </w:r>
            <w:r w:rsidRPr="00B62707">
              <w:rPr>
                <w:b/>
                <w:sz w:val="20"/>
                <w:szCs w:val="20"/>
                <w:lang w:val="de-DE"/>
              </w:rPr>
              <w:t>,</w:t>
            </w:r>
            <w:r w:rsidR="007B5075">
              <w:rPr>
                <w:b/>
                <w:sz w:val="20"/>
                <w:szCs w:val="20"/>
                <w:lang w:val="de-DE"/>
              </w:rPr>
              <w:t>2</w:t>
            </w:r>
            <w:r w:rsidRPr="00B62707">
              <w:rPr>
                <w:b/>
                <w:sz w:val="20"/>
                <w:szCs w:val="20"/>
                <w:lang w:val="de-DE"/>
              </w:rPr>
              <w:t>,5,6; III</w:t>
            </w:r>
            <w:r>
              <w:rPr>
                <w:b/>
                <w:sz w:val="20"/>
                <w:szCs w:val="20"/>
                <w:lang w:val="de-DE"/>
              </w:rPr>
              <w:t xml:space="preserve"> </w:t>
            </w:r>
            <w:r w:rsidR="007B5075">
              <w:rPr>
                <w:b/>
                <w:sz w:val="20"/>
                <w:szCs w:val="20"/>
                <w:lang w:val="de-DE"/>
              </w:rPr>
              <w:t>1,</w:t>
            </w:r>
            <w:r>
              <w:rPr>
                <w:b/>
                <w:sz w:val="20"/>
                <w:szCs w:val="20"/>
                <w:lang w:val="de-DE"/>
              </w:rPr>
              <w:t>2</w:t>
            </w:r>
            <w:r w:rsidRPr="00B62707">
              <w:rPr>
                <w:b/>
                <w:sz w:val="20"/>
                <w:szCs w:val="20"/>
                <w:lang w:val="de-DE"/>
              </w:rPr>
              <w:t>,3,5; IV.</w:t>
            </w:r>
            <w:r w:rsidR="007B5075">
              <w:rPr>
                <w:b/>
                <w:sz w:val="20"/>
                <w:szCs w:val="20"/>
                <w:lang w:val="de-DE"/>
              </w:rPr>
              <w:t>4</w:t>
            </w:r>
            <w:r w:rsidRPr="00B62707">
              <w:rPr>
                <w:b/>
                <w:sz w:val="20"/>
                <w:szCs w:val="20"/>
                <w:lang w:val="de-DE"/>
              </w:rPr>
              <w:t>; V.</w:t>
            </w:r>
            <w:r w:rsidR="007B5075">
              <w:rPr>
                <w:b/>
                <w:sz w:val="20"/>
                <w:szCs w:val="20"/>
                <w:lang w:val="de-DE"/>
              </w:rPr>
              <w:t>3</w:t>
            </w:r>
            <w:r w:rsidRPr="00B62707">
              <w:rPr>
                <w:b/>
                <w:sz w:val="20"/>
                <w:szCs w:val="20"/>
                <w:lang w:val="de-DE"/>
              </w:rPr>
              <w:t>; VI</w:t>
            </w:r>
            <w:r w:rsidR="007B5075">
              <w:rPr>
                <w:b/>
                <w:sz w:val="20"/>
                <w:szCs w:val="20"/>
                <w:lang w:val="de-DE"/>
              </w:rPr>
              <w:t xml:space="preserve">. 1, </w:t>
            </w:r>
            <w:r w:rsidRPr="00B62707">
              <w:rPr>
                <w:b/>
                <w:sz w:val="20"/>
                <w:szCs w:val="20"/>
                <w:lang w:val="de-DE"/>
              </w:rPr>
              <w:t>6.</w:t>
            </w:r>
          </w:p>
          <w:p w:rsidR="001654B1" w:rsidRDefault="001654B1" w:rsidP="00F63F2F">
            <w:pPr>
              <w:rPr>
                <w:b/>
                <w:sz w:val="20"/>
                <w:szCs w:val="20"/>
                <w:lang w:val="de-DE"/>
              </w:rPr>
            </w:pPr>
            <w:r w:rsidRPr="00B62707">
              <w:rPr>
                <w:b/>
                <w:sz w:val="20"/>
                <w:szCs w:val="20"/>
                <w:lang w:val="de-DE"/>
              </w:rPr>
              <w:t xml:space="preserve">TEMA </w:t>
            </w:r>
            <w:r w:rsidR="007B5075">
              <w:rPr>
                <w:b/>
                <w:sz w:val="20"/>
                <w:szCs w:val="20"/>
                <w:lang w:val="de-DE"/>
              </w:rPr>
              <w:t>8</w:t>
            </w:r>
            <w:r w:rsidRPr="00B62707">
              <w:rPr>
                <w:b/>
                <w:sz w:val="20"/>
                <w:szCs w:val="20"/>
                <w:lang w:val="de-DE"/>
              </w:rPr>
              <w:t>: I.1,2,3,4,6; II.1,2,4,5,6,7,8; III.1,2,3,4,5,7; IV.4; V.</w:t>
            </w:r>
            <w:r>
              <w:rPr>
                <w:b/>
                <w:sz w:val="20"/>
                <w:szCs w:val="20"/>
                <w:lang w:val="de-DE"/>
              </w:rPr>
              <w:t>3</w:t>
            </w:r>
            <w:r w:rsidRPr="00B62707">
              <w:rPr>
                <w:b/>
                <w:sz w:val="20"/>
                <w:szCs w:val="20"/>
                <w:lang w:val="de-DE"/>
              </w:rPr>
              <w:t>,7; VI.1,6,8.</w:t>
            </w:r>
          </w:p>
          <w:p w:rsidR="001654B1" w:rsidRPr="007B5075" w:rsidRDefault="001654B1" w:rsidP="00F63F2F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 xml:space="preserve">TEMA </w:t>
            </w:r>
            <w:r w:rsidR="007B5075">
              <w:rPr>
                <w:b/>
                <w:sz w:val="20"/>
                <w:szCs w:val="20"/>
                <w:lang w:val="de-DE"/>
              </w:rPr>
              <w:t>9:</w:t>
            </w:r>
            <w:r>
              <w:rPr>
                <w:b/>
                <w:sz w:val="20"/>
                <w:szCs w:val="20"/>
                <w:lang w:val="de-DE"/>
              </w:rPr>
              <w:t xml:space="preserve"> </w:t>
            </w:r>
            <w:r w:rsidRPr="00B62707">
              <w:rPr>
                <w:b/>
                <w:sz w:val="20"/>
                <w:szCs w:val="20"/>
                <w:lang w:val="de-DE"/>
              </w:rPr>
              <w:t>I.1,2,3,4,5,6,8; II.1,2,3,4,5,6,7,8; III.1,2,3,4,5,6,7,8; IV.2,4; V.</w:t>
            </w:r>
            <w:r>
              <w:rPr>
                <w:b/>
                <w:sz w:val="20"/>
                <w:szCs w:val="20"/>
                <w:lang w:val="de-DE"/>
              </w:rPr>
              <w:t>3</w:t>
            </w:r>
            <w:r w:rsidRPr="00B62707">
              <w:rPr>
                <w:b/>
                <w:sz w:val="20"/>
                <w:szCs w:val="20"/>
                <w:lang w:val="de-DE"/>
              </w:rPr>
              <w:t>,7; VI.1,6,8.</w:t>
            </w:r>
          </w:p>
        </w:tc>
      </w:tr>
      <w:tr w:rsidR="001654B1" w:rsidRPr="00B62707" w:rsidTr="00F63F2F">
        <w:tc>
          <w:tcPr>
            <w:tcW w:w="14458" w:type="dxa"/>
            <w:gridSpan w:val="1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:rsidR="001654B1" w:rsidRPr="00B62707" w:rsidRDefault="001654B1" w:rsidP="00F63F2F">
            <w:pPr>
              <w:rPr>
                <w:sz w:val="28"/>
                <w:szCs w:val="28"/>
                <w:lang w:val="de-DE"/>
              </w:rPr>
            </w:pPr>
            <w:r w:rsidRPr="00B62707">
              <w:rPr>
                <w:b/>
                <w:sz w:val="28"/>
                <w:szCs w:val="28"/>
                <w:lang w:val="de-DE"/>
              </w:rPr>
              <w:t xml:space="preserve">RNF-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Rezultatet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e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të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nxënit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të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fushës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kurrikulare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të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shkallës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që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synohen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të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arrihen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përmes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shtjellimit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të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temës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>/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ve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>:</w:t>
            </w:r>
          </w:p>
        </w:tc>
      </w:tr>
      <w:tr w:rsidR="001654B1" w:rsidRPr="00B62707" w:rsidTr="00F63F2F">
        <w:tc>
          <w:tcPr>
            <w:tcW w:w="14458" w:type="dxa"/>
            <w:gridSpan w:val="1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654B1" w:rsidRPr="004E4F15" w:rsidRDefault="004E4F15" w:rsidP="004E4F15">
            <w:pPr>
              <w:rPr>
                <w:rFonts w:cs="Times New Roman"/>
                <w:i/>
                <w:iCs/>
                <w:sz w:val="20"/>
                <w:szCs w:val="20"/>
                <w:lang w:val="de-DE"/>
              </w:rPr>
            </w:pPr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1.1</w:t>
            </w:r>
            <w:r w:rsidR="001654B1"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Përdor </w:t>
            </w:r>
            <w:proofErr w:type="spellStart"/>
            <w:r w:rsidR="001654B1"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simbole</w:t>
            </w:r>
            <w:proofErr w:type="spellEnd"/>
            <w:r w:rsidR="001654B1"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="001654B1"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="001654B1"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fakte </w:t>
            </w:r>
            <w:proofErr w:type="spellStart"/>
            <w:r w:rsidR="001654B1"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për</w:t>
            </w:r>
            <w:proofErr w:type="spellEnd"/>
            <w:r w:rsidR="001654B1"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="001654B1"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zgjidhjen</w:t>
            </w:r>
            <w:proofErr w:type="spellEnd"/>
            <w:r w:rsidR="001654B1"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="001654B1"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problemeve</w:t>
            </w:r>
            <w:proofErr w:type="spellEnd"/>
            <w:r w:rsidR="001654B1"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="001654B1"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që</w:t>
            </w:r>
            <w:proofErr w:type="spellEnd"/>
            <w:r w:rsidR="001654B1"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="001654B1"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lidhen</w:t>
            </w:r>
            <w:proofErr w:type="spellEnd"/>
            <w:r w:rsidR="001654B1"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="001654B1"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me</w:t>
            </w:r>
            <w:proofErr w:type="spellEnd"/>
            <w:r w:rsidR="001654B1"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="001654B1"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numrat</w:t>
            </w:r>
            <w:proofErr w:type="spellEnd"/>
            <w:r w:rsidR="001654B1"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="001654B1"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racionalë</w:t>
            </w:r>
            <w:proofErr w:type="spellEnd"/>
            <w:r w:rsidR="001654B1"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.</w:t>
            </w:r>
          </w:p>
          <w:p w:rsidR="001654B1" w:rsidRPr="007C6219" w:rsidRDefault="001654B1" w:rsidP="00F63F2F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7C6219">
              <w:rPr>
                <w:rStyle w:val="Strong"/>
                <w:rFonts w:cs="Times New Roman"/>
                <w:b w:val="0"/>
                <w:bCs w:val="0"/>
                <w:i/>
                <w:iCs/>
                <w:sz w:val="20"/>
                <w:szCs w:val="20"/>
              </w:rPr>
              <w:t>1.2</w:t>
            </w:r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Demonstron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marrëdhëniet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ndërmjet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numrave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racionalë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>.</w:t>
            </w:r>
          </w:p>
          <w:p w:rsidR="001654B1" w:rsidRPr="007C6219" w:rsidRDefault="001654B1" w:rsidP="00F63F2F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7C6219">
              <w:rPr>
                <w:rStyle w:val="Strong"/>
                <w:rFonts w:cs="Times New Roman"/>
                <w:b w:val="0"/>
                <w:bCs w:val="0"/>
                <w:i/>
                <w:iCs/>
                <w:sz w:val="20"/>
                <w:szCs w:val="20"/>
              </w:rPr>
              <w:t>1.3</w:t>
            </w:r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Përdor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matjet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në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figurat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2D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dhe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në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objektet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3D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për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zgjidhjen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e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problemeve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. </w:t>
            </w:r>
          </w:p>
          <w:p w:rsidR="001654B1" w:rsidRPr="001654B1" w:rsidRDefault="001654B1" w:rsidP="00F63F2F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1654B1">
              <w:rPr>
                <w:rStyle w:val="Strong"/>
                <w:rFonts w:cs="Times New Roman"/>
                <w:b w:val="0"/>
                <w:bCs w:val="0"/>
                <w:i/>
                <w:iCs/>
                <w:sz w:val="20"/>
                <w:szCs w:val="20"/>
              </w:rPr>
              <w:t>2.1</w:t>
            </w:r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Argumenton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shndërrimet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direkte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dhe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indirekte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të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zbatuara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në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veprimet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me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numra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realë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transformime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gjeometrike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matje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probabilitet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dhe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statistikë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. </w:t>
            </w:r>
          </w:p>
          <w:p w:rsidR="001654B1" w:rsidRDefault="001654B1" w:rsidP="00F63F2F">
            <w:pPr>
              <w:rPr>
                <w:rFonts w:cs="Times New Roman"/>
                <w:i/>
                <w:iCs/>
                <w:sz w:val="20"/>
                <w:szCs w:val="20"/>
                <w:lang w:val="de-DE"/>
              </w:rPr>
            </w:pPr>
            <w:r w:rsidRPr="007C6219">
              <w:rPr>
                <w:rStyle w:val="Strong"/>
                <w:rFonts w:cs="Times New Roman"/>
                <w:b w:val="0"/>
                <w:bCs w:val="0"/>
                <w:i/>
                <w:iCs/>
                <w:sz w:val="20"/>
                <w:szCs w:val="20"/>
                <w:lang w:val="de-DE"/>
              </w:rPr>
              <w:t>2.3</w:t>
            </w:r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Arsyeton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vërteton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pohime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matematike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përmes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metodave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ndryshme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matematikore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. </w:t>
            </w:r>
          </w:p>
          <w:p w:rsidR="004E4F15" w:rsidRPr="004E4F15" w:rsidRDefault="004E4F15" w:rsidP="004E4F15">
            <w:pPr>
              <w:rPr>
                <w:rFonts w:cs="Times New Roman"/>
                <w:i/>
                <w:iCs/>
                <w:sz w:val="20"/>
                <w:szCs w:val="20"/>
                <w:lang w:val="de-DE"/>
              </w:rPr>
            </w:pPr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2.4 </w:t>
            </w:r>
            <w:proofErr w:type="spellStart"/>
            <w:r w:rsidRPr="004E4F15">
              <w:rPr>
                <w:rFonts w:cs="Times New Roman"/>
                <w:i/>
                <w:iCs/>
                <w:sz w:val="17"/>
                <w:lang w:val="de-DE"/>
              </w:rPr>
              <w:t>Sugjeron</w:t>
            </w:r>
            <w:proofErr w:type="spellEnd"/>
            <w:r w:rsidRPr="004E4F15">
              <w:rPr>
                <w:rFonts w:cs="Times New Roman"/>
                <w:i/>
                <w:iCs/>
                <w:sz w:val="17"/>
                <w:lang w:val="de-DE"/>
              </w:rPr>
              <w:t xml:space="preserve"> </w:t>
            </w:r>
            <w:proofErr w:type="spellStart"/>
            <w:r w:rsidRPr="004E4F15">
              <w:rPr>
                <w:rFonts w:cs="Times New Roman"/>
                <w:i/>
                <w:iCs/>
                <w:sz w:val="17"/>
                <w:lang w:val="de-DE"/>
              </w:rPr>
              <w:t>formula</w:t>
            </w:r>
            <w:proofErr w:type="spellEnd"/>
            <w:r w:rsidRPr="004E4F15">
              <w:rPr>
                <w:rFonts w:cs="Times New Roman"/>
                <w:i/>
                <w:iCs/>
                <w:sz w:val="17"/>
                <w:lang w:val="de-DE"/>
              </w:rPr>
              <w:t xml:space="preserve"> </w:t>
            </w:r>
            <w:proofErr w:type="spellStart"/>
            <w:r w:rsidRPr="004E4F15">
              <w:rPr>
                <w:rFonts w:cs="Times New Roman"/>
                <w:i/>
                <w:iCs/>
                <w:sz w:val="17"/>
                <w:lang w:val="de-DE"/>
              </w:rPr>
              <w:t>të</w:t>
            </w:r>
            <w:proofErr w:type="spellEnd"/>
            <w:r w:rsidRPr="004E4F15">
              <w:rPr>
                <w:rFonts w:cs="Times New Roman"/>
                <w:i/>
                <w:iCs/>
                <w:sz w:val="17"/>
                <w:lang w:val="de-DE"/>
              </w:rPr>
              <w:t xml:space="preserve"> </w:t>
            </w:r>
            <w:proofErr w:type="spellStart"/>
            <w:r w:rsidRPr="004E4F15">
              <w:rPr>
                <w:rFonts w:cs="Times New Roman"/>
                <w:i/>
                <w:iCs/>
                <w:sz w:val="17"/>
                <w:lang w:val="de-DE"/>
              </w:rPr>
              <w:t>ndryshme</w:t>
            </w:r>
            <w:proofErr w:type="spellEnd"/>
            <w:r w:rsidRPr="004E4F15">
              <w:rPr>
                <w:rFonts w:cs="Times New Roman"/>
                <w:i/>
                <w:iCs/>
                <w:sz w:val="17"/>
                <w:lang w:val="de-DE"/>
              </w:rPr>
              <w:t xml:space="preserve"> </w:t>
            </w:r>
            <w:proofErr w:type="spellStart"/>
            <w:r w:rsidRPr="004E4F15">
              <w:rPr>
                <w:rFonts w:cs="Times New Roman"/>
                <w:i/>
                <w:iCs/>
                <w:sz w:val="17"/>
                <w:lang w:val="de-DE"/>
              </w:rPr>
              <w:t>dhe</w:t>
            </w:r>
            <w:proofErr w:type="spellEnd"/>
            <w:r w:rsidRPr="004E4F15">
              <w:rPr>
                <w:rFonts w:cs="Times New Roman"/>
                <w:i/>
                <w:iCs/>
                <w:sz w:val="17"/>
                <w:lang w:val="de-DE"/>
              </w:rPr>
              <w:t xml:space="preserve"> </w:t>
            </w:r>
            <w:proofErr w:type="spellStart"/>
            <w:r w:rsidRPr="004E4F15">
              <w:rPr>
                <w:rFonts w:cs="Times New Roman"/>
                <w:i/>
                <w:iCs/>
                <w:sz w:val="17"/>
                <w:lang w:val="de-DE"/>
              </w:rPr>
              <w:t>të</w:t>
            </w:r>
            <w:proofErr w:type="spellEnd"/>
            <w:r w:rsidRPr="004E4F15">
              <w:rPr>
                <w:rFonts w:cs="Times New Roman"/>
                <w:i/>
                <w:iCs/>
                <w:sz w:val="17"/>
                <w:lang w:val="de-DE"/>
              </w:rPr>
              <w:t xml:space="preserve"> </w:t>
            </w:r>
            <w:proofErr w:type="spellStart"/>
            <w:r w:rsidRPr="004E4F15">
              <w:rPr>
                <w:rFonts w:cs="Times New Roman"/>
                <w:i/>
                <w:iCs/>
                <w:sz w:val="17"/>
                <w:lang w:val="de-DE"/>
              </w:rPr>
              <w:t>përshtatshme</w:t>
            </w:r>
            <w:proofErr w:type="spellEnd"/>
            <w:r w:rsidRPr="004E4F15">
              <w:rPr>
                <w:rFonts w:cs="Times New Roman"/>
                <w:i/>
                <w:iCs/>
                <w:sz w:val="17"/>
                <w:lang w:val="de-DE"/>
              </w:rPr>
              <w:t xml:space="preserve"> </w:t>
            </w:r>
            <w:proofErr w:type="spellStart"/>
            <w:r w:rsidRPr="004E4F15">
              <w:rPr>
                <w:rFonts w:cs="Times New Roman"/>
                <w:i/>
                <w:iCs/>
                <w:sz w:val="17"/>
                <w:lang w:val="de-DE"/>
              </w:rPr>
              <w:t>për</w:t>
            </w:r>
            <w:proofErr w:type="spellEnd"/>
            <w:r w:rsidRPr="004E4F15">
              <w:rPr>
                <w:rFonts w:cs="Times New Roman"/>
                <w:i/>
                <w:iCs/>
                <w:sz w:val="17"/>
                <w:lang w:val="de-DE"/>
              </w:rPr>
              <w:t xml:space="preserve"> </w:t>
            </w:r>
            <w:proofErr w:type="spellStart"/>
            <w:r w:rsidRPr="004E4F15">
              <w:rPr>
                <w:rFonts w:cs="Times New Roman"/>
                <w:i/>
                <w:iCs/>
                <w:sz w:val="17"/>
                <w:lang w:val="de-DE"/>
              </w:rPr>
              <w:t>zgjidhje</w:t>
            </w:r>
            <w:proofErr w:type="spellEnd"/>
            <w:r w:rsidRPr="004E4F15">
              <w:rPr>
                <w:rFonts w:cs="Times New Roman"/>
                <w:i/>
                <w:iCs/>
                <w:sz w:val="17"/>
                <w:lang w:val="de-DE"/>
              </w:rPr>
              <w:t xml:space="preserve"> </w:t>
            </w:r>
            <w:proofErr w:type="spellStart"/>
            <w:r w:rsidRPr="004E4F15">
              <w:rPr>
                <w:rFonts w:cs="Times New Roman"/>
                <w:i/>
                <w:iCs/>
                <w:sz w:val="17"/>
                <w:lang w:val="de-DE"/>
              </w:rPr>
              <w:t>të</w:t>
            </w:r>
            <w:proofErr w:type="spellEnd"/>
            <w:r w:rsidRPr="004E4F15">
              <w:rPr>
                <w:rFonts w:cs="Times New Roman"/>
                <w:i/>
                <w:iCs/>
                <w:sz w:val="17"/>
                <w:lang w:val="de-DE"/>
              </w:rPr>
              <w:t xml:space="preserve"> </w:t>
            </w:r>
            <w:proofErr w:type="spellStart"/>
            <w:r w:rsidRPr="004E4F15">
              <w:rPr>
                <w:rFonts w:cs="Times New Roman"/>
                <w:i/>
                <w:iCs/>
                <w:sz w:val="17"/>
                <w:lang w:val="de-DE"/>
              </w:rPr>
              <w:t>detyrave</w:t>
            </w:r>
            <w:proofErr w:type="spellEnd"/>
          </w:p>
          <w:p w:rsidR="001654B1" w:rsidRPr="004E4F15" w:rsidRDefault="004E4F15" w:rsidP="004E4F15">
            <w:pPr>
              <w:rPr>
                <w:rFonts w:cs="Times New Roman"/>
                <w:i/>
                <w:iCs/>
                <w:sz w:val="20"/>
                <w:szCs w:val="20"/>
                <w:lang w:val="de-DE"/>
              </w:rPr>
            </w:pPr>
            <w:r>
              <w:rPr>
                <w:rFonts w:cs="Times New Roman"/>
                <w:i/>
                <w:iCs/>
                <w:sz w:val="20"/>
                <w:szCs w:val="20"/>
                <w:lang w:val="de-DE"/>
              </w:rPr>
              <w:t>3.1</w:t>
            </w:r>
            <w:r w:rsidR="001654B1"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Demostron </w:t>
            </w:r>
            <w:proofErr w:type="spellStart"/>
            <w:r w:rsidR="001654B1"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zbatimin</w:t>
            </w:r>
            <w:proofErr w:type="spellEnd"/>
            <w:r w:rsidR="001654B1"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="001654B1"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numrave</w:t>
            </w:r>
            <w:proofErr w:type="spellEnd"/>
            <w:r w:rsidR="001654B1"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="001654B1"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racionalë</w:t>
            </w:r>
            <w:proofErr w:type="spellEnd"/>
            <w:r w:rsidR="001654B1"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="001654B1"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në</w:t>
            </w:r>
            <w:proofErr w:type="spellEnd"/>
            <w:r w:rsidR="001654B1"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="001654B1"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shprehje</w:t>
            </w:r>
            <w:proofErr w:type="spellEnd"/>
            <w:r w:rsidR="001654B1"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="001654B1"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="001654B1"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="001654B1"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ndryushme</w:t>
            </w:r>
            <w:proofErr w:type="spellEnd"/>
            <w:r w:rsidR="001654B1"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="001654B1"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numerike</w:t>
            </w:r>
            <w:proofErr w:type="spellEnd"/>
            <w:r w:rsidR="001654B1"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="001654B1"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="001654B1"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="001654B1"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shkronjore</w:t>
            </w:r>
            <w:proofErr w:type="spellEnd"/>
            <w:r w:rsidR="001654B1"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. </w:t>
            </w:r>
          </w:p>
          <w:p w:rsidR="001654B1" w:rsidRPr="007C6219" w:rsidRDefault="001654B1" w:rsidP="00F63F2F">
            <w:pPr>
              <w:rPr>
                <w:rFonts w:cs="Times New Roman"/>
                <w:i/>
                <w:iCs/>
                <w:sz w:val="20"/>
                <w:szCs w:val="20"/>
                <w:lang w:val="de-DE"/>
              </w:rPr>
            </w:pPr>
            <w:r w:rsidRPr="007C6219">
              <w:rPr>
                <w:rStyle w:val="Strong"/>
                <w:rFonts w:cs="Times New Roman"/>
                <w:b w:val="0"/>
                <w:bCs w:val="0"/>
                <w:i/>
                <w:iCs/>
                <w:sz w:val="20"/>
                <w:szCs w:val="20"/>
                <w:lang w:val="de-DE"/>
              </w:rPr>
              <w:t>3.2</w:t>
            </w:r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Kryen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matje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për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figurat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2D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objektet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3D. </w:t>
            </w:r>
          </w:p>
          <w:p w:rsidR="001654B1" w:rsidRPr="007C6219" w:rsidRDefault="001654B1" w:rsidP="00F63F2F">
            <w:pPr>
              <w:rPr>
                <w:rFonts w:cs="Times New Roman"/>
                <w:i/>
                <w:iCs/>
                <w:sz w:val="20"/>
                <w:szCs w:val="20"/>
                <w:lang w:val="de-DE"/>
              </w:rPr>
            </w:pPr>
            <w:r w:rsidRPr="007C6219">
              <w:rPr>
                <w:rStyle w:val="Strong"/>
                <w:rFonts w:cs="Times New Roman"/>
                <w:b w:val="0"/>
                <w:bCs w:val="0"/>
                <w:i/>
                <w:iCs/>
                <w:sz w:val="20"/>
                <w:szCs w:val="20"/>
                <w:lang w:val="de-DE"/>
              </w:rPr>
              <w:t>3.3</w:t>
            </w:r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Përdor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terminologjinë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matematikore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simbolet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algjebrike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gjeometrike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për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përshkruar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situata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nga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matematika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jeta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përditshme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. </w:t>
            </w:r>
          </w:p>
          <w:p w:rsidR="001654B1" w:rsidRDefault="001654B1" w:rsidP="00F63F2F">
            <w:pPr>
              <w:rPr>
                <w:rFonts w:cs="Times New Roman"/>
                <w:i/>
                <w:iCs/>
                <w:sz w:val="20"/>
                <w:szCs w:val="20"/>
                <w:lang w:val="de-DE"/>
              </w:rPr>
            </w:pPr>
            <w:r w:rsidRPr="007C6219">
              <w:rPr>
                <w:rStyle w:val="Strong"/>
                <w:rFonts w:cs="Times New Roman"/>
                <w:b w:val="0"/>
                <w:bCs w:val="0"/>
                <w:i/>
                <w:iCs/>
                <w:sz w:val="20"/>
                <w:szCs w:val="20"/>
                <w:lang w:val="de-DE"/>
              </w:rPr>
              <w:t>3.4</w:t>
            </w:r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Komunikon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menduarit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matematik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përmes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lexuarit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shkruarit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diskutimit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dëgjimit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pyetjeve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duke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përdorur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gjuhën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simbolet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fjalorin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matematik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paraqitje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ndryshme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. </w:t>
            </w:r>
          </w:p>
          <w:p w:rsidR="004E4F15" w:rsidRPr="007C6219" w:rsidRDefault="004E4F15" w:rsidP="00F63F2F">
            <w:pPr>
              <w:rPr>
                <w:rFonts w:cs="Times New Roman"/>
                <w:i/>
                <w:iCs/>
                <w:sz w:val="20"/>
                <w:szCs w:val="20"/>
                <w:lang w:val="de-DE"/>
              </w:rPr>
            </w:pPr>
            <w:r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3.5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Krijon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paraqitje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koncepteve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matematike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me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mjete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konkrete,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vizatime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numra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simbole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tabela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diagrame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zbaton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në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probleme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nga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i/>
                <w:iCs/>
                <w:sz w:val="20"/>
                <w:szCs w:val="20"/>
                <w:lang w:val="de-DE"/>
              </w:rPr>
              <w:t>situata</w:t>
            </w:r>
            <w:proofErr w:type="spellEnd"/>
            <w:r w:rsidRPr="00C84F42">
              <w:rPr>
                <w:i/>
                <w:iCs/>
                <w:sz w:val="20"/>
                <w:szCs w:val="20"/>
                <w:lang w:val="de-DE"/>
              </w:rPr>
              <w:t xml:space="preserve"> reale.</w:t>
            </w:r>
          </w:p>
          <w:p w:rsidR="001654B1" w:rsidRPr="007C6219" w:rsidRDefault="001654B1" w:rsidP="00F63F2F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7C6219">
              <w:rPr>
                <w:rStyle w:val="Strong"/>
                <w:rFonts w:cs="Times New Roman"/>
                <w:b w:val="0"/>
                <w:bCs w:val="0"/>
                <w:i/>
                <w:iCs/>
                <w:sz w:val="20"/>
                <w:szCs w:val="20"/>
              </w:rPr>
              <w:t>4.1</w:t>
            </w:r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Bën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lidhje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ndërmjet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koncepteve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e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procedurave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matematikore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. </w:t>
            </w:r>
          </w:p>
          <w:p w:rsidR="001654B1" w:rsidRPr="001654B1" w:rsidRDefault="001654B1" w:rsidP="00F63F2F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1654B1">
              <w:rPr>
                <w:rStyle w:val="Strong"/>
                <w:rFonts w:cs="Times New Roman"/>
                <w:b w:val="0"/>
                <w:bCs w:val="0"/>
                <w:i/>
                <w:iCs/>
                <w:sz w:val="20"/>
                <w:szCs w:val="20"/>
              </w:rPr>
              <w:t>4.2</w:t>
            </w:r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Integron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njohuritë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dhe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shprehitë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matematike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me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situata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nga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jeta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e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përditshme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lëndët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e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tjera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sportet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dhe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kontekste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të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tjera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. </w:t>
            </w:r>
          </w:p>
          <w:p w:rsidR="001654B1" w:rsidRPr="007C6219" w:rsidRDefault="001654B1" w:rsidP="00F63F2F">
            <w:pPr>
              <w:rPr>
                <w:rFonts w:cs="Times New Roman"/>
                <w:i/>
                <w:iCs/>
                <w:sz w:val="20"/>
                <w:szCs w:val="20"/>
                <w:lang w:val="de-DE"/>
              </w:rPr>
            </w:pPr>
            <w:r w:rsidRPr="007C6219">
              <w:rPr>
                <w:rStyle w:val="Strong"/>
                <w:rFonts w:cs="Times New Roman"/>
                <w:b w:val="0"/>
                <w:bCs w:val="0"/>
                <w:i/>
                <w:iCs/>
                <w:sz w:val="20"/>
                <w:szCs w:val="20"/>
                <w:lang w:val="de-DE"/>
              </w:rPr>
              <w:t>4.3</w:t>
            </w:r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Integron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lidh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konceptet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ndryshme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matematike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për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zgjidhur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probleme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ndryshme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. </w:t>
            </w:r>
          </w:p>
          <w:p w:rsidR="004E4F15" w:rsidRPr="007C6219" w:rsidRDefault="001654B1" w:rsidP="00F63F2F">
            <w:pPr>
              <w:rPr>
                <w:rFonts w:cs="Times New Roman"/>
                <w:i/>
                <w:iCs/>
                <w:sz w:val="20"/>
                <w:szCs w:val="20"/>
                <w:lang w:val="de-DE"/>
              </w:rPr>
            </w:pPr>
            <w:r w:rsidRPr="007C6219">
              <w:rPr>
                <w:rStyle w:val="Strong"/>
                <w:rFonts w:cs="Times New Roman"/>
                <w:b w:val="0"/>
                <w:bCs w:val="0"/>
                <w:i/>
                <w:iCs/>
                <w:sz w:val="20"/>
                <w:szCs w:val="20"/>
                <w:lang w:val="de-DE"/>
              </w:rPr>
              <w:t>5.1</w:t>
            </w:r>
            <w:r w:rsidRPr="007C6219">
              <w:rPr>
                <w:rFonts w:cs="Times New Roman"/>
                <w:i/>
                <w:iCs/>
                <w:lang w:val="de-DE"/>
              </w:rPr>
              <w:t xml:space="preserve">Përdor </w:t>
            </w:r>
            <w:proofErr w:type="spellStart"/>
            <w:r w:rsidRPr="007C6219">
              <w:rPr>
                <w:rFonts w:cs="Times New Roman"/>
                <w:i/>
                <w:iCs/>
                <w:lang w:val="de-DE"/>
              </w:rPr>
              <w:t>rregullat</w:t>
            </w:r>
            <w:proofErr w:type="spellEnd"/>
            <w:r w:rsidRPr="007C6219">
              <w:rPr>
                <w:rFonts w:cs="Times New Roman"/>
                <w:i/>
                <w:iCs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lang w:val="de-DE"/>
              </w:rPr>
              <w:t>dhe</w:t>
            </w:r>
            <w:proofErr w:type="spellEnd"/>
            <w:r w:rsidRPr="007C6219">
              <w:rPr>
                <w:rFonts w:cs="Times New Roman"/>
                <w:i/>
                <w:iCs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lang w:val="de-DE"/>
              </w:rPr>
              <w:t>paraqet</w:t>
            </w:r>
            <w:proofErr w:type="spellEnd"/>
            <w:r w:rsidRPr="007C6219">
              <w:rPr>
                <w:rFonts w:cs="Times New Roman"/>
                <w:i/>
                <w:iCs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lang w:val="de-DE"/>
              </w:rPr>
              <w:t>numrat</w:t>
            </w:r>
            <w:proofErr w:type="spellEnd"/>
            <w:r w:rsidRPr="007C6219">
              <w:rPr>
                <w:rFonts w:cs="Times New Roman"/>
                <w:i/>
                <w:iCs/>
                <w:lang w:val="de-DE"/>
              </w:rPr>
              <w:t xml:space="preserve">, </w:t>
            </w:r>
            <w:proofErr w:type="spellStart"/>
            <w:r w:rsidRPr="007C6219">
              <w:rPr>
                <w:rFonts w:cs="Times New Roman"/>
                <w:i/>
                <w:iCs/>
                <w:lang w:val="de-DE"/>
              </w:rPr>
              <w:t>format</w:t>
            </w:r>
            <w:proofErr w:type="spellEnd"/>
            <w:r w:rsidRPr="007C6219">
              <w:rPr>
                <w:rFonts w:cs="Times New Roman"/>
                <w:i/>
                <w:iCs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lang w:val="de-DE"/>
              </w:rPr>
              <w:t>dhe</w:t>
            </w:r>
            <w:proofErr w:type="spellEnd"/>
            <w:r w:rsidRPr="007C6219">
              <w:rPr>
                <w:rFonts w:cs="Times New Roman"/>
                <w:i/>
                <w:iCs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lang w:val="de-DE"/>
              </w:rPr>
              <w:t>konceptet</w:t>
            </w:r>
            <w:proofErr w:type="spellEnd"/>
            <w:r w:rsidRPr="007C6219">
              <w:rPr>
                <w:rFonts w:cs="Times New Roman"/>
                <w:i/>
                <w:iCs/>
                <w:lang w:val="de-DE"/>
              </w:rPr>
              <w:t xml:space="preserve"> e </w:t>
            </w:r>
            <w:proofErr w:type="spellStart"/>
            <w:r w:rsidRPr="007C6219">
              <w:rPr>
                <w:rFonts w:cs="Times New Roman"/>
                <w:i/>
                <w:iCs/>
                <w:lang w:val="de-DE"/>
              </w:rPr>
              <w:t>thjeshta</w:t>
            </w:r>
            <w:proofErr w:type="spellEnd"/>
            <w:r w:rsidRPr="007C6219">
              <w:rPr>
                <w:rFonts w:cs="Times New Roman"/>
                <w:i/>
                <w:iCs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lang w:val="de-DE"/>
              </w:rPr>
              <w:t>matematikore</w:t>
            </w:r>
            <w:proofErr w:type="spellEnd"/>
            <w:r w:rsidRPr="007C6219">
              <w:rPr>
                <w:rFonts w:cs="Times New Roman"/>
                <w:i/>
                <w:iCs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lang w:val="de-DE"/>
              </w:rPr>
              <w:t>duke</w:t>
            </w:r>
            <w:proofErr w:type="spellEnd"/>
            <w:r w:rsidRPr="007C6219">
              <w:rPr>
                <w:rFonts w:cs="Times New Roman"/>
                <w:i/>
                <w:iCs/>
                <w:lang w:val="de-DE"/>
              </w:rPr>
              <w:t xml:space="preserve"> i </w:t>
            </w:r>
            <w:proofErr w:type="spellStart"/>
            <w:r w:rsidRPr="007C6219">
              <w:rPr>
                <w:rFonts w:cs="Times New Roman"/>
                <w:i/>
                <w:iCs/>
                <w:lang w:val="de-DE"/>
              </w:rPr>
              <w:t>nderlidhur</w:t>
            </w:r>
            <w:proofErr w:type="spellEnd"/>
            <w:r w:rsidRPr="007C6219">
              <w:rPr>
                <w:rFonts w:cs="Times New Roman"/>
                <w:i/>
                <w:iCs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lang w:val="de-DE"/>
              </w:rPr>
              <w:t>ato</w:t>
            </w:r>
            <w:proofErr w:type="spellEnd"/>
            <w:r w:rsidRPr="007C6219">
              <w:rPr>
                <w:rFonts w:cs="Times New Roman"/>
                <w:i/>
                <w:iCs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lang w:val="de-DE"/>
              </w:rPr>
              <w:t>me</w:t>
            </w:r>
            <w:proofErr w:type="spellEnd"/>
            <w:r w:rsidRPr="007C6219">
              <w:rPr>
                <w:rFonts w:cs="Times New Roman"/>
                <w:i/>
                <w:iCs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lang w:val="de-DE"/>
              </w:rPr>
              <w:t>situata</w:t>
            </w:r>
            <w:proofErr w:type="spellEnd"/>
            <w:r w:rsidRPr="007C6219">
              <w:rPr>
                <w:rFonts w:cs="Times New Roman"/>
                <w:i/>
                <w:iCs/>
                <w:lang w:val="de-DE"/>
              </w:rPr>
              <w:t xml:space="preserve"> konkrete</w:t>
            </w:r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.</w:t>
            </w:r>
          </w:p>
          <w:p w:rsidR="001654B1" w:rsidRPr="004E4F15" w:rsidRDefault="001654B1" w:rsidP="004E4F15">
            <w:pPr>
              <w:pStyle w:val="ListParagraph"/>
              <w:numPr>
                <w:ilvl w:val="1"/>
                <w:numId w:val="21"/>
              </w:numPr>
              <w:rPr>
                <w:rFonts w:cs="Times New Roman"/>
                <w:i/>
                <w:iCs/>
                <w:sz w:val="20"/>
                <w:szCs w:val="20"/>
                <w:lang w:val="de-DE"/>
              </w:rPr>
            </w:pPr>
            <w:proofErr w:type="spellStart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Identifikon</w:t>
            </w:r>
            <w:proofErr w:type="spellEnd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vetitë</w:t>
            </w:r>
            <w:proofErr w:type="spellEnd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figurave</w:t>
            </w:r>
            <w:proofErr w:type="spellEnd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objekteve</w:t>
            </w:r>
            <w:proofErr w:type="spellEnd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ndryshme</w:t>
            </w:r>
            <w:proofErr w:type="spellEnd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klasifikon</w:t>
            </w:r>
            <w:proofErr w:type="spellEnd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figurat</w:t>
            </w:r>
            <w:proofErr w:type="spellEnd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objektet</w:t>
            </w:r>
            <w:proofErr w:type="spellEnd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sipas</w:t>
            </w:r>
            <w:proofErr w:type="spellEnd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këtyre</w:t>
            </w:r>
            <w:proofErr w:type="spellEnd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vetive</w:t>
            </w:r>
            <w:proofErr w:type="spellEnd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. </w:t>
            </w:r>
          </w:p>
          <w:p w:rsidR="001654B1" w:rsidRPr="007C6219" w:rsidRDefault="001654B1" w:rsidP="00F63F2F">
            <w:pPr>
              <w:rPr>
                <w:rFonts w:cs="Times New Roman"/>
                <w:i/>
                <w:iCs/>
                <w:sz w:val="20"/>
                <w:szCs w:val="20"/>
                <w:lang w:val="de-DE"/>
              </w:rPr>
            </w:pPr>
            <w:r w:rsidRPr="007C6219">
              <w:rPr>
                <w:rStyle w:val="Strong"/>
                <w:rFonts w:cs="Times New Roman"/>
                <w:b w:val="0"/>
                <w:bCs w:val="0"/>
                <w:i/>
                <w:iCs/>
                <w:sz w:val="20"/>
                <w:szCs w:val="20"/>
                <w:lang w:val="de-DE"/>
              </w:rPr>
              <w:t>6.2</w:t>
            </w:r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Krijon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modele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thjeshta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figurave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gjeometrike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objekteve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nga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klasa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jeta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përditshme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. </w:t>
            </w:r>
          </w:p>
          <w:p w:rsidR="004E4F15" w:rsidRPr="004E4F15" w:rsidRDefault="001654B1" w:rsidP="00F63F2F">
            <w:pPr>
              <w:rPr>
                <w:rFonts w:cs="Times New Roman"/>
                <w:i/>
                <w:iCs/>
                <w:sz w:val="20"/>
                <w:szCs w:val="20"/>
                <w:lang w:val="de-DE"/>
              </w:rPr>
            </w:pPr>
            <w:r w:rsidRPr="007C6219">
              <w:rPr>
                <w:rStyle w:val="Strong"/>
                <w:rFonts w:cs="Times New Roman"/>
                <w:b w:val="0"/>
                <w:bCs w:val="0"/>
                <w:i/>
                <w:iCs/>
                <w:sz w:val="20"/>
                <w:szCs w:val="20"/>
                <w:lang w:val="de-DE"/>
              </w:rPr>
              <w:t>8.1</w:t>
            </w:r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Përdor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teknologjinë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për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hulumtime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kalkulime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matje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me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qëllim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zgjidhjen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problemeve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ndryshme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matematikore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.</w:t>
            </w:r>
          </w:p>
        </w:tc>
      </w:tr>
      <w:tr w:rsidR="001654B1" w:rsidRPr="009E1A94" w:rsidTr="00F63F2F">
        <w:trPr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1654B1" w:rsidRPr="00C84F42" w:rsidRDefault="001654B1" w:rsidP="00F63F2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</w:rPr>
              <w:t>Tema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</w:rPr>
              <w:t xml:space="preserve">-t </w:t>
            </w: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</w:rPr>
              <w:t>mësimore</w:t>
            </w:r>
            <w:proofErr w:type="spellEnd"/>
          </w:p>
        </w:tc>
        <w:tc>
          <w:tcPr>
            <w:tcW w:w="25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1654B1" w:rsidRPr="00C84F42" w:rsidRDefault="001654B1" w:rsidP="00F63F2F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>Rezultatet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>të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>nxënit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>për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>tema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>mësimore</w:t>
            </w:r>
            <w:proofErr w:type="spellEnd"/>
          </w:p>
          <w:p w:rsidR="001654B1" w:rsidRPr="00C84F42" w:rsidRDefault="001654B1" w:rsidP="00F63F2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84F42">
              <w:rPr>
                <w:rFonts w:cs="Times New Roman"/>
                <w:b/>
                <w:bCs/>
                <w:sz w:val="20"/>
                <w:szCs w:val="20"/>
                <w:shd w:val="clear" w:color="auto" w:fill="E0E0E0"/>
              </w:rPr>
              <w:t>RNL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1654B1" w:rsidRPr="00C84F42" w:rsidRDefault="001654B1" w:rsidP="00F63F2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</w:rPr>
              <w:t>Njësitë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</w:p>
          <w:p w:rsidR="001654B1" w:rsidRPr="00C84F42" w:rsidRDefault="001654B1" w:rsidP="00F63F2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</w:rPr>
              <w:t>Mësimore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extDirection w:val="btLr"/>
          </w:tcPr>
          <w:p w:rsidR="001654B1" w:rsidRPr="00C84F42" w:rsidRDefault="001654B1" w:rsidP="00F63F2F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84F42">
              <w:rPr>
                <w:rFonts w:cs="Times New Roman"/>
                <w:b/>
                <w:bCs/>
                <w:sz w:val="20"/>
                <w:szCs w:val="20"/>
              </w:rPr>
              <w:t xml:space="preserve">Koha e </w:t>
            </w: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</w:rPr>
              <w:t>mësimore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</w:rPr>
              <w:t>orë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</w:rPr>
              <w:t>mësimore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1654B1" w:rsidRPr="00C84F42" w:rsidRDefault="001654B1" w:rsidP="00F63F2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C84F42">
              <w:rPr>
                <w:rFonts w:cs="Times New Roman"/>
                <w:b/>
                <w:bCs/>
                <w:sz w:val="20"/>
                <w:szCs w:val="20"/>
              </w:rPr>
              <w:t>Metodologjia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</w:rPr>
              <w:t xml:space="preserve">  e</w:t>
            </w:r>
            <w:proofErr w:type="gramEnd"/>
            <w:r w:rsidRPr="00C84F42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</w:rPr>
              <w:t>mësimdhënies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1654B1" w:rsidRPr="00C84F42" w:rsidRDefault="001654B1" w:rsidP="00F63F2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C84F42">
              <w:rPr>
                <w:rFonts w:cs="Times New Roman"/>
                <w:b/>
                <w:bCs/>
                <w:sz w:val="20"/>
                <w:szCs w:val="20"/>
              </w:rPr>
              <w:t>Metodologjia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</w:rPr>
              <w:t xml:space="preserve">  e</w:t>
            </w:r>
            <w:proofErr w:type="gramEnd"/>
            <w:r w:rsidRPr="00C84F42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</w:rPr>
              <w:t>vlerësimit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1654B1" w:rsidRPr="00C84F42" w:rsidRDefault="001654B1" w:rsidP="00F63F2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C84F42">
              <w:rPr>
                <w:rFonts w:cs="Times New Roman"/>
                <w:b/>
                <w:sz w:val="20"/>
                <w:szCs w:val="20"/>
              </w:rPr>
              <w:t>Ndërlidhja</w:t>
            </w:r>
            <w:proofErr w:type="spellEnd"/>
            <w:r w:rsidRPr="00C84F42">
              <w:rPr>
                <w:rFonts w:cs="Times New Roman"/>
                <w:b/>
                <w:sz w:val="20"/>
                <w:szCs w:val="20"/>
              </w:rPr>
              <w:t xml:space="preserve"> me </w:t>
            </w:r>
            <w:proofErr w:type="spellStart"/>
            <w:r w:rsidRPr="00C84F42">
              <w:rPr>
                <w:rFonts w:cs="Times New Roman"/>
                <w:b/>
                <w:sz w:val="20"/>
                <w:szCs w:val="20"/>
              </w:rPr>
              <w:t>lëndë</w:t>
            </w:r>
            <w:proofErr w:type="spellEnd"/>
            <w:r w:rsidRPr="00C84F42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b/>
                <w:sz w:val="20"/>
                <w:szCs w:val="20"/>
              </w:rPr>
              <w:t>tjera</w:t>
            </w:r>
            <w:proofErr w:type="spellEnd"/>
            <w:r w:rsidRPr="00C84F42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b/>
                <w:sz w:val="20"/>
                <w:szCs w:val="20"/>
              </w:rPr>
              <w:t>mësimore</w:t>
            </w:r>
            <w:proofErr w:type="spellEnd"/>
            <w:r w:rsidRPr="00C84F42">
              <w:rPr>
                <w:rFonts w:cs="Times New Roman"/>
                <w:b/>
                <w:sz w:val="20"/>
                <w:szCs w:val="20"/>
              </w:rPr>
              <w:t xml:space="preserve">, </w:t>
            </w:r>
            <w:proofErr w:type="gramStart"/>
            <w:r w:rsidRPr="00C84F42">
              <w:rPr>
                <w:rFonts w:cs="Times New Roman"/>
                <w:b/>
                <w:sz w:val="20"/>
                <w:szCs w:val="20"/>
              </w:rPr>
              <w:t xml:space="preserve">me  </w:t>
            </w:r>
            <w:proofErr w:type="spellStart"/>
            <w:r w:rsidRPr="00C84F42">
              <w:rPr>
                <w:rFonts w:cs="Times New Roman"/>
                <w:b/>
                <w:sz w:val="20"/>
                <w:szCs w:val="20"/>
              </w:rPr>
              <w:t>çështjet</w:t>
            </w:r>
            <w:proofErr w:type="spellEnd"/>
            <w:proofErr w:type="gramEnd"/>
            <w:r w:rsidRPr="00C84F42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b/>
                <w:sz w:val="20"/>
                <w:szCs w:val="20"/>
              </w:rPr>
              <w:t>ndërkurrikulare</w:t>
            </w:r>
            <w:proofErr w:type="spellEnd"/>
            <w:r w:rsidRPr="00C84F42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1654B1" w:rsidRPr="009E1A94" w:rsidRDefault="001654B1" w:rsidP="00F63F2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9E1A94">
              <w:rPr>
                <w:b/>
                <w:bCs/>
                <w:sz w:val="20"/>
                <w:szCs w:val="20"/>
              </w:rPr>
              <w:t>Burimet</w:t>
            </w:r>
            <w:proofErr w:type="spellEnd"/>
          </w:p>
        </w:tc>
      </w:tr>
      <w:tr w:rsidR="001654B1" w:rsidRPr="00B62707" w:rsidTr="00F63F2F">
        <w:tc>
          <w:tcPr>
            <w:tcW w:w="15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4F15" w:rsidRPr="003723AF" w:rsidRDefault="004E4F15" w:rsidP="00F63F2F">
            <w:pPr>
              <w:rPr>
                <w:rFonts w:cs="Times New Roman"/>
                <w:b/>
                <w:sz w:val="20"/>
                <w:szCs w:val="20"/>
              </w:rPr>
            </w:pPr>
            <w:r w:rsidRPr="003723AF">
              <w:rPr>
                <w:rFonts w:cs="Times New Roman"/>
                <w:b/>
                <w:sz w:val="20"/>
                <w:szCs w:val="20"/>
              </w:rPr>
              <w:t xml:space="preserve">7. </w:t>
            </w:r>
            <w:proofErr w:type="spellStart"/>
            <w:r w:rsidRPr="003723AF">
              <w:rPr>
                <w:rFonts w:cs="Times New Roman"/>
                <w:b/>
                <w:sz w:val="20"/>
                <w:szCs w:val="20"/>
              </w:rPr>
              <w:t>Raporte</w:t>
            </w:r>
            <w:proofErr w:type="spellEnd"/>
            <w:r w:rsidRPr="003723AF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723AF">
              <w:rPr>
                <w:rFonts w:cs="Times New Roman"/>
                <w:b/>
                <w:sz w:val="20"/>
                <w:szCs w:val="20"/>
              </w:rPr>
              <w:t>dhe</w:t>
            </w:r>
            <w:proofErr w:type="spellEnd"/>
            <w:r w:rsidRPr="003723AF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723AF">
              <w:rPr>
                <w:rFonts w:cs="Times New Roman"/>
                <w:b/>
                <w:sz w:val="20"/>
                <w:szCs w:val="20"/>
              </w:rPr>
              <w:t>përpjesëtime</w:t>
            </w:r>
            <w:proofErr w:type="spellEnd"/>
            <w:r w:rsidRPr="003723AF">
              <w:rPr>
                <w:rFonts w:cs="Times New Roman"/>
                <w:b/>
                <w:sz w:val="20"/>
                <w:szCs w:val="20"/>
              </w:rPr>
              <w:t xml:space="preserve">   </w:t>
            </w:r>
          </w:p>
          <w:p w:rsidR="004E4F15" w:rsidRPr="003723AF" w:rsidRDefault="004E4F15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4E4F15" w:rsidRPr="003723AF" w:rsidRDefault="004E4F15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4E4F15" w:rsidRPr="003723AF" w:rsidRDefault="004E4F15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4E4F15" w:rsidRPr="003723AF" w:rsidRDefault="004E4F15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4E4F15" w:rsidRPr="003723AF" w:rsidRDefault="004E4F15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4E4F15" w:rsidRDefault="004E4F15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EB5C12" w:rsidRDefault="00EB5C1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EB5C12" w:rsidRDefault="00EB5C1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EB5C12" w:rsidRDefault="00EB5C1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EB5C12" w:rsidRDefault="00EB5C1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EB5C12" w:rsidRDefault="00EB5C1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EB5C12" w:rsidRDefault="00EB5C1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EB5C12" w:rsidRDefault="00EB5C1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EB5C12" w:rsidRDefault="00EB5C1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EB5C12" w:rsidRDefault="00EB5C1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EB5C12" w:rsidRPr="003723AF" w:rsidRDefault="00EB5C1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4E4F15" w:rsidRPr="003723AF" w:rsidRDefault="004E4F15" w:rsidP="00F63F2F">
            <w:pPr>
              <w:rPr>
                <w:rFonts w:cs="Times New Roman"/>
                <w:b/>
                <w:sz w:val="20"/>
                <w:szCs w:val="20"/>
              </w:rPr>
            </w:pPr>
            <w:r w:rsidRPr="003723AF">
              <w:rPr>
                <w:rFonts w:cs="Times New Roman"/>
                <w:b/>
                <w:sz w:val="20"/>
                <w:szCs w:val="20"/>
              </w:rPr>
              <w:t xml:space="preserve">8. </w:t>
            </w:r>
            <w:proofErr w:type="spellStart"/>
            <w:r w:rsidRPr="003723AF">
              <w:rPr>
                <w:rFonts w:cs="Times New Roman"/>
                <w:b/>
                <w:sz w:val="20"/>
                <w:szCs w:val="20"/>
              </w:rPr>
              <w:t>Matja</w:t>
            </w:r>
            <w:proofErr w:type="spellEnd"/>
            <w:r w:rsidRPr="003723AF">
              <w:rPr>
                <w:rFonts w:cs="Times New Roman"/>
                <w:b/>
                <w:sz w:val="20"/>
                <w:szCs w:val="20"/>
              </w:rPr>
              <w:t xml:space="preserve"> e </w:t>
            </w:r>
            <w:proofErr w:type="spellStart"/>
            <w:r w:rsidRPr="003723AF">
              <w:rPr>
                <w:rFonts w:cs="Times New Roman"/>
                <w:b/>
                <w:sz w:val="20"/>
                <w:szCs w:val="20"/>
              </w:rPr>
              <w:t>madhësive</w:t>
            </w:r>
            <w:proofErr w:type="spellEnd"/>
            <w:r w:rsidRPr="003723AF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723AF">
              <w:rPr>
                <w:rFonts w:cs="Times New Roman"/>
                <w:b/>
                <w:sz w:val="20"/>
                <w:szCs w:val="20"/>
              </w:rPr>
              <w:t>gjeometrike</w:t>
            </w:r>
            <w:proofErr w:type="spellEnd"/>
            <w:r w:rsidRPr="003723AF">
              <w:rPr>
                <w:rFonts w:cs="Times New Roman"/>
                <w:b/>
                <w:sz w:val="20"/>
                <w:szCs w:val="20"/>
              </w:rPr>
              <w:t xml:space="preserve">   </w:t>
            </w:r>
          </w:p>
          <w:p w:rsidR="004E4F15" w:rsidRPr="003723AF" w:rsidRDefault="004E4F15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4E4F15" w:rsidRDefault="004E4F15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EB5C12" w:rsidRDefault="00EB5C1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EB5C12" w:rsidRDefault="00EB5C1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EB5C12" w:rsidRDefault="00EB5C1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EB5C12" w:rsidRDefault="00EB5C1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EB5C12" w:rsidRDefault="00EB5C1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EB5C12" w:rsidRDefault="00EB5C1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EB5C12" w:rsidRDefault="00EB5C1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EB5C12" w:rsidRDefault="00EB5C1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EB5C12" w:rsidRDefault="00EB5C1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EB5C12" w:rsidRDefault="00EB5C1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EB5C12" w:rsidRDefault="00EB5C1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EB5C12" w:rsidRDefault="00EB5C1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EB5C12" w:rsidRDefault="00EB5C1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EB5C12" w:rsidRDefault="00EB5C1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EB5C12" w:rsidRDefault="00EB5C1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EB5C12" w:rsidRDefault="00EB5C1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EB5C12" w:rsidRDefault="00EB5C1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EB5C12" w:rsidRDefault="00EB5C1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EB5C12" w:rsidRDefault="00EB5C1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EB5C12" w:rsidRPr="003723AF" w:rsidRDefault="00EB5C12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4E4F15" w:rsidRPr="003723AF" w:rsidRDefault="004E4F15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4E4F15" w:rsidRPr="003723AF" w:rsidRDefault="004E4F15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654B1" w:rsidRPr="003723AF" w:rsidRDefault="004E4F15" w:rsidP="00F63F2F">
            <w:pPr>
              <w:rPr>
                <w:rFonts w:cs="Times New Roman"/>
                <w:b/>
                <w:sz w:val="20"/>
                <w:szCs w:val="20"/>
              </w:rPr>
            </w:pPr>
            <w:r w:rsidRPr="003723AF">
              <w:rPr>
                <w:rFonts w:cs="Times New Roman"/>
                <w:b/>
                <w:sz w:val="20"/>
                <w:szCs w:val="20"/>
              </w:rPr>
              <w:t>9. S</w:t>
            </w:r>
            <w:proofErr w:type="spellStart"/>
            <w:r w:rsidRPr="003723AF">
              <w:rPr>
                <w:rFonts w:cs="Times New Roman"/>
                <w:b/>
                <w:sz w:val="20"/>
                <w:szCs w:val="20"/>
              </w:rPr>
              <w:t>hprehjet</w:t>
            </w:r>
            <w:proofErr w:type="spellEnd"/>
            <w:r w:rsidRPr="003723AF">
              <w:rPr>
                <w:rFonts w:cs="Times New Roman"/>
                <w:b/>
                <w:sz w:val="20"/>
                <w:szCs w:val="20"/>
              </w:rPr>
              <w:t xml:space="preserve"> me </w:t>
            </w:r>
            <w:proofErr w:type="spellStart"/>
            <w:r w:rsidRPr="003723AF">
              <w:rPr>
                <w:rFonts w:cs="Times New Roman"/>
                <w:b/>
                <w:sz w:val="20"/>
                <w:szCs w:val="20"/>
              </w:rPr>
              <w:t>ndryshore</w:t>
            </w:r>
            <w:proofErr w:type="spellEnd"/>
            <w:r w:rsidRPr="003723AF">
              <w:rPr>
                <w:rFonts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3723AF">
              <w:rPr>
                <w:rFonts w:cs="Times New Roman"/>
                <w:b/>
                <w:sz w:val="20"/>
                <w:szCs w:val="20"/>
              </w:rPr>
              <w:t>ekuacione</w:t>
            </w:r>
            <w:proofErr w:type="spellEnd"/>
            <w:r w:rsidRPr="003723AF">
              <w:rPr>
                <w:rFonts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3723AF">
              <w:rPr>
                <w:rFonts w:cs="Times New Roman"/>
                <w:b/>
                <w:sz w:val="20"/>
                <w:szCs w:val="20"/>
              </w:rPr>
              <w:t>inekuacione</w:t>
            </w:r>
            <w:proofErr w:type="spellEnd"/>
          </w:p>
          <w:p w:rsidR="001654B1" w:rsidRPr="003723AF" w:rsidRDefault="001654B1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654B1" w:rsidRPr="003723AF" w:rsidRDefault="001654B1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654B1" w:rsidRPr="003723AF" w:rsidRDefault="001654B1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654B1" w:rsidRPr="003723AF" w:rsidRDefault="001654B1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654B1" w:rsidRPr="003723AF" w:rsidRDefault="001654B1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654B1" w:rsidRPr="003723AF" w:rsidRDefault="001654B1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654B1" w:rsidRPr="003723AF" w:rsidRDefault="001654B1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654B1" w:rsidRPr="003723AF" w:rsidRDefault="001654B1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654B1" w:rsidRPr="003723AF" w:rsidRDefault="001654B1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654B1" w:rsidRPr="003723AF" w:rsidRDefault="001654B1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654B1" w:rsidRPr="003723AF" w:rsidRDefault="001654B1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654B1" w:rsidRPr="003723AF" w:rsidRDefault="001654B1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654B1" w:rsidRPr="003723AF" w:rsidRDefault="001654B1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654B1" w:rsidRPr="003723AF" w:rsidRDefault="001654B1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654B1" w:rsidRPr="003723AF" w:rsidRDefault="001654B1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654B1" w:rsidRPr="003723AF" w:rsidRDefault="001654B1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654B1" w:rsidRPr="003723AF" w:rsidRDefault="001654B1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654B1" w:rsidRPr="003723AF" w:rsidRDefault="001654B1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654B1" w:rsidRPr="003723AF" w:rsidRDefault="001654B1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654B1" w:rsidRPr="003723AF" w:rsidRDefault="001654B1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654B1" w:rsidRPr="003723AF" w:rsidRDefault="001654B1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654B1" w:rsidRPr="003723AF" w:rsidRDefault="001654B1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654B1" w:rsidRPr="003723AF" w:rsidRDefault="001654B1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654B1" w:rsidRPr="003723AF" w:rsidRDefault="001654B1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654B1" w:rsidRPr="003723AF" w:rsidRDefault="001654B1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654B1" w:rsidRPr="003723AF" w:rsidRDefault="001654B1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654B1" w:rsidRPr="003723AF" w:rsidRDefault="001654B1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654B1" w:rsidRPr="003723AF" w:rsidRDefault="001654B1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654B1" w:rsidRPr="003723AF" w:rsidRDefault="001654B1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654B1" w:rsidRPr="003723AF" w:rsidRDefault="001654B1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654B1" w:rsidRPr="003723AF" w:rsidRDefault="001654B1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654B1" w:rsidRPr="003723AF" w:rsidRDefault="001654B1" w:rsidP="00F63F2F">
            <w:pPr>
              <w:rPr>
                <w:rFonts w:cs="Times New Roman"/>
                <w:b/>
                <w:sz w:val="20"/>
                <w:szCs w:val="20"/>
              </w:rPr>
            </w:pPr>
          </w:p>
          <w:p w:rsidR="001654B1" w:rsidRPr="003723AF" w:rsidRDefault="001654B1" w:rsidP="00F63F2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8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159F3" w:rsidRPr="003723AF" w:rsidRDefault="001159F3" w:rsidP="001159F3">
            <w:pPr>
              <w:rPr>
                <w:rFonts w:cs="Times New Roman"/>
                <w:sz w:val="20"/>
                <w:szCs w:val="20"/>
              </w:rPr>
            </w:pPr>
            <w:r w:rsidRPr="003723AF">
              <w:rPr>
                <w:rFonts w:cs="Times New Roman"/>
                <w:sz w:val="20"/>
                <w:szCs w:val="20"/>
              </w:rPr>
              <w:lastRenderedPageBreak/>
              <w:t>TEMA</w:t>
            </w:r>
            <w:r w:rsidR="003723AF">
              <w:rPr>
                <w:rFonts w:cs="Times New Roman"/>
                <w:sz w:val="20"/>
                <w:szCs w:val="20"/>
              </w:rPr>
              <w:t xml:space="preserve"> 7:</w:t>
            </w:r>
          </w:p>
          <w:p w:rsidR="001159F3" w:rsidRPr="003723AF" w:rsidRDefault="001159F3" w:rsidP="001159F3">
            <w:pPr>
              <w:rPr>
                <w:rFonts w:cs="Times New Roman"/>
                <w:sz w:val="20"/>
                <w:szCs w:val="20"/>
              </w:rPr>
            </w:pPr>
            <w:r w:rsidRPr="003723AF">
              <w:rPr>
                <w:rFonts w:cs="Times New Roman"/>
                <w:sz w:val="20"/>
                <w:szCs w:val="20"/>
              </w:rPr>
              <w:t xml:space="preserve">•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Dallon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numërorët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që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formojnë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përpjesëtim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dhe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kupton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raportin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 xml:space="preserve"> e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dy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madhësive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>.</w:t>
            </w:r>
          </w:p>
          <w:p w:rsidR="001159F3" w:rsidRPr="003723AF" w:rsidRDefault="001159F3" w:rsidP="001159F3">
            <w:pPr>
              <w:rPr>
                <w:rFonts w:cs="Times New Roman"/>
                <w:sz w:val="20"/>
                <w:szCs w:val="20"/>
              </w:rPr>
            </w:pPr>
            <w:r w:rsidRPr="003723AF">
              <w:rPr>
                <w:rFonts w:cs="Times New Roman"/>
                <w:sz w:val="20"/>
                <w:szCs w:val="20"/>
              </w:rPr>
              <w:t xml:space="preserve">•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Vlerëson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dhe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kalkulon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lastRenderedPageBreak/>
              <w:t>përqindjen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përmendësh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dhe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 xml:space="preserve"> me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metoda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llogaritëse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>.</w:t>
            </w:r>
          </w:p>
          <w:p w:rsidR="001159F3" w:rsidRPr="003723AF" w:rsidRDefault="001159F3" w:rsidP="001159F3">
            <w:pPr>
              <w:rPr>
                <w:rFonts w:cs="Times New Roman"/>
                <w:sz w:val="20"/>
                <w:szCs w:val="20"/>
              </w:rPr>
            </w:pPr>
            <w:r w:rsidRPr="003723AF">
              <w:rPr>
                <w:rFonts w:cs="Times New Roman"/>
                <w:sz w:val="20"/>
                <w:szCs w:val="20"/>
              </w:rPr>
              <w:t xml:space="preserve">•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Cakton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kufizën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 xml:space="preserve"> e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panjohur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në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një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përpjesëtim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dhe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zbaton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rregullën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 xml:space="preserve"> e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treshit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>.</w:t>
            </w:r>
          </w:p>
          <w:p w:rsidR="001159F3" w:rsidRPr="003723AF" w:rsidRDefault="001159F3" w:rsidP="001159F3">
            <w:pPr>
              <w:rPr>
                <w:rFonts w:cs="Times New Roman"/>
                <w:sz w:val="20"/>
                <w:szCs w:val="20"/>
              </w:rPr>
            </w:pPr>
            <w:r w:rsidRPr="003723AF">
              <w:rPr>
                <w:rFonts w:cs="Times New Roman"/>
                <w:sz w:val="20"/>
                <w:szCs w:val="20"/>
              </w:rPr>
              <w:t xml:space="preserve">•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Dallon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varësinë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në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përpjesëtim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të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drejtë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>.</w:t>
            </w:r>
          </w:p>
          <w:p w:rsidR="001159F3" w:rsidRPr="003723AF" w:rsidRDefault="001159F3" w:rsidP="001159F3">
            <w:pPr>
              <w:rPr>
                <w:rFonts w:cs="Times New Roman"/>
                <w:sz w:val="20"/>
                <w:szCs w:val="20"/>
              </w:rPr>
            </w:pPr>
            <w:r w:rsidRPr="003723AF">
              <w:rPr>
                <w:rFonts w:cs="Times New Roman"/>
                <w:sz w:val="20"/>
                <w:szCs w:val="20"/>
              </w:rPr>
              <w:t xml:space="preserve">•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Zgjidh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probleme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nga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jeta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 xml:space="preserve"> e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përditshme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 xml:space="preserve"> duke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përdorur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raporte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përpjesëtime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dhe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përqindje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>.</w:t>
            </w:r>
          </w:p>
          <w:p w:rsidR="001159F3" w:rsidRPr="003723AF" w:rsidRDefault="001159F3" w:rsidP="001159F3">
            <w:pPr>
              <w:rPr>
                <w:rFonts w:cs="Times New Roman"/>
                <w:sz w:val="20"/>
                <w:szCs w:val="20"/>
                <w:lang w:val="de-DE"/>
              </w:rPr>
            </w:pPr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Identifikon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shkallën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vizatimit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te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figurat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dhe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hartat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>.</w:t>
            </w:r>
          </w:p>
          <w:p w:rsidR="001159F3" w:rsidRPr="003723AF" w:rsidRDefault="001159F3" w:rsidP="001159F3">
            <w:pPr>
              <w:rPr>
                <w:rFonts w:cs="Times New Roman"/>
                <w:sz w:val="20"/>
                <w:szCs w:val="20"/>
                <w:lang w:val="de-DE"/>
              </w:rPr>
            </w:pPr>
          </w:p>
          <w:p w:rsidR="003723AF" w:rsidRPr="003723AF" w:rsidRDefault="001159F3" w:rsidP="001159F3">
            <w:pPr>
              <w:rPr>
                <w:rFonts w:cs="Times New Roman"/>
                <w:sz w:val="20"/>
                <w:szCs w:val="20"/>
                <w:lang w:val="de-DE"/>
              </w:rPr>
            </w:pPr>
            <w:r w:rsidRPr="003723AF">
              <w:rPr>
                <w:rFonts w:cs="Times New Roman"/>
                <w:sz w:val="20"/>
                <w:szCs w:val="20"/>
                <w:lang w:val="de-DE"/>
              </w:rPr>
              <w:t>TEMA</w:t>
            </w:r>
            <w:r w:rsidR="003723AF">
              <w:rPr>
                <w:rFonts w:cs="Times New Roman"/>
                <w:sz w:val="20"/>
                <w:szCs w:val="20"/>
                <w:lang w:val="de-DE"/>
              </w:rPr>
              <w:t xml:space="preserve"> 8:</w:t>
            </w:r>
          </w:p>
          <w:p w:rsidR="001159F3" w:rsidRPr="003723AF" w:rsidRDefault="001159F3" w:rsidP="001159F3">
            <w:pPr>
              <w:rPr>
                <w:rFonts w:cs="Times New Roman"/>
                <w:sz w:val="20"/>
                <w:szCs w:val="20"/>
                <w:lang w:val="de-DE"/>
              </w:rPr>
            </w:pPr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Zgjedh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njësitë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standarde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për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matjen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gjatësisë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dhe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syprinës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dhe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shpjegon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marrëdhëniet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ndërmjet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tyre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>.</w:t>
            </w:r>
          </w:p>
          <w:p w:rsidR="001159F3" w:rsidRPr="003723AF" w:rsidRDefault="001159F3" w:rsidP="001159F3">
            <w:pPr>
              <w:rPr>
                <w:rFonts w:cs="Times New Roman"/>
                <w:sz w:val="20"/>
                <w:szCs w:val="20"/>
                <w:lang w:val="de-DE"/>
              </w:rPr>
            </w:pPr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Cakton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perimetrin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figurave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dydimensionale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dhe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perimetrin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rrethit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>.</w:t>
            </w:r>
          </w:p>
          <w:p w:rsidR="001159F3" w:rsidRPr="003723AF" w:rsidRDefault="001159F3" w:rsidP="001159F3">
            <w:pPr>
              <w:rPr>
                <w:rFonts w:cs="Times New Roman"/>
                <w:sz w:val="20"/>
                <w:szCs w:val="20"/>
                <w:lang w:val="de-DE"/>
              </w:rPr>
            </w:pPr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Vërteton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dhe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zbaton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Teoremën e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Pitagorës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dhe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teoremën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anasjellë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>.</w:t>
            </w:r>
          </w:p>
          <w:p w:rsidR="001159F3" w:rsidRPr="003723AF" w:rsidRDefault="001159F3" w:rsidP="001159F3">
            <w:pPr>
              <w:rPr>
                <w:rFonts w:cs="Times New Roman"/>
                <w:sz w:val="20"/>
                <w:szCs w:val="20"/>
                <w:lang w:val="de-DE"/>
              </w:rPr>
            </w:pPr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Zbaton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Teoremën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Pitagorës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për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lartësi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dhe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diagonale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në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figura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të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ndryshme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>.</w:t>
            </w:r>
          </w:p>
          <w:p w:rsidR="001159F3" w:rsidRPr="003723AF" w:rsidRDefault="001159F3" w:rsidP="001159F3">
            <w:pPr>
              <w:rPr>
                <w:rFonts w:cs="Times New Roman"/>
                <w:sz w:val="20"/>
                <w:szCs w:val="20"/>
                <w:lang w:val="de-DE"/>
              </w:rPr>
            </w:pPr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Njehson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syprinën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drejtkëndëshit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paralelogramit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trekëndëshit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shumëkëndëshit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të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rregullt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rombit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deltoidit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dhe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trapezit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>.</w:t>
            </w:r>
          </w:p>
          <w:p w:rsidR="001159F3" w:rsidRPr="003723AF" w:rsidRDefault="001159F3" w:rsidP="001159F3">
            <w:pPr>
              <w:rPr>
                <w:rFonts w:cs="Times New Roman"/>
                <w:sz w:val="20"/>
                <w:szCs w:val="20"/>
                <w:lang w:val="de-DE"/>
              </w:rPr>
            </w:pPr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Njehson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syprinën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qarkut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dhe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të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figurave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të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përbëra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>.</w:t>
            </w:r>
          </w:p>
          <w:p w:rsidR="001159F3" w:rsidRPr="003723AF" w:rsidRDefault="001159F3" w:rsidP="001159F3">
            <w:pPr>
              <w:rPr>
                <w:rFonts w:cs="Times New Roman"/>
                <w:sz w:val="20"/>
                <w:szCs w:val="20"/>
                <w:lang w:val="de-DE"/>
              </w:rPr>
            </w:pPr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Përdor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formulat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perimetrit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dhe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syprinës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në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situata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nga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jeta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3723AF">
              <w:rPr>
                <w:rFonts w:cs="Times New Roman"/>
                <w:sz w:val="20"/>
                <w:szCs w:val="20"/>
                <w:lang w:val="de-DE"/>
              </w:rPr>
              <w:t>përditshme</w:t>
            </w:r>
            <w:proofErr w:type="spellEnd"/>
            <w:r w:rsidRPr="003723AF">
              <w:rPr>
                <w:rFonts w:cs="Times New Roman"/>
                <w:sz w:val="20"/>
                <w:szCs w:val="20"/>
                <w:lang w:val="de-DE"/>
              </w:rPr>
              <w:t>.</w:t>
            </w:r>
          </w:p>
          <w:p w:rsidR="001159F3" w:rsidRPr="003723AF" w:rsidRDefault="001159F3" w:rsidP="001159F3">
            <w:pPr>
              <w:rPr>
                <w:rFonts w:cs="Times New Roman"/>
                <w:sz w:val="20"/>
                <w:szCs w:val="20"/>
                <w:lang w:val="de-DE"/>
              </w:rPr>
            </w:pPr>
          </w:p>
          <w:p w:rsidR="003723AF" w:rsidRPr="00C70CBC" w:rsidRDefault="001159F3" w:rsidP="001159F3">
            <w:pPr>
              <w:rPr>
                <w:rFonts w:cs="Times New Roman"/>
                <w:sz w:val="20"/>
                <w:szCs w:val="20"/>
                <w:lang w:val="de-DE"/>
              </w:rPr>
            </w:pPr>
            <w:r w:rsidRPr="00C70CBC">
              <w:rPr>
                <w:rFonts w:cs="Times New Roman"/>
                <w:sz w:val="20"/>
                <w:szCs w:val="20"/>
                <w:lang w:val="de-DE"/>
              </w:rPr>
              <w:t>TEMA</w:t>
            </w:r>
            <w:r w:rsidR="003723AF" w:rsidRPr="00C70CBC">
              <w:rPr>
                <w:rFonts w:cs="Times New Roman"/>
                <w:sz w:val="20"/>
                <w:szCs w:val="20"/>
                <w:lang w:val="de-DE"/>
              </w:rPr>
              <w:t xml:space="preserve"> 9:</w:t>
            </w:r>
          </w:p>
          <w:p w:rsidR="001159F3" w:rsidRPr="00C70CBC" w:rsidRDefault="001159F3" w:rsidP="001159F3">
            <w:pPr>
              <w:rPr>
                <w:rFonts w:cs="Times New Roman"/>
                <w:sz w:val="20"/>
                <w:szCs w:val="20"/>
                <w:lang w:val="de-DE"/>
              </w:rPr>
            </w:pPr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Zbaton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radhën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veprimeve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dhe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kllapave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në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shprehje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me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shkronja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>.</w:t>
            </w:r>
          </w:p>
          <w:p w:rsidR="001159F3" w:rsidRPr="00C70CBC" w:rsidRDefault="001159F3" w:rsidP="001159F3">
            <w:pPr>
              <w:rPr>
                <w:rFonts w:cs="Times New Roman"/>
                <w:sz w:val="20"/>
                <w:szCs w:val="20"/>
                <w:lang w:val="de-DE"/>
              </w:rPr>
            </w:pPr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Njehson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vlerën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numerike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të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shprehjeve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shkronjore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për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vlera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të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dhëna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>.</w:t>
            </w:r>
          </w:p>
          <w:p w:rsidR="001159F3" w:rsidRPr="00C70CBC" w:rsidRDefault="001159F3" w:rsidP="001159F3">
            <w:pPr>
              <w:rPr>
                <w:rFonts w:cs="Times New Roman"/>
                <w:sz w:val="20"/>
                <w:szCs w:val="20"/>
                <w:lang w:val="de-DE"/>
              </w:rPr>
            </w:pPr>
            <w:r w:rsidRPr="00C70CBC">
              <w:rPr>
                <w:rFonts w:cs="Times New Roman"/>
                <w:sz w:val="20"/>
                <w:szCs w:val="20"/>
                <w:lang w:val="de-DE"/>
              </w:rPr>
              <w:lastRenderedPageBreak/>
              <w:t xml:space="preserve">•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Redukton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kufiza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të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ngjashme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dhe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dallon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shprehjet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identike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>.</w:t>
            </w:r>
          </w:p>
          <w:p w:rsidR="001159F3" w:rsidRPr="00C70CBC" w:rsidRDefault="001159F3" w:rsidP="001159F3">
            <w:pPr>
              <w:rPr>
                <w:rFonts w:cs="Times New Roman"/>
                <w:sz w:val="20"/>
                <w:szCs w:val="20"/>
                <w:lang w:val="de-DE"/>
              </w:rPr>
            </w:pPr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Zgjidh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ekuacione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lineare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me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një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të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panjohur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me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numra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të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plotë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dhe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racionalë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>.</w:t>
            </w:r>
          </w:p>
          <w:p w:rsidR="001159F3" w:rsidRPr="00C70CBC" w:rsidRDefault="001159F3" w:rsidP="001159F3">
            <w:pPr>
              <w:rPr>
                <w:rFonts w:cs="Times New Roman"/>
                <w:sz w:val="20"/>
                <w:szCs w:val="20"/>
                <w:lang w:val="de-DE"/>
              </w:rPr>
            </w:pPr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Modelon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dhe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zgjidh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probleme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me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ekuacione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>.</w:t>
            </w:r>
          </w:p>
          <w:p w:rsidR="001654B1" w:rsidRPr="003723AF" w:rsidRDefault="001159F3" w:rsidP="001159F3">
            <w:pPr>
              <w:pStyle w:val="ListParagraph"/>
              <w:ind w:left="0" w:firstLine="34"/>
              <w:rPr>
                <w:rFonts w:cs="Times New Roman"/>
                <w:sz w:val="20"/>
                <w:szCs w:val="20"/>
                <w:lang w:val="de-DE"/>
              </w:rPr>
            </w:pPr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Zgjidh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inekuacione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lineare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dhe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paraqet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zgjidhjet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në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drejtëzën</w:t>
            </w:r>
            <w:proofErr w:type="spellEnd"/>
            <w:r w:rsidRPr="00C70CBC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70CBC">
              <w:rPr>
                <w:rFonts w:cs="Times New Roman"/>
                <w:sz w:val="20"/>
                <w:szCs w:val="20"/>
                <w:lang w:val="de-DE"/>
              </w:rPr>
              <w:t>numerike</w:t>
            </w:r>
            <w:proofErr w:type="spellEnd"/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654B1" w:rsidRPr="003723AF" w:rsidRDefault="001654B1" w:rsidP="00F63F2F">
            <w:pPr>
              <w:rPr>
                <w:rFonts w:cs="Times New Roman"/>
                <w:sz w:val="20"/>
                <w:szCs w:val="20"/>
              </w:rPr>
            </w:pPr>
            <w:r w:rsidRPr="003723AF">
              <w:rPr>
                <w:rFonts w:cs="Times New Roman"/>
                <w:sz w:val="20"/>
                <w:szCs w:val="20"/>
              </w:rPr>
              <w:lastRenderedPageBreak/>
              <w:t xml:space="preserve">TEMA </w:t>
            </w:r>
            <w:r w:rsidR="0012383D">
              <w:rPr>
                <w:rFonts w:cs="Times New Roman"/>
                <w:sz w:val="20"/>
                <w:szCs w:val="20"/>
              </w:rPr>
              <w:t>7</w:t>
            </w:r>
            <w:r w:rsidRPr="003723AF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1159F3" w:rsidRPr="003723AF" w:rsidRDefault="001159F3" w:rsidP="001159F3">
            <w:pPr>
              <w:rPr>
                <w:rFonts w:cs="Times New Roman"/>
                <w:sz w:val="20"/>
                <w:szCs w:val="20"/>
              </w:rPr>
            </w:pPr>
            <w:r w:rsidRPr="003723AF">
              <w:rPr>
                <w:rFonts w:cs="Times New Roman"/>
                <w:sz w:val="20"/>
                <w:szCs w:val="20"/>
              </w:rPr>
              <w:t>1</w:t>
            </w:r>
            <w:r w:rsidR="00FB586F">
              <w:rPr>
                <w:rFonts w:cs="Times New Roman"/>
                <w:sz w:val="20"/>
                <w:szCs w:val="20"/>
              </w:rPr>
              <w:t>.</w:t>
            </w:r>
            <w:r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Kuptimi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raportit</w:t>
            </w:r>
            <w:proofErr w:type="spellEnd"/>
          </w:p>
          <w:p w:rsidR="001159F3" w:rsidRDefault="001159F3" w:rsidP="001159F3">
            <w:pPr>
              <w:rPr>
                <w:rFonts w:cs="Times New Roman"/>
                <w:sz w:val="20"/>
                <w:szCs w:val="20"/>
              </w:rPr>
            </w:pPr>
            <w:r w:rsidRPr="003723AF">
              <w:rPr>
                <w:rFonts w:cs="Times New Roman"/>
                <w:sz w:val="20"/>
                <w:szCs w:val="20"/>
              </w:rPr>
              <w:t>2</w:t>
            </w:r>
            <w:r w:rsidR="00FB586F">
              <w:rPr>
                <w:rFonts w:cs="Times New Roman"/>
                <w:sz w:val="20"/>
                <w:szCs w:val="20"/>
              </w:rPr>
              <w:t>.</w:t>
            </w:r>
            <w:r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Zbatime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të</w:t>
            </w:r>
            <w:proofErr w:type="spellEnd"/>
            <w:r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723AF">
              <w:rPr>
                <w:rFonts w:cs="Times New Roman"/>
                <w:sz w:val="20"/>
                <w:szCs w:val="20"/>
              </w:rPr>
              <w:t>raportit</w:t>
            </w:r>
            <w:proofErr w:type="spellEnd"/>
          </w:p>
          <w:p w:rsidR="00947A2A" w:rsidRPr="003723AF" w:rsidRDefault="00947A2A" w:rsidP="001159F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3. </w:t>
            </w:r>
            <w:proofErr w:type="spellStart"/>
            <w:r>
              <w:rPr>
                <w:rFonts w:cs="Times New Roman"/>
                <w:sz w:val="20"/>
                <w:szCs w:val="20"/>
              </w:rPr>
              <w:t>Ushtrime</w:t>
            </w:r>
            <w:proofErr w:type="spellEnd"/>
          </w:p>
          <w:p w:rsidR="001159F3" w:rsidRPr="003723AF" w:rsidRDefault="00947A2A" w:rsidP="001159F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  <w:r w:rsidR="00FB586F">
              <w:rPr>
                <w:rFonts w:cs="Times New Roman"/>
                <w:sz w:val="20"/>
                <w:szCs w:val="20"/>
              </w:rPr>
              <w:t>.</w:t>
            </w:r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Shprehja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e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raportit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në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përqindje</w:t>
            </w:r>
            <w:proofErr w:type="spellEnd"/>
          </w:p>
          <w:p w:rsidR="00947A2A" w:rsidRDefault="00947A2A" w:rsidP="001159F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5</w:t>
            </w:r>
            <w:r w:rsidR="00FB586F">
              <w:rPr>
                <w:rFonts w:cs="Times New Roman"/>
                <w:sz w:val="20"/>
                <w:szCs w:val="20"/>
              </w:rPr>
              <w:t>.</w:t>
            </w:r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Përpjesëtimet</w:t>
            </w:r>
            <w:proofErr w:type="spellEnd"/>
          </w:p>
          <w:p w:rsidR="00947A2A" w:rsidRDefault="00947A2A" w:rsidP="001159F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6.Ushtrime</w:t>
            </w:r>
          </w:p>
          <w:p w:rsidR="001159F3" w:rsidRPr="003723AF" w:rsidRDefault="00947A2A" w:rsidP="001159F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  <w:r w:rsidR="00FB586F">
              <w:rPr>
                <w:rFonts w:cs="Times New Roman"/>
                <w:sz w:val="20"/>
                <w:szCs w:val="20"/>
              </w:rPr>
              <w:t>.</w:t>
            </w:r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Veti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të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tjera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të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përpjesëtimeve</w:t>
            </w:r>
            <w:proofErr w:type="spellEnd"/>
          </w:p>
          <w:p w:rsidR="001159F3" w:rsidRDefault="00947A2A" w:rsidP="001159F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  <w:r w:rsidR="00FB586F">
              <w:rPr>
                <w:rFonts w:cs="Times New Roman"/>
                <w:sz w:val="20"/>
                <w:szCs w:val="20"/>
              </w:rPr>
              <w:t>.</w:t>
            </w:r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Gjetja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e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kufizës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së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panjohur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në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një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përpjesëtim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Rregulla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e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treshit</w:t>
            </w:r>
            <w:proofErr w:type="spellEnd"/>
          </w:p>
          <w:p w:rsidR="00947A2A" w:rsidRPr="003723AF" w:rsidRDefault="00947A2A" w:rsidP="001159F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9.Ushtrime</w:t>
            </w:r>
          </w:p>
          <w:p w:rsidR="001159F3" w:rsidRPr="003723AF" w:rsidRDefault="00947A2A" w:rsidP="001159F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="00FB586F">
              <w:rPr>
                <w:rFonts w:cs="Times New Roman"/>
                <w:sz w:val="20"/>
                <w:szCs w:val="20"/>
              </w:rPr>
              <w:t>.</w:t>
            </w:r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Varësia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në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përpjesëtim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të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drejtë</w:t>
            </w:r>
            <w:proofErr w:type="spellEnd"/>
          </w:p>
          <w:p w:rsidR="001159F3" w:rsidRDefault="00947A2A" w:rsidP="001159F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  <w:r w:rsidR="00FB586F">
              <w:rPr>
                <w:rFonts w:cs="Times New Roman"/>
                <w:sz w:val="20"/>
                <w:szCs w:val="20"/>
              </w:rPr>
              <w:t>.</w:t>
            </w:r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Paraqitja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e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objekteve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me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shkallë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zvogëlimi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apo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zmadhimi</w:t>
            </w:r>
            <w:proofErr w:type="spellEnd"/>
          </w:p>
          <w:p w:rsidR="00947A2A" w:rsidRDefault="00947A2A" w:rsidP="001159F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12. </w:t>
            </w:r>
            <w:proofErr w:type="spellStart"/>
            <w:r>
              <w:rPr>
                <w:rFonts w:cs="Times New Roman"/>
                <w:sz w:val="20"/>
                <w:szCs w:val="20"/>
              </w:rPr>
              <w:t>Ushtrime</w:t>
            </w:r>
            <w:proofErr w:type="spellEnd"/>
          </w:p>
          <w:p w:rsidR="00C70CBC" w:rsidRDefault="00C70CBC" w:rsidP="001159F3">
            <w:pPr>
              <w:rPr>
                <w:rFonts w:cs="Times New Roman"/>
                <w:sz w:val="20"/>
                <w:szCs w:val="20"/>
              </w:rPr>
            </w:pPr>
          </w:p>
          <w:p w:rsidR="00C70CBC" w:rsidRDefault="00C70CBC" w:rsidP="001159F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TEMA 8:</w:t>
            </w:r>
          </w:p>
          <w:p w:rsidR="00C70CBC" w:rsidRPr="003723AF" w:rsidRDefault="00C70CBC" w:rsidP="001159F3">
            <w:pPr>
              <w:rPr>
                <w:rFonts w:cs="Times New Roman"/>
                <w:sz w:val="20"/>
                <w:szCs w:val="20"/>
              </w:rPr>
            </w:pPr>
          </w:p>
          <w:p w:rsidR="001159F3" w:rsidRPr="003723AF" w:rsidRDefault="00947A2A" w:rsidP="001159F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</w:t>
            </w:r>
            <w:r w:rsidR="0012383D"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Përsëritje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mbi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njësitë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e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matjes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së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gjatësisë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e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të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syprinës</w:t>
            </w:r>
            <w:proofErr w:type="spellEnd"/>
          </w:p>
          <w:p w:rsidR="001159F3" w:rsidRDefault="0012383D" w:rsidP="001159F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947A2A">
              <w:rPr>
                <w:rFonts w:cs="Times New Roman"/>
                <w:sz w:val="20"/>
                <w:szCs w:val="20"/>
              </w:rPr>
              <w:t>4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Perimetri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shumëkëndëshit</w:t>
            </w:r>
            <w:proofErr w:type="spellEnd"/>
          </w:p>
          <w:p w:rsidR="00947A2A" w:rsidRPr="003723AF" w:rsidRDefault="00947A2A" w:rsidP="001159F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15. </w:t>
            </w:r>
            <w:proofErr w:type="spellStart"/>
            <w:r>
              <w:rPr>
                <w:rFonts w:cs="Times New Roman"/>
                <w:sz w:val="20"/>
                <w:szCs w:val="20"/>
              </w:rPr>
              <w:t>Ushtrime</w:t>
            </w:r>
            <w:proofErr w:type="spellEnd"/>
          </w:p>
          <w:p w:rsidR="001159F3" w:rsidRPr="003723AF" w:rsidRDefault="0012383D" w:rsidP="001159F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947A2A">
              <w:rPr>
                <w:rFonts w:cs="Times New Roman"/>
                <w:sz w:val="20"/>
                <w:szCs w:val="20"/>
              </w:rPr>
              <w:t>6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Perimetri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rrethit</w:t>
            </w:r>
            <w:proofErr w:type="spellEnd"/>
          </w:p>
          <w:p w:rsidR="001159F3" w:rsidRPr="003723AF" w:rsidRDefault="0012383D" w:rsidP="001159F3">
            <w:pPr>
              <w:rPr>
                <w:rFonts w:cs="Times New Roman"/>
                <w:sz w:val="20"/>
                <w:szCs w:val="20"/>
                <w:lang w:val="de-DE"/>
              </w:rPr>
            </w:pPr>
            <w:r>
              <w:rPr>
                <w:rFonts w:cs="Times New Roman"/>
                <w:sz w:val="20"/>
                <w:szCs w:val="20"/>
                <w:lang w:val="de-DE"/>
              </w:rPr>
              <w:t>1</w:t>
            </w:r>
            <w:r w:rsidR="00947A2A">
              <w:rPr>
                <w:rFonts w:cs="Times New Roman"/>
                <w:sz w:val="20"/>
                <w:szCs w:val="20"/>
                <w:lang w:val="de-DE"/>
              </w:rPr>
              <w:t>7</w:t>
            </w:r>
            <w:r>
              <w:rPr>
                <w:rFonts w:cs="Times New Roman"/>
                <w:sz w:val="20"/>
                <w:szCs w:val="20"/>
                <w:lang w:val="de-DE"/>
              </w:rPr>
              <w:t>.</w:t>
            </w:r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>Teorema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 xml:space="preserve"> e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>Pitagorës</w:t>
            </w:r>
            <w:proofErr w:type="spellEnd"/>
          </w:p>
          <w:p w:rsidR="001159F3" w:rsidRDefault="0012383D" w:rsidP="001159F3">
            <w:pPr>
              <w:rPr>
                <w:rFonts w:cs="Times New Roman"/>
                <w:sz w:val="20"/>
                <w:szCs w:val="20"/>
                <w:lang w:val="de-DE"/>
              </w:rPr>
            </w:pPr>
            <w:r>
              <w:rPr>
                <w:rFonts w:cs="Times New Roman"/>
                <w:sz w:val="20"/>
                <w:szCs w:val="20"/>
                <w:lang w:val="de-DE"/>
              </w:rPr>
              <w:t>1</w:t>
            </w:r>
            <w:r w:rsidR="00947A2A">
              <w:rPr>
                <w:rFonts w:cs="Times New Roman"/>
                <w:sz w:val="20"/>
                <w:szCs w:val="20"/>
                <w:lang w:val="de-DE"/>
              </w:rPr>
              <w:t>8</w:t>
            </w:r>
            <w:r>
              <w:rPr>
                <w:rFonts w:cs="Times New Roman"/>
                <w:sz w:val="20"/>
                <w:szCs w:val="20"/>
                <w:lang w:val="de-DE"/>
              </w:rPr>
              <w:t>.</w:t>
            </w:r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>Teorema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 xml:space="preserve"> e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>anasjellë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 xml:space="preserve"> e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>Pitagorës</w:t>
            </w:r>
            <w:proofErr w:type="spellEnd"/>
          </w:p>
          <w:p w:rsidR="00947A2A" w:rsidRPr="003723AF" w:rsidRDefault="00947A2A" w:rsidP="001159F3">
            <w:pPr>
              <w:rPr>
                <w:rFonts w:cs="Times New Roman"/>
                <w:sz w:val="20"/>
                <w:szCs w:val="20"/>
                <w:lang w:val="de-DE"/>
              </w:rPr>
            </w:pPr>
            <w:r>
              <w:rPr>
                <w:rFonts w:cs="Times New Roman"/>
                <w:sz w:val="20"/>
                <w:szCs w:val="20"/>
                <w:lang w:val="de-DE"/>
              </w:rPr>
              <w:t xml:space="preserve">19. </w:t>
            </w:r>
            <w:proofErr w:type="spellStart"/>
            <w:r>
              <w:rPr>
                <w:rFonts w:cs="Times New Roman"/>
                <w:sz w:val="20"/>
                <w:szCs w:val="20"/>
                <w:lang w:val="de-DE"/>
              </w:rPr>
              <w:t>Ushtrime</w:t>
            </w:r>
            <w:proofErr w:type="spellEnd"/>
          </w:p>
          <w:p w:rsidR="00947A2A" w:rsidRDefault="00947A2A" w:rsidP="001159F3">
            <w:pPr>
              <w:rPr>
                <w:rFonts w:cs="Times New Roman"/>
                <w:sz w:val="20"/>
                <w:szCs w:val="20"/>
                <w:lang w:val="de-DE"/>
              </w:rPr>
            </w:pPr>
            <w:r>
              <w:rPr>
                <w:rFonts w:cs="Times New Roman"/>
                <w:sz w:val="20"/>
                <w:szCs w:val="20"/>
                <w:lang w:val="de-DE"/>
              </w:rPr>
              <w:t>20</w:t>
            </w:r>
            <w:r w:rsidR="0012383D">
              <w:rPr>
                <w:rFonts w:cs="Times New Roman"/>
                <w:sz w:val="20"/>
                <w:szCs w:val="20"/>
                <w:lang w:val="de-DE"/>
              </w:rPr>
              <w:t>.</w:t>
            </w:r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>Zbatime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>të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>Teoremës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>së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>Pitagorës</w:t>
            </w:r>
            <w:proofErr w:type="spellEnd"/>
          </w:p>
          <w:p w:rsidR="00947A2A" w:rsidRPr="003723AF" w:rsidRDefault="00947A2A" w:rsidP="001159F3">
            <w:pPr>
              <w:rPr>
                <w:rFonts w:cs="Times New Roman"/>
                <w:sz w:val="20"/>
                <w:szCs w:val="20"/>
                <w:lang w:val="de-DE"/>
              </w:rPr>
            </w:pPr>
            <w:r>
              <w:rPr>
                <w:rFonts w:cs="Times New Roman"/>
                <w:sz w:val="20"/>
                <w:szCs w:val="20"/>
                <w:lang w:val="de-DE"/>
              </w:rPr>
              <w:t xml:space="preserve">21. </w:t>
            </w:r>
            <w:proofErr w:type="spellStart"/>
            <w:r>
              <w:rPr>
                <w:rFonts w:cs="Times New Roman"/>
                <w:sz w:val="20"/>
                <w:szCs w:val="20"/>
                <w:lang w:val="de-DE"/>
              </w:rPr>
              <w:t>Ushtrime</w:t>
            </w:r>
            <w:proofErr w:type="spellEnd"/>
          </w:p>
          <w:p w:rsidR="001159F3" w:rsidRPr="003723AF" w:rsidRDefault="00947A2A" w:rsidP="001159F3">
            <w:pPr>
              <w:rPr>
                <w:rFonts w:cs="Times New Roman"/>
                <w:sz w:val="20"/>
                <w:szCs w:val="20"/>
                <w:lang w:val="de-DE"/>
              </w:rPr>
            </w:pPr>
            <w:r>
              <w:rPr>
                <w:rFonts w:cs="Times New Roman"/>
                <w:sz w:val="20"/>
                <w:szCs w:val="20"/>
                <w:lang w:val="de-DE"/>
              </w:rPr>
              <w:t>22</w:t>
            </w:r>
            <w:r w:rsidR="0012383D">
              <w:rPr>
                <w:rFonts w:cs="Times New Roman"/>
                <w:sz w:val="20"/>
                <w:szCs w:val="20"/>
                <w:lang w:val="de-DE"/>
              </w:rPr>
              <w:t>.</w:t>
            </w:r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>Përsëritje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 xml:space="preserve">.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>Kuptimi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>mbi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>syprinën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 xml:space="preserve">.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>Syprina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 xml:space="preserve"> e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>drejtkëndëshit</w:t>
            </w:r>
            <w:proofErr w:type="spellEnd"/>
          </w:p>
          <w:p w:rsidR="001159F3" w:rsidRDefault="00947A2A" w:rsidP="001159F3">
            <w:pPr>
              <w:rPr>
                <w:rFonts w:cs="Times New Roman"/>
                <w:sz w:val="20"/>
                <w:szCs w:val="20"/>
                <w:lang w:val="de-DE"/>
              </w:rPr>
            </w:pPr>
            <w:r>
              <w:rPr>
                <w:rFonts w:cs="Times New Roman"/>
                <w:sz w:val="20"/>
                <w:szCs w:val="20"/>
                <w:lang w:val="de-DE"/>
              </w:rPr>
              <w:t>23</w:t>
            </w:r>
            <w:r w:rsidR="0012383D">
              <w:rPr>
                <w:rFonts w:cs="Times New Roman"/>
                <w:sz w:val="20"/>
                <w:szCs w:val="20"/>
                <w:lang w:val="de-DE"/>
              </w:rPr>
              <w:t>.</w:t>
            </w:r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>Syprina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 xml:space="preserve"> e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>paralelogramit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 xml:space="preserve">, e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>trekëndëshit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 xml:space="preserve">.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>Syprina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 xml:space="preserve"> e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>shumëkëndëshit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>të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>rregullt</w:t>
            </w:r>
            <w:proofErr w:type="spellEnd"/>
          </w:p>
          <w:p w:rsidR="00206AA7" w:rsidRPr="003723AF" w:rsidRDefault="00206AA7" w:rsidP="001159F3">
            <w:pPr>
              <w:rPr>
                <w:rFonts w:cs="Times New Roman"/>
                <w:sz w:val="20"/>
                <w:szCs w:val="20"/>
                <w:lang w:val="de-DE"/>
              </w:rPr>
            </w:pPr>
            <w:r>
              <w:rPr>
                <w:rFonts w:cs="Times New Roman"/>
                <w:sz w:val="20"/>
                <w:szCs w:val="20"/>
                <w:lang w:val="de-DE"/>
              </w:rPr>
              <w:t xml:space="preserve">24. </w:t>
            </w:r>
            <w:proofErr w:type="spellStart"/>
            <w:r>
              <w:rPr>
                <w:rFonts w:cs="Times New Roman"/>
                <w:sz w:val="20"/>
                <w:szCs w:val="20"/>
                <w:lang w:val="de-DE"/>
              </w:rPr>
              <w:t>Ushtrime</w:t>
            </w:r>
            <w:proofErr w:type="spellEnd"/>
          </w:p>
          <w:p w:rsidR="001159F3" w:rsidRDefault="00206AA7" w:rsidP="001159F3">
            <w:pPr>
              <w:rPr>
                <w:rFonts w:cs="Times New Roman"/>
                <w:sz w:val="20"/>
                <w:szCs w:val="20"/>
                <w:lang w:val="de-DE"/>
              </w:rPr>
            </w:pPr>
            <w:r>
              <w:rPr>
                <w:rFonts w:cs="Times New Roman"/>
                <w:sz w:val="20"/>
                <w:szCs w:val="20"/>
                <w:lang w:val="de-DE"/>
              </w:rPr>
              <w:t>25</w:t>
            </w:r>
            <w:r w:rsidR="0012383D">
              <w:rPr>
                <w:rFonts w:cs="Times New Roman"/>
                <w:sz w:val="20"/>
                <w:szCs w:val="20"/>
                <w:lang w:val="de-DE"/>
              </w:rPr>
              <w:t>.</w:t>
            </w:r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>Syprina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 xml:space="preserve"> e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>rombit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 xml:space="preserve">,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>deltoidit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>dhe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>trapezit</w:t>
            </w:r>
            <w:proofErr w:type="spellEnd"/>
          </w:p>
          <w:p w:rsidR="00206AA7" w:rsidRPr="003723AF" w:rsidRDefault="00206AA7" w:rsidP="001159F3">
            <w:pPr>
              <w:rPr>
                <w:rFonts w:cs="Times New Roman"/>
                <w:sz w:val="20"/>
                <w:szCs w:val="20"/>
                <w:lang w:val="de-DE"/>
              </w:rPr>
            </w:pPr>
            <w:r>
              <w:rPr>
                <w:rFonts w:cs="Times New Roman"/>
                <w:sz w:val="20"/>
                <w:szCs w:val="20"/>
                <w:lang w:val="de-DE"/>
              </w:rPr>
              <w:t xml:space="preserve">26. </w:t>
            </w:r>
            <w:proofErr w:type="spellStart"/>
            <w:r>
              <w:rPr>
                <w:rFonts w:cs="Times New Roman"/>
                <w:sz w:val="20"/>
                <w:szCs w:val="20"/>
                <w:lang w:val="de-DE"/>
              </w:rPr>
              <w:t>Ushtrime</w:t>
            </w:r>
            <w:proofErr w:type="spellEnd"/>
          </w:p>
          <w:p w:rsidR="001159F3" w:rsidRPr="003723AF" w:rsidRDefault="00206AA7" w:rsidP="001159F3">
            <w:pPr>
              <w:rPr>
                <w:rFonts w:cs="Times New Roman"/>
                <w:sz w:val="20"/>
                <w:szCs w:val="20"/>
                <w:lang w:val="de-DE"/>
              </w:rPr>
            </w:pPr>
            <w:r>
              <w:rPr>
                <w:rFonts w:cs="Times New Roman"/>
                <w:sz w:val="20"/>
                <w:szCs w:val="20"/>
                <w:lang w:val="de-DE"/>
              </w:rPr>
              <w:t>27</w:t>
            </w:r>
            <w:r w:rsidR="0012383D">
              <w:rPr>
                <w:rFonts w:cs="Times New Roman"/>
                <w:sz w:val="20"/>
                <w:szCs w:val="20"/>
                <w:lang w:val="de-DE"/>
              </w:rPr>
              <w:t>.</w:t>
            </w:r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>Syprina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 xml:space="preserve"> e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>qarkut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 xml:space="preserve"> (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>sipërfaqes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>rrethore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  <w:lang w:val="de-DE"/>
              </w:rPr>
              <w:t>)</w:t>
            </w:r>
          </w:p>
          <w:p w:rsidR="001159F3" w:rsidRDefault="00206AA7" w:rsidP="001159F3">
            <w:pPr>
              <w:rPr>
                <w:rFonts w:cs="Times New Roman"/>
                <w:sz w:val="20"/>
                <w:szCs w:val="20"/>
                <w:lang w:val="de-DE"/>
              </w:rPr>
            </w:pPr>
            <w:r w:rsidRPr="00206AA7">
              <w:rPr>
                <w:rFonts w:cs="Times New Roman"/>
                <w:sz w:val="20"/>
                <w:szCs w:val="20"/>
                <w:lang w:val="de-DE"/>
              </w:rPr>
              <w:t>28</w:t>
            </w:r>
            <w:r w:rsidR="0012383D" w:rsidRPr="00206AA7">
              <w:rPr>
                <w:rFonts w:cs="Times New Roman"/>
                <w:sz w:val="20"/>
                <w:szCs w:val="20"/>
                <w:lang w:val="de-DE"/>
              </w:rPr>
              <w:t>.</w:t>
            </w:r>
            <w:r w:rsidR="001159F3" w:rsidRPr="00206AA7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1159F3" w:rsidRPr="00206AA7">
              <w:rPr>
                <w:rFonts w:cs="Times New Roman"/>
                <w:sz w:val="20"/>
                <w:szCs w:val="20"/>
                <w:lang w:val="de-DE"/>
              </w:rPr>
              <w:t>Syprinat</w:t>
            </w:r>
            <w:proofErr w:type="spellEnd"/>
            <w:r w:rsidR="001159F3" w:rsidRPr="00206AA7">
              <w:rPr>
                <w:rFonts w:cs="Times New Roman"/>
                <w:sz w:val="20"/>
                <w:szCs w:val="20"/>
                <w:lang w:val="de-DE"/>
              </w:rPr>
              <w:t xml:space="preserve"> e </w:t>
            </w:r>
            <w:proofErr w:type="spellStart"/>
            <w:r w:rsidR="001159F3" w:rsidRPr="00206AA7">
              <w:rPr>
                <w:rFonts w:cs="Times New Roman"/>
                <w:sz w:val="20"/>
                <w:szCs w:val="20"/>
                <w:lang w:val="de-DE"/>
              </w:rPr>
              <w:t>figurave</w:t>
            </w:r>
            <w:proofErr w:type="spellEnd"/>
            <w:r w:rsidR="001159F3" w:rsidRPr="00206AA7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1159F3" w:rsidRPr="00206AA7">
              <w:rPr>
                <w:rFonts w:cs="Times New Roman"/>
                <w:sz w:val="20"/>
                <w:szCs w:val="20"/>
                <w:lang w:val="de-DE"/>
              </w:rPr>
              <w:t>të</w:t>
            </w:r>
            <w:proofErr w:type="spellEnd"/>
            <w:r w:rsidR="001159F3" w:rsidRPr="00206AA7">
              <w:rPr>
                <w:rFonts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1159F3" w:rsidRPr="00206AA7">
              <w:rPr>
                <w:rFonts w:cs="Times New Roman"/>
                <w:sz w:val="20"/>
                <w:szCs w:val="20"/>
                <w:lang w:val="de-DE"/>
              </w:rPr>
              <w:t>përbëra</w:t>
            </w:r>
            <w:proofErr w:type="spellEnd"/>
          </w:p>
          <w:p w:rsidR="00206AA7" w:rsidRPr="00206AA7" w:rsidRDefault="00206AA7" w:rsidP="001159F3">
            <w:pPr>
              <w:rPr>
                <w:rFonts w:cs="Times New Roman"/>
                <w:sz w:val="20"/>
                <w:szCs w:val="20"/>
                <w:lang w:val="de-DE"/>
              </w:rPr>
            </w:pPr>
            <w:r>
              <w:rPr>
                <w:rFonts w:cs="Times New Roman"/>
                <w:sz w:val="20"/>
                <w:szCs w:val="20"/>
                <w:lang w:val="de-DE"/>
              </w:rPr>
              <w:t xml:space="preserve">29. </w:t>
            </w:r>
            <w:proofErr w:type="spellStart"/>
            <w:r>
              <w:rPr>
                <w:rFonts w:cs="Times New Roman"/>
                <w:sz w:val="20"/>
                <w:szCs w:val="20"/>
                <w:lang w:val="de-DE"/>
              </w:rPr>
              <w:t>Ushtrime</w:t>
            </w:r>
            <w:proofErr w:type="spellEnd"/>
          </w:p>
          <w:p w:rsidR="00C70CBC" w:rsidRDefault="00C70CBC" w:rsidP="001159F3">
            <w:pPr>
              <w:rPr>
                <w:rFonts w:cs="Times New Roman"/>
                <w:sz w:val="20"/>
                <w:szCs w:val="20"/>
                <w:lang w:val="de-DE"/>
              </w:rPr>
            </w:pPr>
          </w:p>
          <w:p w:rsidR="00EB5C12" w:rsidRPr="00206AA7" w:rsidRDefault="00EB5C12" w:rsidP="001159F3">
            <w:pPr>
              <w:rPr>
                <w:rFonts w:cs="Times New Roman"/>
                <w:sz w:val="20"/>
                <w:szCs w:val="20"/>
                <w:lang w:val="de-DE"/>
              </w:rPr>
            </w:pPr>
          </w:p>
          <w:p w:rsidR="00C70CBC" w:rsidRDefault="00C70CBC" w:rsidP="001159F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TEMA 9:</w:t>
            </w:r>
          </w:p>
          <w:p w:rsidR="00C70CBC" w:rsidRPr="003723AF" w:rsidRDefault="00C70CBC" w:rsidP="001159F3">
            <w:pPr>
              <w:rPr>
                <w:rFonts w:cs="Times New Roman"/>
                <w:sz w:val="20"/>
                <w:szCs w:val="20"/>
              </w:rPr>
            </w:pPr>
          </w:p>
          <w:p w:rsidR="001159F3" w:rsidRPr="003723AF" w:rsidRDefault="00206AA7" w:rsidP="001159F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</w:t>
            </w:r>
            <w:r w:rsidR="0012383D">
              <w:rPr>
                <w:rFonts w:cs="Times New Roman"/>
                <w:sz w:val="20"/>
                <w:szCs w:val="20"/>
              </w:rPr>
              <w:t>.</w:t>
            </w:r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Shprehje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shkronjore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shprehje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me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ndryshore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>)</w:t>
            </w:r>
          </w:p>
          <w:p w:rsidR="001159F3" w:rsidRDefault="00206AA7" w:rsidP="001159F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</w:t>
            </w:r>
            <w:r w:rsidR="0012383D">
              <w:rPr>
                <w:rFonts w:cs="Times New Roman"/>
                <w:sz w:val="20"/>
                <w:szCs w:val="20"/>
              </w:rPr>
              <w:t>.</w:t>
            </w:r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Vlera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numerike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e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një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shprehjeje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shkronjore</w:t>
            </w:r>
            <w:proofErr w:type="spellEnd"/>
          </w:p>
          <w:p w:rsidR="00206AA7" w:rsidRPr="003723AF" w:rsidRDefault="00206AA7" w:rsidP="001159F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32.Ushtrime</w:t>
            </w:r>
          </w:p>
          <w:p w:rsidR="001159F3" w:rsidRPr="003723AF" w:rsidRDefault="00206AA7" w:rsidP="001159F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33</w:t>
            </w:r>
            <w:r w:rsidR="0012383D">
              <w:rPr>
                <w:rFonts w:cs="Times New Roman"/>
                <w:sz w:val="20"/>
                <w:szCs w:val="20"/>
              </w:rPr>
              <w:t>.</w:t>
            </w:r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Shprehje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identike</w:t>
            </w:r>
            <w:proofErr w:type="spellEnd"/>
          </w:p>
          <w:p w:rsidR="001159F3" w:rsidRDefault="00206AA7" w:rsidP="001159F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34</w:t>
            </w:r>
            <w:r w:rsidR="0012383D">
              <w:rPr>
                <w:rFonts w:cs="Times New Roman"/>
                <w:sz w:val="20"/>
                <w:szCs w:val="20"/>
              </w:rPr>
              <w:t>.</w:t>
            </w:r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Kufizat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me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ndryshore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Reduktimi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kufizave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të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ngjashme</w:t>
            </w:r>
            <w:proofErr w:type="spellEnd"/>
          </w:p>
          <w:p w:rsidR="00206AA7" w:rsidRPr="003723AF" w:rsidRDefault="00206AA7" w:rsidP="001159F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35. </w:t>
            </w:r>
            <w:proofErr w:type="spellStart"/>
            <w:r>
              <w:rPr>
                <w:rFonts w:cs="Times New Roman"/>
                <w:sz w:val="20"/>
                <w:szCs w:val="20"/>
              </w:rPr>
              <w:t>Ushtrime</w:t>
            </w:r>
            <w:proofErr w:type="spellEnd"/>
          </w:p>
          <w:p w:rsidR="001159F3" w:rsidRDefault="00206AA7" w:rsidP="001159F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36</w:t>
            </w:r>
            <w:r w:rsidR="0012383D">
              <w:rPr>
                <w:rFonts w:cs="Times New Roman"/>
                <w:sz w:val="20"/>
                <w:szCs w:val="20"/>
              </w:rPr>
              <w:t>.</w:t>
            </w:r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Ekuacione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me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një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ndryshore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Ekuacione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të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njëvlershme</w:t>
            </w:r>
            <w:proofErr w:type="spellEnd"/>
          </w:p>
          <w:p w:rsidR="00206AA7" w:rsidRPr="003723AF" w:rsidRDefault="00206AA7" w:rsidP="001159F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37. </w:t>
            </w:r>
            <w:proofErr w:type="spellStart"/>
            <w:r>
              <w:rPr>
                <w:rFonts w:cs="Times New Roman"/>
                <w:sz w:val="20"/>
                <w:szCs w:val="20"/>
              </w:rPr>
              <w:t>Ushtrime</w:t>
            </w:r>
            <w:proofErr w:type="spellEnd"/>
          </w:p>
          <w:p w:rsidR="001159F3" w:rsidRPr="003723AF" w:rsidRDefault="00206AA7" w:rsidP="001159F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38</w:t>
            </w:r>
            <w:r w:rsidR="0012383D">
              <w:rPr>
                <w:rFonts w:cs="Times New Roman"/>
                <w:sz w:val="20"/>
                <w:szCs w:val="20"/>
              </w:rPr>
              <w:t>.</w:t>
            </w:r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Ekuacioni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linear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159F3" w:rsidRPr="003723AF">
              <w:rPr>
                <w:rFonts w:cs="Times New Roman"/>
                <w:sz w:val="20"/>
                <w:szCs w:val="20"/>
              </w:rPr>
              <w:t>trajtës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1159F3" w:rsidRPr="003723AF">
              <w:rPr>
                <w:rFonts w:cs="Times New Roman"/>
                <w:sz w:val="20"/>
                <w:szCs w:val="20"/>
              </w:rPr>
              <w:t>a</w:t>
            </w:r>
            <w:proofErr w:type="gramEnd"/>
            <w:r>
              <w:rPr>
                <w:rFonts w:cs="Times New Roman"/>
                <w:sz w:val="20"/>
                <w:szCs w:val="20"/>
              </w:rPr>
              <w:t>-</w:t>
            </w:r>
            <w:r w:rsidR="001159F3" w:rsidRPr="003723AF">
              <w:rPr>
                <w:rFonts w:cs="Times New Roman"/>
                <w:sz w:val="20"/>
                <w:szCs w:val="20"/>
              </w:rPr>
              <w:t xml:space="preserve"> x = b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dhe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ekuacione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të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njëvlershme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me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të</w:t>
            </w:r>
            <w:proofErr w:type="spellEnd"/>
          </w:p>
          <w:p w:rsidR="001159F3" w:rsidRDefault="00206AA7" w:rsidP="001159F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39</w:t>
            </w:r>
            <w:r w:rsidR="0012383D">
              <w:rPr>
                <w:rFonts w:cs="Times New Roman"/>
                <w:sz w:val="20"/>
                <w:szCs w:val="20"/>
              </w:rPr>
              <w:t>.</w:t>
            </w:r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Problema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që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zgjidhen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me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ekuacione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me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një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ndryshore</w:t>
            </w:r>
            <w:proofErr w:type="spellEnd"/>
          </w:p>
          <w:p w:rsidR="00206AA7" w:rsidRPr="003723AF" w:rsidRDefault="00206AA7" w:rsidP="001159F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40. </w:t>
            </w:r>
            <w:proofErr w:type="spellStart"/>
            <w:r>
              <w:rPr>
                <w:rFonts w:cs="Times New Roman"/>
                <w:sz w:val="20"/>
                <w:szCs w:val="20"/>
              </w:rPr>
              <w:t>Ushtrime</w:t>
            </w:r>
            <w:proofErr w:type="spellEnd"/>
          </w:p>
          <w:p w:rsidR="001159F3" w:rsidRPr="003723AF" w:rsidRDefault="00206AA7" w:rsidP="001159F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41</w:t>
            </w:r>
            <w:r w:rsidR="0012383D">
              <w:rPr>
                <w:rFonts w:cs="Times New Roman"/>
                <w:sz w:val="20"/>
                <w:szCs w:val="20"/>
              </w:rPr>
              <w:t>.</w:t>
            </w:r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Inekuacione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me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një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ndryshore</w:t>
            </w:r>
            <w:proofErr w:type="spellEnd"/>
          </w:p>
          <w:p w:rsidR="001159F3" w:rsidRPr="003723AF" w:rsidRDefault="00206AA7" w:rsidP="001159F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42</w:t>
            </w:r>
            <w:r w:rsidR="0012383D"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Ushtrime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dhe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përsëritje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për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test</w:t>
            </w:r>
          </w:p>
          <w:p w:rsidR="001159F3" w:rsidRPr="003723AF" w:rsidRDefault="00206AA7" w:rsidP="001159F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43</w:t>
            </w:r>
            <w:r w:rsidR="0012383D">
              <w:rPr>
                <w:rFonts w:cs="Times New Roman"/>
                <w:sz w:val="20"/>
                <w:szCs w:val="20"/>
              </w:rPr>
              <w:t xml:space="preserve">. </w:t>
            </w:r>
            <w:r w:rsidR="001159F3" w:rsidRPr="003723AF">
              <w:rPr>
                <w:rFonts w:cs="Times New Roman"/>
                <w:sz w:val="20"/>
                <w:szCs w:val="20"/>
              </w:rPr>
              <w:t xml:space="preserve">Test –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vlerësim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përmbledhës</w:t>
            </w:r>
            <w:proofErr w:type="spellEnd"/>
          </w:p>
          <w:p w:rsidR="001159F3" w:rsidRPr="003723AF" w:rsidRDefault="00206AA7" w:rsidP="001159F3">
            <w:pPr>
              <w:spacing w:after="40" w:line="228" w:lineRule="auto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44</w:t>
            </w:r>
            <w:r w:rsidR="0012383D"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Analiza</w:t>
            </w:r>
            <w:proofErr w:type="spellEnd"/>
            <w:r w:rsidR="001159F3" w:rsidRPr="003723AF">
              <w:rPr>
                <w:rFonts w:cs="Times New Roman"/>
                <w:sz w:val="20"/>
                <w:szCs w:val="20"/>
              </w:rPr>
              <w:t xml:space="preserve"> e </w:t>
            </w:r>
            <w:proofErr w:type="spellStart"/>
            <w:r w:rsidR="001159F3" w:rsidRPr="003723AF">
              <w:rPr>
                <w:rFonts w:cs="Times New Roman"/>
                <w:sz w:val="20"/>
                <w:szCs w:val="20"/>
              </w:rPr>
              <w:t>testit</w:t>
            </w:r>
            <w:proofErr w:type="spellEnd"/>
            <w:r w:rsidR="001159F3" w:rsidRPr="003723AF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  <w:p w:rsidR="001159F3" w:rsidRPr="003723AF" w:rsidRDefault="001159F3" w:rsidP="001159F3">
            <w:pPr>
              <w:spacing w:after="40" w:line="228" w:lineRule="auto"/>
              <w:rPr>
                <w:rFonts w:cs="Times New Roman"/>
                <w:b/>
                <w:sz w:val="20"/>
                <w:szCs w:val="20"/>
              </w:rPr>
            </w:pPr>
          </w:p>
          <w:p w:rsidR="001159F3" w:rsidRPr="003723AF" w:rsidRDefault="001159F3" w:rsidP="001159F3">
            <w:pPr>
              <w:spacing w:after="40" w:line="228" w:lineRule="auto"/>
              <w:rPr>
                <w:rFonts w:cs="Times New Roman"/>
                <w:b/>
                <w:sz w:val="20"/>
                <w:szCs w:val="20"/>
              </w:rPr>
            </w:pPr>
          </w:p>
          <w:p w:rsidR="001159F3" w:rsidRPr="003723AF" w:rsidRDefault="001159F3" w:rsidP="001159F3">
            <w:pPr>
              <w:spacing w:after="40" w:line="228" w:lineRule="auto"/>
              <w:rPr>
                <w:rFonts w:cs="Times New Roman"/>
                <w:b/>
                <w:sz w:val="20"/>
                <w:szCs w:val="20"/>
              </w:rPr>
            </w:pPr>
          </w:p>
          <w:p w:rsidR="001159F3" w:rsidRPr="003723AF" w:rsidRDefault="001159F3" w:rsidP="001159F3">
            <w:pPr>
              <w:spacing w:after="40" w:line="228" w:lineRule="auto"/>
              <w:rPr>
                <w:rFonts w:cs="Times New Roman"/>
                <w:b/>
                <w:sz w:val="20"/>
                <w:szCs w:val="20"/>
              </w:rPr>
            </w:pPr>
          </w:p>
          <w:p w:rsidR="001654B1" w:rsidRPr="003723AF" w:rsidRDefault="001654B1" w:rsidP="001159F3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654B1" w:rsidRPr="00C84F42" w:rsidRDefault="0012383D" w:rsidP="00F63F2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lastRenderedPageBreak/>
              <w:t>4</w:t>
            </w:r>
            <w:r w:rsidR="00206AA7">
              <w:rPr>
                <w:rFonts w:cs="Times New Roman"/>
                <w:b/>
                <w:sz w:val="20"/>
                <w:szCs w:val="20"/>
              </w:rPr>
              <w:t>5</w:t>
            </w:r>
            <w:r w:rsidR="001654B1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1654B1" w:rsidRPr="00C84F42">
              <w:rPr>
                <w:rFonts w:cs="Times New Roman"/>
                <w:b/>
                <w:sz w:val="20"/>
                <w:szCs w:val="20"/>
              </w:rPr>
              <w:t>orë</w:t>
            </w:r>
            <w:proofErr w:type="spellEnd"/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06AA7" w:rsidRPr="00206AA7" w:rsidRDefault="00206AA7" w:rsidP="00206AA7">
            <w:pPr>
              <w:spacing w:after="60" w:line="228" w:lineRule="auto"/>
              <w:rPr>
                <w:sz w:val="20"/>
                <w:szCs w:val="20"/>
              </w:rPr>
            </w:pPr>
            <w:proofErr w:type="spellStart"/>
            <w:r w:rsidRPr="00206AA7">
              <w:rPr>
                <w:sz w:val="20"/>
                <w:szCs w:val="20"/>
              </w:rPr>
              <w:t>Mësimdhënie</w:t>
            </w:r>
            <w:proofErr w:type="spellEnd"/>
            <w:r w:rsidRPr="00206AA7">
              <w:rPr>
                <w:sz w:val="20"/>
                <w:szCs w:val="20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</w:rPr>
              <w:t>dhe</w:t>
            </w:r>
            <w:proofErr w:type="spellEnd"/>
            <w:r w:rsidRPr="00206AA7">
              <w:rPr>
                <w:sz w:val="20"/>
                <w:szCs w:val="20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</w:rPr>
              <w:t>nxënie</w:t>
            </w:r>
            <w:proofErr w:type="spellEnd"/>
            <w:r w:rsidRPr="00206AA7">
              <w:rPr>
                <w:sz w:val="20"/>
                <w:szCs w:val="20"/>
              </w:rPr>
              <w:t xml:space="preserve"> me </w:t>
            </w:r>
            <w:proofErr w:type="spellStart"/>
            <w:r w:rsidRPr="00206AA7">
              <w:rPr>
                <w:sz w:val="20"/>
                <w:szCs w:val="20"/>
              </w:rPr>
              <w:t>nxënësin</w:t>
            </w:r>
            <w:proofErr w:type="spellEnd"/>
            <w:r w:rsidRPr="00206AA7">
              <w:rPr>
                <w:sz w:val="20"/>
                <w:szCs w:val="20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</w:rPr>
              <w:t>në</w:t>
            </w:r>
            <w:proofErr w:type="spellEnd"/>
            <w:r w:rsidRPr="00206AA7">
              <w:rPr>
                <w:sz w:val="20"/>
                <w:szCs w:val="20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</w:rPr>
              <w:t>qendër</w:t>
            </w:r>
            <w:proofErr w:type="spellEnd"/>
            <w:r w:rsidRPr="00206AA7">
              <w:rPr>
                <w:sz w:val="20"/>
                <w:szCs w:val="20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</w:rPr>
              <w:t>dhe</w:t>
            </w:r>
            <w:proofErr w:type="spellEnd"/>
            <w:r w:rsidRPr="00206AA7">
              <w:rPr>
                <w:sz w:val="20"/>
                <w:szCs w:val="20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</w:rPr>
              <w:t>gjithëpërfshirëse</w:t>
            </w:r>
            <w:proofErr w:type="spellEnd"/>
            <w:r w:rsidRPr="00206AA7">
              <w:rPr>
                <w:sz w:val="20"/>
                <w:szCs w:val="20"/>
              </w:rPr>
              <w:t>.</w:t>
            </w:r>
          </w:p>
          <w:p w:rsidR="00206AA7" w:rsidRPr="00206AA7" w:rsidRDefault="00206AA7" w:rsidP="00206AA7">
            <w:pPr>
              <w:spacing w:after="60" w:line="228" w:lineRule="auto"/>
              <w:rPr>
                <w:sz w:val="20"/>
                <w:szCs w:val="20"/>
              </w:rPr>
            </w:pPr>
          </w:p>
          <w:p w:rsidR="00206AA7" w:rsidRPr="00206AA7" w:rsidRDefault="00206AA7" w:rsidP="00206AA7">
            <w:pPr>
              <w:spacing w:after="60" w:line="228" w:lineRule="auto"/>
              <w:rPr>
                <w:sz w:val="20"/>
                <w:szCs w:val="20"/>
              </w:rPr>
            </w:pPr>
          </w:p>
          <w:p w:rsidR="00206AA7" w:rsidRPr="00206AA7" w:rsidRDefault="00206AA7" w:rsidP="00206AA7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  <w:proofErr w:type="spellStart"/>
            <w:r w:rsidRPr="00206AA7">
              <w:rPr>
                <w:sz w:val="20"/>
                <w:szCs w:val="20"/>
                <w:lang w:val="de-DE"/>
              </w:rPr>
              <w:lastRenderedPageBreak/>
              <w:t>Zgjidhje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problemesh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hulumtim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arsyetim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diskutim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matematikor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>.</w:t>
            </w:r>
          </w:p>
          <w:p w:rsidR="00206AA7" w:rsidRDefault="00206AA7" w:rsidP="00206AA7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</w:p>
          <w:p w:rsidR="00206AA7" w:rsidRPr="00206AA7" w:rsidRDefault="00206AA7" w:rsidP="00206AA7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  <w:proofErr w:type="spellStart"/>
            <w:r w:rsidRPr="00206AA7">
              <w:rPr>
                <w:sz w:val="20"/>
                <w:szCs w:val="20"/>
                <w:lang w:val="de-DE"/>
              </w:rPr>
              <w:t>Punë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individuale,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në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çifte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në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grupe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;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mësimdhënie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diferencuar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>.</w:t>
            </w:r>
          </w:p>
          <w:p w:rsidR="00206AA7" w:rsidRDefault="00206AA7" w:rsidP="00206AA7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</w:p>
          <w:p w:rsidR="00206AA7" w:rsidRPr="00206AA7" w:rsidRDefault="00206AA7" w:rsidP="00206AA7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  <w:proofErr w:type="spellStart"/>
            <w:r w:rsidRPr="00206AA7">
              <w:rPr>
                <w:sz w:val="20"/>
                <w:szCs w:val="20"/>
                <w:lang w:val="de-DE"/>
              </w:rPr>
              <w:t>Demonstrim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modelim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stuhi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mendimesh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ditar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dypjesësh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tabela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T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punë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drejtuar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>.</w:t>
            </w:r>
          </w:p>
          <w:p w:rsidR="00206AA7" w:rsidRDefault="00206AA7" w:rsidP="00206AA7">
            <w:pPr>
              <w:rPr>
                <w:sz w:val="20"/>
                <w:szCs w:val="20"/>
              </w:rPr>
            </w:pPr>
          </w:p>
          <w:p w:rsidR="001654B1" w:rsidRPr="00024AC1" w:rsidRDefault="00206AA7" w:rsidP="00206AA7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206AA7">
              <w:rPr>
                <w:sz w:val="20"/>
                <w:szCs w:val="20"/>
              </w:rPr>
              <w:t>Përdorim</w:t>
            </w:r>
            <w:proofErr w:type="spellEnd"/>
            <w:r w:rsidRPr="00206AA7">
              <w:rPr>
                <w:sz w:val="20"/>
                <w:szCs w:val="20"/>
              </w:rPr>
              <w:t xml:space="preserve"> i GeoGebra-s, </w:t>
            </w:r>
            <w:proofErr w:type="spellStart"/>
            <w:r w:rsidRPr="00206AA7">
              <w:rPr>
                <w:sz w:val="20"/>
                <w:szCs w:val="20"/>
              </w:rPr>
              <w:t>kalkulatorit</w:t>
            </w:r>
            <w:proofErr w:type="spellEnd"/>
            <w:r w:rsidRPr="00206AA7">
              <w:rPr>
                <w:sz w:val="20"/>
                <w:szCs w:val="20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</w:rPr>
              <w:t>dhe</w:t>
            </w:r>
            <w:proofErr w:type="spellEnd"/>
            <w:r w:rsidRPr="00206AA7">
              <w:rPr>
                <w:sz w:val="20"/>
                <w:szCs w:val="20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</w:rPr>
              <w:t>mjeteve</w:t>
            </w:r>
            <w:proofErr w:type="spellEnd"/>
            <w:r w:rsidRPr="00206AA7">
              <w:rPr>
                <w:sz w:val="20"/>
                <w:szCs w:val="20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</w:rPr>
              <w:t>digjitale</w:t>
            </w:r>
            <w:proofErr w:type="spellEnd"/>
            <w:r w:rsidRPr="00206AA7">
              <w:rPr>
                <w:sz w:val="20"/>
                <w:szCs w:val="20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</w:rPr>
              <w:t>sipas</w:t>
            </w:r>
            <w:proofErr w:type="spellEnd"/>
            <w:r w:rsidRPr="00206AA7">
              <w:rPr>
                <w:sz w:val="20"/>
                <w:szCs w:val="20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</w:rPr>
              <w:t>temës</w:t>
            </w:r>
            <w:proofErr w:type="spellEnd"/>
            <w:r w:rsidRPr="00206AA7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654B1" w:rsidRPr="00FE6F3D" w:rsidRDefault="001654B1" w:rsidP="00F63F2F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  <w:proofErr w:type="spellStart"/>
            <w:r w:rsidRPr="00FE6F3D">
              <w:rPr>
                <w:sz w:val="20"/>
                <w:szCs w:val="20"/>
                <w:lang w:val="de-DE"/>
              </w:rPr>
              <w:lastRenderedPageBreak/>
              <w:t>Vlerësim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diagnostik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formativ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gjatë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procesit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mësimor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>.</w:t>
            </w:r>
          </w:p>
          <w:p w:rsidR="001654B1" w:rsidRDefault="001654B1" w:rsidP="00F63F2F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</w:p>
          <w:p w:rsidR="001654B1" w:rsidRDefault="001654B1" w:rsidP="00F63F2F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</w:p>
          <w:p w:rsidR="001654B1" w:rsidRPr="00FE6F3D" w:rsidRDefault="001654B1" w:rsidP="00F63F2F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  <w:proofErr w:type="spellStart"/>
            <w:r w:rsidRPr="00FE6F3D">
              <w:rPr>
                <w:sz w:val="20"/>
                <w:szCs w:val="20"/>
                <w:lang w:val="de-DE"/>
              </w:rPr>
              <w:lastRenderedPageBreak/>
              <w:t>Vlerësim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verbal,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detyra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kontrolluese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vëzhgim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listë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kontrolli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>.</w:t>
            </w:r>
          </w:p>
          <w:p w:rsidR="001654B1" w:rsidRDefault="001654B1" w:rsidP="00F63F2F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</w:p>
          <w:p w:rsidR="001654B1" w:rsidRPr="00FE6F3D" w:rsidRDefault="001654B1" w:rsidP="00F63F2F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  <w:proofErr w:type="spellStart"/>
            <w:r w:rsidRPr="00FE6F3D">
              <w:rPr>
                <w:sz w:val="20"/>
                <w:szCs w:val="20"/>
                <w:lang w:val="de-DE"/>
              </w:rPr>
              <w:t>Vlerësim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punës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individuale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në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grup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;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vetëvlerësim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vlerësim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ndërsjellë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>.</w:t>
            </w:r>
          </w:p>
          <w:p w:rsidR="001654B1" w:rsidRDefault="001654B1" w:rsidP="00F63F2F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</w:p>
          <w:p w:rsidR="001654B1" w:rsidRPr="00FE6F3D" w:rsidRDefault="001654B1" w:rsidP="00F63F2F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  <w:proofErr w:type="spellStart"/>
            <w:r w:rsidRPr="00FE6F3D">
              <w:rPr>
                <w:sz w:val="20"/>
                <w:szCs w:val="20"/>
                <w:lang w:val="de-DE"/>
              </w:rPr>
              <w:t>Vlerësim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bazuar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në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kritere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në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rezultatet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të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nxënit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>.</w:t>
            </w:r>
          </w:p>
          <w:p w:rsidR="001654B1" w:rsidRDefault="001654B1" w:rsidP="00F63F2F">
            <w:pPr>
              <w:rPr>
                <w:sz w:val="20"/>
                <w:szCs w:val="20"/>
                <w:lang w:val="de-DE"/>
              </w:rPr>
            </w:pPr>
          </w:p>
          <w:p w:rsidR="001654B1" w:rsidRPr="00024AC1" w:rsidRDefault="001654B1" w:rsidP="00F63F2F">
            <w:pPr>
              <w:rPr>
                <w:rFonts w:cs="Times New Roman"/>
                <w:sz w:val="20"/>
                <w:szCs w:val="20"/>
                <w:lang w:val="de-DE"/>
              </w:rPr>
            </w:pPr>
            <w:proofErr w:type="spellStart"/>
            <w:r w:rsidRPr="00FE6F3D">
              <w:rPr>
                <w:sz w:val="20"/>
                <w:szCs w:val="20"/>
                <w:lang w:val="de-DE"/>
              </w:rPr>
              <w:t>Në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fund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të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periudhës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: 1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orë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ushtrime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>/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përsëritje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, 1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orë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test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1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orë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analizë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testit</w:t>
            </w:r>
            <w:proofErr w:type="spellEnd"/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06AA7" w:rsidRPr="00206AA7" w:rsidRDefault="00206AA7" w:rsidP="00206AA7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  <w:proofErr w:type="spellStart"/>
            <w:r w:rsidRPr="00206AA7">
              <w:rPr>
                <w:sz w:val="20"/>
                <w:szCs w:val="20"/>
                <w:lang w:val="de-DE"/>
              </w:rPr>
              <w:lastRenderedPageBreak/>
              <w:t>Gjuhët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komunikimi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argumentimi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terminologjia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shpjegimi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zgjidhjeve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>.</w:t>
            </w:r>
          </w:p>
          <w:p w:rsidR="00206AA7" w:rsidRPr="00206AA7" w:rsidRDefault="00206AA7" w:rsidP="00206AA7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  <w:proofErr w:type="spellStart"/>
            <w:r w:rsidRPr="00206AA7">
              <w:rPr>
                <w:sz w:val="20"/>
                <w:szCs w:val="20"/>
                <w:lang w:val="de-DE"/>
              </w:rPr>
              <w:lastRenderedPageBreak/>
              <w:t>Shkencat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natyrës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matje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, modele,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të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dhëna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zbatime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numerike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>.</w:t>
            </w:r>
          </w:p>
          <w:p w:rsidR="00206AA7" w:rsidRDefault="00206AA7" w:rsidP="00206AA7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</w:p>
          <w:p w:rsidR="00206AA7" w:rsidRPr="00206AA7" w:rsidRDefault="00206AA7" w:rsidP="00206AA7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  <w:proofErr w:type="spellStart"/>
            <w:r w:rsidRPr="00206AA7">
              <w:rPr>
                <w:sz w:val="20"/>
                <w:szCs w:val="20"/>
                <w:lang w:val="de-DE"/>
              </w:rPr>
              <w:t>Shoqëria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mjedisi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statistika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harta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të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dhëna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situata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jetësore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>.</w:t>
            </w:r>
          </w:p>
          <w:p w:rsidR="00206AA7" w:rsidRDefault="00206AA7" w:rsidP="00206AA7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</w:p>
          <w:p w:rsidR="00206AA7" w:rsidRPr="00206AA7" w:rsidRDefault="00206AA7" w:rsidP="00206AA7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  <w:proofErr w:type="spellStart"/>
            <w:r w:rsidRPr="00206AA7">
              <w:rPr>
                <w:sz w:val="20"/>
                <w:szCs w:val="20"/>
                <w:lang w:val="de-DE"/>
              </w:rPr>
              <w:t>Jeta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puna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zgjidhje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problemesh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praktike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përdorim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i TIK-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ut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>.</w:t>
            </w:r>
          </w:p>
          <w:p w:rsidR="00206AA7" w:rsidRDefault="00206AA7" w:rsidP="00206AA7">
            <w:pPr>
              <w:rPr>
                <w:sz w:val="20"/>
                <w:szCs w:val="20"/>
                <w:lang w:val="de-DE"/>
              </w:rPr>
            </w:pPr>
          </w:p>
          <w:p w:rsidR="001654B1" w:rsidRPr="00C816EF" w:rsidRDefault="00206AA7" w:rsidP="00206AA7">
            <w:pPr>
              <w:rPr>
                <w:rFonts w:cs="Times New Roman"/>
                <w:sz w:val="20"/>
                <w:szCs w:val="20"/>
                <w:lang w:val="de-DE"/>
              </w:rPr>
            </w:pPr>
            <w:proofErr w:type="spellStart"/>
            <w:r w:rsidRPr="00206AA7">
              <w:rPr>
                <w:sz w:val="20"/>
                <w:szCs w:val="20"/>
                <w:lang w:val="de-DE"/>
              </w:rPr>
              <w:t>Edukatë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fizike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sportet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shëndeti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matje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raporte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përqindje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të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dhëna</w:t>
            </w:r>
            <w:proofErr w:type="spellEnd"/>
            <w:r w:rsidRPr="006416F8">
              <w:rPr>
                <w:sz w:val="14"/>
                <w:lang w:val="de-DE"/>
              </w:rPr>
              <w:t>.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654B1" w:rsidRPr="00C816EF" w:rsidRDefault="001654B1" w:rsidP="00F63F2F">
            <w:pPr>
              <w:spacing w:after="60" w:line="228" w:lineRule="auto"/>
              <w:rPr>
                <w:sz w:val="20"/>
                <w:szCs w:val="20"/>
              </w:rPr>
            </w:pPr>
            <w:proofErr w:type="spellStart"/>
            <w:r w:rsidRPr="00C816EF">
              <w:rPr>
                <w:sz w:val="20"/>
                <w:szCs w:val="20"/>
              </w:rPr>
              <w:lastRenderedPageBreak/>
              <w:t>Matematika</w:t>
            </w:r>
            <w:proofErr w:type="spellEnd"/>
            <w:r w:rsidRPr="00C816EF">
              <w:rPr>
                <w:sz w:val="20"/>
                <w:szCs w:val="20"/>
              </w:rPr>
              <w:t xml:space="preserve"> 7 – </w:t>
            </w:r>
            <w:proofErr w:type="spellStart"/>
            <w:r w:rsidRPr="00C816EF">
              <w:rPr>
                <w:sz w:val="20"/>
                <w:szCs w:val="20"/>
              </w:rPr>
              <w:t>Botime</w:t>
            </w:r>
            <w:proofErr w:type="spellEnd"/>
            <w:r w:rsidRPr="00C816EF">
              <w:rPr>
                <w:sz w:val="20"/>
                <w:szCs w:val="20"/>
              </w:rPr>
              <w:t xml:space="preserve"> PEGI, </w:t>
            </w:r>
            <w:proofErr w:type="spellStart"/>
            <w:r w:rsidRPr="00C816EF">
              <w:rPr>
                <w:sz w:val="20"/>
                <w:szCs w:val="20"/>
              </w:rPr>
              <w:t>Kosovë</w:t>
            </w:r>
            <w:proofErr w:type="spellEnd"/>
            <w:r w:rsidRPr="00C816EF">
              <w:rPr>
                <w:sz w:val="20"/>
                <w:szCs w:val="20"/>
              </w:rPr>
              <w:t xml:space="preserve">, </w:t>
            </w:r>
            <w:proofErr w:type="spellStart"/>
            <w:r w:rsidRPr="00C816EF">
              <w:rPr>
                <w:sz w:val="20"/>
                <w:szCs w:val="20"/>
              </w:rPr>
              <w:t>Prishtinë</w:t>
            </w:r>
            <w:proofErr w:type="spellEnd"/>
            <w:r w:rsidRPr="00C816EF">
              <w:rPr>
                <w:sz w:val="20"/>
                <w:szCs w:val="20"/>
              </w:rPr>
              <w:t xml:space="preserve"> 2024.</w:t>
            </w:r>
          </w:p>
          <w:p w:rsidR="001654B1" w:rsidRDefault="001654B1" w:rsidP="00F63F2F">
            <w:pPr>
              <w:spacing w:after="60" w:line="228" w:lineRule="auto"/>
              <w:rPr>
                <w:sz w:val="20"/>
                <w:szCs w:val="20"/>
              </w:rPr>
            </w:pPr>
          </w:p>
          <w:p w:rsidR="001654B1" w:rsidRPr="00C816EF" w:rsidRDefault="001654B1" w:rsidP="00F63F2F">
            <w:pPr>
              <w:spacing w:after="60" w:line="228" w:lineRule="auto"/>
              <w:rPr>
                <w:sz w:val="20"/>
                <w:szCs w:val="20"/>
              </w:rPr>
            </w:pPr>
            <w:proofErr w:type="spellStart"/>
            <w:r w:rsidRPr="00C816EF">
              <w:rPr>
                <w:sz w:val="20"/>
                <w:szCs w:val="20"/>
              </w:rPr>
              <w:t>Fletore</w:t>
            </w:r>
            <w:proofErr w:type="spellEnd"/>
            <w:r w:rsidRPr="00C816EF">
              <w:rPr>
                <w:sz w:val="20"/>
                <w:szCs w:val="20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</w:rPr>
              <w:t>pune</w:t>
            </w:r>
            <w:proofErr w:type="spellEnd"/>
            <w:r w:rsidRPr="00C816EF">
              <w:rPr>
                <w:sz w:val="20"/>
                <w:szCs w:val="20"/>
              </w:rPr>
              <w:t xml:space="preserve"> – </w:t>
            </w:r>
            <w:proofErr w:type="spellStart"/>
            <w:r w:rsidRPr="00C816EF">
              <w:rPr>
                <w:sz w:val="20"/>
                <w:szCs w:val="20"/>
              </w:rPr>
              <w:t>Matematika</w:t>
            </w:r>
            <w:proofErr w:type="spellEnd"/>
            <w:r w:rsidRPr="00C816EF">
              <w:rPr>
                <w:sz w:val="20"/>
                <w:szCs w:val="20"/>
              </w:rPr>
              <w:t xml:space="preserve"> 7, PEGI.</w:t>
            </w:r>
          </w:p>
          <w:p w:rsidR="001654B1" w:rsidRPr="00C816EF" w:rsidRDefault="001654B1" w:rsidP="00F63F2F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</w:p>
          <w:p w:rsidR="001654B1" w:rsidRPr="00C816EF" w:rsidRDefault="001654B1" w:rsidP="00F63F2F">
            <w:pPr>
              <w:rPr>
                <w:sz w:val="20"/>
                <w:szCs w:val="20"/>
                <w:lang w:val="de-DE"/>
              </w:rPr>
            </w:pPr>
            <w:r w:rsidRPr="00C816EF">
              <w:rPr>
                <w:sz w:val="20"/>
                <w:szCs w:val="20"/>
              </w:rPr>
              <w:t xml:space="preserve">GeoGebra, </w:t>
            </w:r>
            <w:proofErr w:type="spellStart"/>
            <w:r w:rsidRPr="00C816EF">
              <w:rPr>
                <w:sz w:val="20"/>
                <w:szCs w:val="20"/>
              </w:rPr>
              <w:t>kalkulator</w:t>
            </w:r>
            <w:proofErr w:type="spellEnd"/>
            <w:r w:rsidRPr="00C816EF">
              <w:rPr>
                <w:sz w:val="20"/>
                <w:szCs w:val="20"/>
              </w:rPr>
              <w:t xml:space="preserve">, </w:t>
            </w:r>
            <w:proofErr w:type="spellStart"/>
            <w:r w:rsidRPr="00C816EF">
              <w:rPr>
                <w:sz w:val="20"/>
                <w:szCs w:val="20"/>
              </w:rPr>
              <w:t>mjete</w:t>
            </w:r>
            <w:proofErr w:type="spellEnd"/>
            <w:r w:rsidRPr="00C816EF">
              <w:rPr>
                <w:sz w:val="20"/>
                <w:szCs w:val="20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</w:rPr>
              <w:t>gjeometrike</w:t>
            </w:r>
            <w:proofErr w:type="spellEnd"/>
            <w:r w:rsidRPr="00C816EF">
              <w:rPr>
                <w:sz w:val="20"/>
                <w:szCs w:val="20"/>
              </w:rPr>
              <w:t xml:space="preserve">, </w:t>
            </w:r>
            <w:proofErr w:type="spellStart"/>
            <w:r w:rsidRPr="00C816EF">
              <w:rPr>
                <w:sz w:val="20"/>
                <w:szCs w:val="20"/>
              </w:rPr>
              <w:t>fletë</w:t>
            </w:r>
            <w:proofErr w:type="spellEnd"/>
            <w:r w:rsidRPr="00C816EF">
              <w:rPr>
                <w:sz w:val="20"/>
                <w:szCs w:val="20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</w:rPr>
              <w:t>pune</w:t>
            </w:r>
            <w:proofErr w:type="spellEnd"/>
            <w:r w:rsidRPr="00C816EF">
              <w:rPr>
                <w:sz w:val="20"/>
                <w:szCs w:val="20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</w:rPr>
              <w:t>dhe</w:t>
            </w:r>
            <w:proofErr w:type="spellEnd"/>
            <w:r w:rsidRPr="00C816EF">
              <w:rPr>
                <w:sz w:val="20"/>
                <w:szCs w:val="20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</w:rPr>
              <w:t>burime</w:t>
            </w:r>
            <w:proofErr w:type="spellEnd"/>
            <w:r w:rsidRPr="00C816EF">
              <w:rPr>
                <w:sz w:val="20"/>
                <w:szCs w:val="20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</w:rPr>
              <w:t>digjitale</w:t>
            </w:r>
            <w:proofErr w:type="spellEnd"/>
          </w:p>
        </w:tc>
      </w:tr>
      <w:tr w:rsidR="001654B1" w:rsidRPr="009E1A94" w:rsidTr="00F63F2F">
        <w:tc>
          <w:tcPr>
            <w:tcW w:w="36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EF2E8"/>
          </w:tcPr>
          <w:p w:rsidR="001654B1" w:rsidRPr="009E1A94" w:rsidRDefault="001654B1" w:rsidP="00F63F2F">
            <w:pPr>
              <w:rPr>
                <w:sz w:val="20"/>
                <w:szCs w:val="20"/>
              </w:rPr>
            </w:pPr>
            <w:proofErr w:type="spellStart"/>
            <w:r w:rsidRPr="009E1A94">
              <w:rPr>
                <w:b/>
                <w:sz w:val="20"/>
                <w:szCs w:val="20"/>
              </w:rPr>
              <w:lastRenderedPageBreak/>
              <w:t>Arsimtari</w:t>
            </w:r>
            <w:proofErr w:type="spellEnd"/>
            <w:r w:rsidRPr="009E1A94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0858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654B1" w:rsidRDefault="001654B1" w:rsidP="00F63F2F">
            <w:pPr>
              <w:rPr>
                <w:sz w:val="20"/>
                <w:szCs w:val="20"/>
              </w:rPr>
            </w:pPr>
          </w:p>
          <w:p w:rsidR="001654B1" w:rsidRPr="009E1A94" w:rsidRDefault="001654B1" w:rsidP="00F63F2F">
            <w:pPr>
              <w:rPr>
                <w:sz w:val="20"/>
                <w:szCs w:val="20"/>
              </w:rPr>
            </w:pPr>
          </w:p>
        </w:tc>
      </w:tr>
    </w:tbl>
    <w:p w:rsidR="001654B1" w:rsidRDefault="001654B1"/>
    <w:p w:rsidR="001654B1" w:rsidRDefault="001654B1"/>
    <w:p w:rsidR="001654B1" w:rsidRDefault="001654B1"/>
    <w:p w:rsidR="001654B1" w:rsidRDefault="001654B1"/>
    <w:p w:rsidR="00831FA5" w:rsidRDefault="00000000">
      <w:r>
        <w:br w:type="page"/>
      </w:r>
    </w:p>
    <w:tbl>
      <w:tblPr>
        <w:tblW w:w="14458" w:type="dxa"/>
        <w:tblInd w:w="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350"/>
        <w:gridCol w:w="720"/>
        <w:gridCol w:w="285"/>
        <w:gridCol w:w="226"/>
        <w:gridCol w:w="2693"/>
        <w:gridCol w:w="659"/>
        <w:gridCol w:w="191"/>
        <w:gridCol w:w="1843"/>
        <w:gridCol w:w="1701"/>
        <w:gridCol w:w="1843"/>
        <w:gridCol w:w="1417"/>
      </w:tblGrid>
      <w:tr w:rsidR="00F02432" w:rsidRPr="00DE5029" w:rsidTr="00F63F2F">
        <w:trPr>
          <w:trHeight w:val="420"/>
        </w:trPr>
        <w:tc>
          <w:tcPr>
            <w:tcW w:w="3885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F02432" w:rsidRPr="009E1A94" w:rsidRDefault="00F02432" w:rsidP="00F63F2F">
            <w:pPr>
              <w:jc w:val="center"/>
              <w:rPr>
                <w:sz w:val="28"/>
                <w:szCs w:val="28"/>
              </w:rPr>
            </w:pPr>
            <w:r w:rsidRPr="009E1A94">
              <w:rPr>
                <w:b/>
                <w:sz w:val="28"/>
                <w:szCs w:val="28"/>
              </w:rPr>
              <w:lastRenderedPageBreak/>
              <w:t xml:space="preserve">Logo e </w:t>
            </w:r>
            <w:proofErr w:type="spellStart"/>
            <w:r w:rsidRPr="009E1A94">
              <w:rPr>
                <w:b/>
                <w:sz w:val="28"/>
                <w:szCs w:val="28"/>
              </w:rPr>
              <w:t>Komunës</w:t>
            </w:r>
            <w:proofErr w:type="spellEnd"/>
          </w:p>
        </w:tc>
        <w:tc>
          <w:tcPr>
            <w:tcW w:w="3578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FEF2E8"/>
          </w:tcPr>
          <w:p w:rsidR="00F02432" w:rsidRPr="009E1A94" w:rsidRDefault="00F02432" w:rsidP="00F63F2F">
            <w:pPr>
              <w:rPr>
                <w:sz w:val="28"/>
                <w:szCs w:val="28"/>
              </w:rPr>
            </w:pPr>
            <w:r w:rsidRPr="009E1A94">
              <w:rPr>
                <w:b/>
                <w:sz w:val="28"/>
                <w:szCs w:val="28"/>
              </w:rPr>
              <w:t>PLANI DYMUJOR:</w:t>
            </w:r>
          </w:p>
        </w:tc>
        <w:tc>
          <w:tcPr>
            <w:tcW w:w="3735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F02432" w:rsidRPr="009E1A94" w:rsidRDefault="00F02432" w:rsidP="00F63F2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PRILL</w:t>
            </w:r>
            <w:r>
              <w:rPr>
                <w:b/>
                <w:sz w:val="28"/>
                <w:szCs w:val="28"/>
              </w:rPr>
              <w:t xml:space="preserve"> – </w:t>
            </w:r>
            <w:r>
              <w:rPr>
                <w:b/>
                <w:sz w:val="28"/>
                <w:szCs w:val="28"/>
              </w:rPr>
              <w:t>MAJ</w:t>
            </w:r>
            <w:r>
              <w:rPr>
                <w:b/>
                <w:sz w:val="28"/>
                <w:szCs w:val="28"/>
              </w:rPr>
              <w:t xml:space="preserve"> – </w:t>
            </w:r>
            <w:r>
              <w:rPr>
                <w:b/>
                <w:sz w:val="28"/>
                <w:szCs w:val="28"/>
              </w:rPr>
              <w:t>QERSHOR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02432" w:rsidRPr="009E1A94" w:rsidRDefault="00F02432" w:rsidP="00F63F2F">
            <w:pPr>
              <w:jc w:val="center"/>
              <w:rPr>
                <w:sz w:val="28"/>
                <w:szCs w:val="28"/>
              </w:rPr>
            </w:pPr>
            <w:r w:rsidRPr="009E1A94">
              <w:rPr>
                <w:b/>
                <w:sz w:val="28"/>
                <w:szCs w:val="28"/>
              </w:rPr>
              <w:t xml:space="preserve">Logo e </w:t>
            </w:r>
            <w:proofErr w:type="spellStart"/>
            <w:r w:rsidRPr="009E1A94">
              <w:rPr>
                <w:b/>
                <w:sz w:val="28"/>
                <w:szCs w:val="28"/>
              </w:rPr>
              <w:t>shkollës</w:t>
            </w:r>
            <w:proofErr w:type="spellEnd"/>
          </w:p>
        </w:tc>
      </w:tr>
      <w:tr w:rsidR="00F02432" w:rsidRPr="00DE5029" w:rsidTr="00F63F2F">
        <w:trPr>
          <w:trHeight w:val="42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F02432" w:rsidRPr="009E1A94" w:rsidRDefault="00F02432" w:rsidP="00F63F2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78" w:type="dxa"/>
            <w:gridSpan w:val="3"/>
            <w:tcBorders>
              <w:left w:val="single" w:sz="12" w:space="0" w:color="auto"/>
            </w:tcBorders>
            <w:shd w:val="clear" w:color="auto" w:fill="FEF2E8"/>
          </w:tcPr>
          <w:p w:rsidR="00F02432" w:rsidRPr="009E1A94" w:rsidRDefault="00F02432" w:rsidP="00F63F2F">
            <w:pPr>
              <w:rPr>
                <w:sz w:val="28"/>
                <w:szCs w:val="28"/>
              </w:rPr>
            </w:pPr>
            <w:r w:rsidRPr="009E1A94">
              <w:rPr>
                <w:b/>
                <w:sz w:val="28"/>
                <w:szCs w:val="28"/>
              </w:rPr>
              <w:t>VITI SHKOLLOR:</w:t>
            </w:r>
          </w:p>
        </w:tc>
        <w:tc>
          <w:tcPr>
            <w:tcW w:w="3735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F02432" w:rsidRPr="009E1A94" w:rsidRDefault="00F02432" w:rsidP="00F63F2F">
            <w:pPr>
              <w:rPr>
                <w:sz w:val="28"/>
                <w:szCs w:val="28"/>
              </w:rPr>
            </w:pPr>
            <w:r w:rsidRPr="009E1A94">
              <w:rPr>
                <w:b/>
                <w:sz w:val="28"/>
                <w:szCs w:val="28"/>
              </w:rPr>
              <w:t>2026 /2027</w:t>
            </w:r>
          </w:p>
        </w:tc>
        <w:tc>
          <w:tcPr>
            <w:tcW w:w="32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02432" w:rsidRPr="009E1A94" w:rsidRDefault="00F02432" w:rsidP="00F63F2F">
            <w:pPr>
              <w:rPr>
                <w:b/>
                <w:sz w:val="28"/>
                <w:szCs w:val="28"/>
              </w:rPr>
            </w:pPr>
          </w:p>
        </w:tc>
      </w:tr>
      <w:tr w:rsidR="00F02432" w:rsidRPr="00DE5029" w:rsidTr="00F63F2F">
        <w:trPr>
          <w:trHeight w:val="368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F02432" w:rsidRPr="009E1A94" w:rsidRDefault="00F02432" w:rsidP="00F63F2F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578" w:type="dxa"/>
            <w:gridSpan w:val="3"/>
            <w:tcBorders>
              <w:left w:val="single" w:sz="12" w:space="0" w:color="auto"/>
            </w:tcBorders>
            <w:shd w:val="clear" w:color="auto" w:fill="FEF2E8"/>
          </w:tcPr>
          <w:p w:rsidR="00F02432" w:rsidRPr="009E1A94" w:rsidRDefault="00F02432" w:rsidP="00F63F2F">
            <w:pPr>
              <w:rPr>
                <w:sz w:val="28"/>
                <w:szCs w:val="28"/>
              </w:rPr>
            </w:pPr>
            <w:r w:rsidRPr="009E1A94">
              <w:rPr>
                <w:b/>
                <w:sz w:val="28"/>
                <w:szCs w:val="28"/>
              </w:rPr>
              <w:t>FUSHA E KURRIKULËS:</w:t>
            </w:r>
          </w:p>
        </w:tc>
        <w:tc>
          <w:tcPr>
            <w:tcW w:w="3735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F02432" w:rsidRPr="009E1A94" w:rsidRDefault="00F02432" w:rsidP="00F63F2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MATEMATIKË</w:t>
            </w:r>
          </w:p>
        </w:tc>
        <w:tc>
          <w:tcPr>
            <w:tcW w:w="32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02432" w:rsidRPr="009E1A94" w:rsidRDefault="00F02432" w:rsidP="00F63F2F">
            <w:pPr>
              <w:rPr>
                <w:b/>
                <w:sz w:val="28"/>
                <w:szCs w:val="28"/>
              </w:rPr>
            </w:pPr>
          </w:p>
        </w:tc>
      </w:tr>
      <w:tr w:rsidR="00F02432" w:rsidRPr="00DE5029" w:rsidTr="00F63F2F">
        <w:trPr>
          <w:trHeight w:val="345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F02432" w:rsidRPr="009E1A94" w:rsidRDefault="00F02432" w:rsidP="00F63F2F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578" w:type="dxa"/>
            <w:gridSpan w:val="3"/>
            <w:tcBorders>
              <w:left w:val="single" w:sz="12" w:space="0" w:color="auto"/>
            </w:tcBorders>
            <w:shd w:val="clear" w:color="auto" w:fill="FEF2E8"/>
          </w:tcPr>
          <w:p w:rsidR="00F02432" w:rsidRPr="009E1A94" w:rsidRDefault="00F02432" w:rsidP="00F63F2F">
            <w:pPr>
              <w:rPr>
                <w:sz w:val="28"/>
                <w:szCs w:val="28"/>
              </w:rPr>
            </w:pPr>
            <w:proofErr w:type="gramStart"/>
            <w:r w:rsidRPr="009E1A94">
              <w:rPr>
                <w:b/>
                <w:sz w:val="28"/>
                <w:szCs w:val="28"/>
              </w:rPr>
              <w:t>LËNDA :</w:t>
            </w:r>
            <w:proofErr w:type="gramEnd"/>
          </w:p>
        </w:tc>
        <w:tc>
          <w:tcPr>
            <w:tcW w:w="3735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F02432" w:rsidRPr="009E1A94" w:rsidRDefault="00F02432" w:rsidP="00F63F2F">
            <w:pPr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Matematikë</w:t>
            </w:r>
            <w:proofErr w:type="spellEnd"/>
          </w:p>
        </w:tc>
        <w:tc>
          <w:tcPr>
            <w:tcW w:w="32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02432" w:rsidRPr="009E1A94" w:rsidRDefault="00F02432" w:rsidP="00F63F2F">
            <w:pPr>
              <w:rPr>
                <w:b/>
                <w:sz w:val="28"/>
                <w:szCs w:val="28"/>
              </w:rPr>
            </w:pPr>
          </w:p>
        </w:tc>
      </w:tr>
      <w:tr w:rsidR="00F02432" w:rsidRPr="00DE5029" w:rsidTr="00F63F2F">
        <w:trPr>
          <w:trHeight w:val="39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F02432" w:rsidRPr="009E1A94" w:rsidRDefault="00F02432" w:rsidP="00F63F2F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578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:rsidR="00F02432" w:rsidRPr="009E1A94" w:rsidRDefault="00F02432" w:rsidP="00F63F2F">
            <w:pPr>
              <w:rPr>
                <w:sz w:val="28"/>
                <w:szCs w:val="28"/>
              </w:rPr>
            </w:pPr>
            <w:proofErr w:type="gramStart"/>
            <w:r w:rsidRPr="009E1A94">
              <w:rPr>
                <w:b/>
                <w:sz w:val="28"/>
                <w:szCs w:val="28"/>
              </w:rPr>
              <w:t>KLASA :</w:t>
            </w:r>
            <w:proofErr w:type="gramEnd"/>
          </w:p>
        </w:tc>
        <w:tc>
          <w:tcPr>
            <w:tcW w:w="3735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02432" w:rsidRPr="009E1A94" w:rsidRDefault="00F02432" w:rsidP="00F63F2F">
            <w:pPr>
              <w:rPr>
                <w:sz w:val="28"/>
                <w:szCs w:val="28"/>
              </w:rPr>
            </w:pPr>
            <w:r w:rsidRPr="009E1A94">
              <w:rPr>
                <w:b/>
                <w:sz w:val="28"/>
                <w:szCs w:val="28"/>
              </w:rPr>
              <w:t>VII</w:t>
            </w:r>
          </w:p>
        </w:tc>
        <w:tc>
          <w:tcPr>
            <w:tcW w:w="326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02432" w:rsidRPr="009E1A94" w:rsidRDefault="00F02432" w:rsidP="00F63F2F">
            <w:pPr>
              <w:rPr>
                <w:b/>
                <w:sz w:val="28"/>
                <w:szCs w:val="28"/>
              </w:rPr>
            </w:pPr>
          </w:p>
        </w:tc>
      </w:tr>
      <w:tr w:rsidR="00F02432" w:rsidRPr="00DE5029" w:rsidTr="00F63F2F"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:rsidR="00F02432" w:rsidRPr="001654B1" w:rsidRDefault="00F02432" w:rsidP="00F63F2F">
            <w:pPr>
              <w:rPr>
                <w:sz w:val="28"/>
                <w:szCs w:val="28"/>
              </w:rPr>
            </w:pPr>
            <w:r w:rsidRPr="001654B1">
              <w:rPr>
                <w:b/>
                <w:sz w:val="28"/>
                <w:szCs w:val="28"/>
              </w:rPr>
              <w:t>TEMA-</w:t>
            </w:r>
            <w:proofErr w:type="gramStart"/>
            <w:r w:rsidRPr="001654B1">
              <w:rPr>
                <w:b/>
                <w:sz w:val="28"/>
                <w:szCs w:val="28"/>
              </w:rPr>
              <w:t xml:space="preserve">T  </w:t>
            </w:r>
            <w:proofErr w:type="spellStart"/>
            <w:r w:rsidRPr="001654B1">
              <w:rPr>
                <w:b/>
                <w:sz w:val="28"/>
                <w:szCs w:val="28"/>
              </w:rPr>
              <w:t>mësimore</w:t>
            </w:r>
            <w:proofErr w:type="spellEnd"/>
            <w:proofErr w:type="gramEnd"/>
            <w:r w:rsidRPr="001654B1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578" w:type="dxa"/>
            <w:gridSpan w:val="10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672E0" w:rsidRDefault="002703CA" w:rsidP="00F63F2F">
            <w:pPr>
              <w:rPr>
                <w:b/>
                <w:sz w:val="28"/>
                <w:szCs w:val="28"/>
              </w:rPr>
            </w:pPr>
            <w:r w:rsidRPr="002703CA">
              <w:rPr>
                <w:b/>
                <w:sz w:val="28"/>
                <w:szCs w:val="28"/>
              </w:rPr>
              <w:t xml:space="preserve">10. </w:t>
            </w:r>
            <w:proofErr w:type="spellStart"/>
            <w:r w:rsidRPr="002703CA">
              <w:rPr>
                <w:b/>
                <w:sz w:val="28"/>
                <w:szCs w:val="28"/>
              </w:rPr>
              <w:t>Shndërrime</w:t>
            </w:r>
            <w:proofErr w:type="spellEnd"/>
            <w:r w:rsidRPr="002703C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703CA">
              <w:rPr>
                <w:b/>
                <w:sz w:val="28"/>
                <w:szCs w:val="28"/>
              </w:rPr>
              <w:t>gjeometrike</w:t>
            </w:r>
            <w:proofErr w:type="spellEnd"/>
            <w:r w:rsidRPr="002703C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703CA">
              <w:rPr>
                <w:b/>
                <w:sz w:val="28"/>
                <w:szCs w:val="28"/>
              </w:rPr>
              <w:t>dhe</w:t>
            </w:r>
            <w:proofErr w:type="spellEnd"/>
            <w:r w:rsidRPr="002703C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703CA">
              <w:rPr>
                <w:b/>
                <w:sz w:val="28"/>
                <w:szCs w:val="28"/>
              </w:rPr>
              <w:t>trupa</w:t>
            </w:r>
            <w:proofErr w:type="spellEnd"/>
            <w:r w:rsidRPr="002703C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703CA">
              <w:rPr>
                <w:b/>
                <w:sz w:val="28"/>
                <w:szCs w:val="28"/>
              </w:rPr>
              <w:t>gjeometrikë</w:t>
            </w:r>
            <w:proofErr w:type="spellEnd"/>
            <w:r w:rsidRPr="002703CA">
              <w:rPr>
                <w:b/>
                <w:sz w:val="28"/>
                <w:szCs w:val="28"/>
              </w:rPr>
              <w:t xml:space="preserve">   11. </w:t>
            </w:r>
            <w:proofErr w:type="spellStart"/>
            <w:r w:rsidRPr="002703CA">
              <w:rPr>
                <w:b/>
                <w:sz w:val="28"/>
                <w:szCs w:val="28"/>
              </w:rPr>
              <w:t>Funksioni</w:t>
            </w:r>
            <w:proofErr w:type="spellEnd"/>
            <w:r w:rsidRPr="002703CA">
              <w:rPr>
                <w:b/>
                <w:sz w:val="28"/>
                <w:szCs w:val="28"/>
              </w:rPr>
              <w:t xml:space="preserve">   12. </w:t>
            </w:r>
            <w:proofErr w:type="spellStart"/>
            <w:r w:rsidRPr="002703CA">
              <w:rPr>
                <w:b/>
                <w:sz w:val="28"/>
                <w:szCs w:val="28"/>
              </w:rPr>
              <w:t>Statistika</w:t>
            </w:r>
            <w:proofErr w:type="spellEnd"/>
            <w:r w:rsidRPr="002703CA">
              <w:rPr>
                <w:b/>
                <w:sz w:val="28"/>
                <w:szCs w:val="28"/>
              </w:rPr>
              <w:t xml:space="preserve">   </w:t>
            </w:r>
          </w:p>
          <w:p w:rsidR="00F02432" w:rsidRPr="002703CA" w:rsidRDefault="002703CA" w:rsidP="00F63F2F">
            <w:pPr>
              <w:rPr>
                <w:sz w:val="28"/>
                <w:szCs w:val="28"/>
              </w:rPr>
            </w:pPr>
            <w:r w:rsidRPr="002703CA">
              <w:rPr>
                <w:b/>
                <w:sz w:val="28"/>
                <w:szCs w:val="28"/>
              </w:rPr>
              <w:t>13. P</w:t>
            </w:r>
            <w:proofErr w:type="spellStart"/>
            <w:r w:rsidRPr="002703CA">
              <w:rPr>
                <w:b/>
                <w:sz w:val="28"/>
                <w:szCs w:val="28"/>
              </w:rPr>
              <w:t>robabiliteti</w:t>
            </w:r>
            <w:proofErr w:type="spellEnd"/>
          </w:p>
        </w:tc>
      </w:tr>
      <w:tr w:rsidR="00F02432" w:rsidRPr="00DE5029" w:rsidTr="00F63F2F">
        <w:tc>
          <w:tcPr>
            <w:tcW w:w="14458" w:type="dxa"/>
            <w:gridSpan w:val="1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:rsidR="00F02432" w:rsidRPr="009E1A94" w:rsidRDefault="00F02432" w:rsidP="00F63F2F">
            <w:pPr>
              <w:rPr>
                <w:sz w:val="28"/>
                <w:szCs w:val="28"/>
              </w:rPr>
            </w:pPr>
            <w:r w:rsidRPr="009E1A94">
              <w:rPr>
                <w:b/>
                <w:sz w:val="28"/>
                <w:szCs w:val="28"/>
              </w:rPr>
              <w:t xml:space="preserve">RNK- </w:t>
            </w:r>
            <w:proofErr w:type="spellStart"/>
            <w:r w:rsidRPr="009E1A94">
              <w:rPr>
                <w:b/>
                <w:sz w:val="28"/>
                <w:szCs w:val="28"/>
              </w:rPr>
              <w:t>Rezultatet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e </w:t>
            </w:r>
            <w:proofErr w:type="spellStart"/>
            <w:r w:rsidRPr="009E1A94">
              <w:rPr>
                <w:b/>
                <w:sz w:val="28"/>
                <w:szCs w:val="28"/>
              </w:rPr>
              <w:t>të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nxënit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për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kompetencat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kryesore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të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shkallës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që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synohen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të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arrihen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përmes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shtjellimit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të</w:t>
            </w:r>
            <w:proofErr w:type="spellEnd"/>
            <w:r w:rsidRPr="009E1A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1A94">
              <w:rPr>
                <w:b/>
                <w:sz w:val="28"/>
                <w:szCs w:val="28"/>
              </w:rPr>
              <w:t>temës</w:t>
            </w:r>
            <w:proofErr w:type="spellEnd"/>
            <w:r w:rsidRPr="009E1A94">
              <w:rPr>
                <w:b/>
                <w:sz w:val="28"/>
                <w:szCs w:val="28"/>
              </w:rPr>
              <w:t>/</w:t>
            </w:r>
            <w:proofErr w:type="spellStart"/>
            <w:r w:rsidRPr="009E1A94">
              <w:rPr>
                <w:b/>
                <w:sz w:val="28"/>
                <w:szCs w:val="28"/>
              </w:rPr>
              <w:t>ve</w:t>
            </w:r>
            <w:proofErr w:type="spellEnd"/>
            <w:r w:rsidRPr="009E1A94">
              <w:rPr>
                <w:b/>
                <w:sz w:val="28"/>
                <w:szCs w:val="28"/>
              </w:rPr>
              <w:t>:</w:t>
            </w:r>
          </w:p>
        </w:tc>
      </w:tr>
      <w:tr w:rsidR="00F02432" w:rsidRPr="00B62707" w:rsidTr="00F63F2F">
        <w:tc>
          <w:tcPr>
            <w:tcW w:w="14458" w:type="dxa"/>
            <w:gridSpan w:val="1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02432" w:rsidRPr="00B62707" w:rsidRDefault="00F02432" w:rsidP="00F63F2F">
            <w:pPr>
              <w:rPr>
                <w:sz w:val="20"/>
                <w:szCs w:val="20"/>
                <w:lang w:val="de-DE"/>
              </w:rPr>
            </w:pPr>
            <w:r w:rsidRPr="00B62707">
              <w:rPr>
                <w:b/>
                <w:sz w:val="20"/>
                <w:szCs w:val="20"/>
                <w:lang w:val="de-DE"/>
              </w:rPr>
              <w:t xml:space="preserve">TEMA </w:t>
            </w:r>
            <w:r w:rsidR="002703CA">
              <w:rPr>
                <w:b/>
                <w:sz w:val="20"/>
                <w:szCs w:val="20"/>
                <w:lang w:val="de-DE"/>
              </w:rPr>
              <w:t>10</w:t>
            </w:r>
            <w:r w:rsidRPr="00B62707">
              <w:rPr>
                <w:b/>
                <w:sz w:val="20"/>
                <w:szCs w:val="20"/>
                <w:lang w:val="de-DE"/>
              </w:rPr>
              <w:t>: I.2</w:t>
            </w:r>
            <w:r>
              <w:rPr>
                <w:b/>
                <w:sz w:val="20"/>
                <w:szCs w:val="20"/>
                <w:lang w:val="de-DE"/>
              </w:rPr>
              <w:t>,3,4</w:t>
            </w:r>
            <w:r w:rsidRPr="00B62707">
              <w:rPr>
                <w:b/>
                <w:sz w:val="20"/>
                <w:szCs w:val="20"/>
                <w:lang w:val="de-DE"/>
              </w:rPr>
              <w:t>,6; II.</w:t>
            </w:r>
            <w:r>
              <w:rPr>
                <w:b/>
                <w:sz w:val="20"/>
                <w:szCs w:val="20"/>
                <w:lang w:val="de-DE"/>
              </w:rPr>
              <w:t>1</w:t>
            </w:r>
            <w:r w:rsidRPr="00B62707">
              <w:rPr>
                <w:b/>
                <w:sz w:val="20"/>
                <w:szCs w:val="20"/>
                <w:lang w:val="de-DE"/>
              </w:rPr>
              <w:t>,</w:t>
            </w:r>
            <w:r>
              <w:rPr>
                <w:b/>
                <w:sz w:val="20"/>
                <w:szCs w:val="20"/>
                <w:lang w:val="de-DE"/>
              </w:rPr>
              <w:t>2</w:t>
            </w:r>
            <w:r w:rsidRPr="00B62707">
              <w:rPr>
                <w:b/>
                <w:sz w:val="20"/>
                <w:szCs w:val="20"/>
                <w:lang w:val="de-DE"/>
              </w:rPr>
              <w:t>,5,6; III</w:t>
            </w:r>
            <w:r>
              <w:rPr>
                <w:b/>
                <w:sz w:val="20"/>
                <w:szCs w:val="20"/>
                <w:lang w:val="de-DE"/>
              </w:rPr>
              <w:t xml:space="preserve"> 1,2</w:t>
            </w:r>
            <w:r w:rsidRPr="00B62707">
              <w:rPr>
                <w:b/>
                <w:sz w:val="20"/>
                <w:szCs w:val="20"/>
                <w:lang w:val="de-DE"/>
              </w:rPr>
              <w:t>,3,5; IV.</w:t>
            </w:r>
            <w:r>
              <w:rPr>
                <w:b/>
                <w:sz w:val="20"/>
                <w:szCs w:val="20"/>
                <w:lang w:val="de-DE"/>
              </w:rPr>
              <w:t>4</w:t>
            </w:r>
            <w:r w:rsidRPr="00B62707">
              <w:rPr>
                <w:b/>
                <w:sz w:val="20"/>
                <w:szCs w:val="20"/>
                <w:lang w:val="de-DE"/>
              </w:rPr>
              <w:t>; V.</w:t>
            </w:r>
            <w:r>
              <w:rPr>
                <w:b/>
                <w:sz w:val="20"/>
                <w:szCs w:val="20"/>
                <w:lang w:val="de-DE"/>
              </w:rPr>
              <w:t>3</w:t>
            </w:r>
            <w:r w:rsidRPr="00B62707">
              <w:rPr>
                <w:b/>
                <w:sz w:val="20"/>
                <w:szCs w:val="20"/>
                <w:lang w:val="de-DE"/>
              </w:rPr>
              <w:t>; VI</w:t>
            </w:r>
            <w:r>
              <w:rPr>
                <w:b/>
                <w:sz w:val="20"/>
                <w:szCs w:val="20"/>
                <w:lang w:val="de-DE"/>
              </w:rPr>
              <w:t xml:space="preserve">. 1, </w:t>
            </w:r>
            <w:r w:rsidRPr="00B62707">
              <w:rPr>
                <w:b/>
                <w:sz w:val="20"/>
                <w:szCs w:val="20"/>
                <w:lang w:val="de-DE"/>
              </w:rPr>
              <w:t>6.</w:t>
            </w:r>
          </w:p>
          <w:p w:rsidR="00F02432" w:rsidRDefault="00F02432" w:rsidP="00F63F2F">
            <w:pPr>
              <w:rPr>
                <w:b/>
                <w:sz w:val="20"/>
                <w:szCs w:val="20"/>
                <w:lang w:val="de-DE"/>
              </w:rPr>
            </w:pPr>
            <w:r w:rsidRPr="00B62707">
              <w:rPr>
                <w:b/>
                <w:sz w:val="20"/>
                <w:szCs w:val="20"/>
                <w:lang w:val="de-DE"/>
              </w:rPr>
              <w:t>TEMA</w:t>
            </w:r>
            <w:r w:rsidR="002703CA">
              <w:rPr>
                <w:b/>
                <w:sz w:val="20"/>
                <w:szCs w:val="20"/>
                <w:lang w:val="de-DE"/>
              </w:rPr>
              <w:t xml:space="preserve"> 11</w:t>
            </w:r>
            <w:r w:rsidRPr="00B62707">
              <w:rPr>
                <w:b/>
                <w:sz w:val="20"/>
                <w:szCs w:val="20"/>
                <w:lang w:val="de-DE"/>
              </w:rPr>
              <w:t>: I.1,2,3,4,6; II.1,2,4,5,6,7,8; III.1,2,3,4,5,7; IV.4; V.</w:t>
            </w:r>
            <w:r>
              <w:rPr>
                <w:b/>
                <w:sz w:val="20"/>
                <w:szCs w:val="20"/>
                <w:lang w:val="de-DE"/>
              </w:rPr>
              <w:t>3</w:t>
            </w:r>
            <w:r w:rsidRPr="00B62707">
              <w:rPr>
                <w:b/>
                <w:sz w:val="20"/>
                <w:szCs w:val="20"/>
                <w:lang w:val="de-DE"/>
              </w:rPr>
              <w:t>,7; VI.1,6,8.</w:t>
            </w:r>
          </w:p>
          <w:p w:rsidR="00F02432" w:rsidRPr="007B5075" w:rsidRDefault="00F02432" w:rsidP="00F63F2F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 xml:space="preserve">TEMA </w:t>
            </w:r>
            <w:r w:rsidR="002703CA">
              <w:rPr>
                <w:b/>
                <w:sz w:val="20"/>
                <w:szCs w:val="20"/>
                <w:lang w:val="de-DE"/>
              </w:rPr>
              <w:t>12</w:t>
            </w:r>
            <w:r>
              <w:rPr>
                <w:b/>
                <w:sz w:val="20"/>
                <w:szCs w:val="20"/>
                <w:lang w:val="de-DE"/>
              </w:rPr>
              <w:t xml:space="preserve">: </w:t>
            </w:r>
            <w:r w:rsidRPr="00B62707">
              <w:rPr>
                <w:b/>
                <w:sz w:val="20"/>
                <w:szCs w:val="20"/>
                <w:lang w:val="de-DE"/>
              </w:rPr>
              <w:t>I.1,2,3,4,5,6,8; II.1,2,3,4,5,6,7,8; III.1,2,3,4,5,6,7,8; IV.2,4; V.</w:t>
            </w:r>
            <w:r>
              <w:rPr>
                <w:b/>
                <w:sz w:val="20"/>
                <w:szCs w:val="20"/>
                <w:lang w:val="de-DE"/>
              </w:rPr>
              <w:t>3</w:t>
            </w:r>
            <w:r w:rsidRPr="00B62707">
              <w:rPr>
                <w:b/>
                <w:sz w:val="20"/>
                <w:szCs w:val="20"/>
                <w:lang w:val="de-DE"/>
              </w:rPr>
              <w:t>,7; VI.1,6,8.</w:t>
            </w:r>
          </w:p>
        </w:tc>
      </w:tr>
      <w:tr w:rsidR="00F02432" w:rsidRPr="00B62707" w:rsidTr="00F63F2F">
        <w:tc>
          <w:tcPr>
            <w:tcW w:w="14458" w:type="dxa"/>
            <w:gridSpan w:val="1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:rsidR="00F02432" w:rsidRPr="00B62707" w:rsidRDefault="00F02432" w:rsidP="00F63F2F">
            <w:pPr>
              <w:rPr>
                <w:sz w:val="28"/>
                <w:szCs w:val="28"/>
                <w:lang w:val="de-DE"/>
              </w:rPr>
            </w:pPr>
            <w:r w:rsidRPr="00B62707">
              <w:rPr>
                <w:b/>
                <w:sz w:val="28"/>
                <w:szCs w:val="28"/>
                <w:lang w:val="de-DE"/>
              </w:rPr>
              <w:t xml:space="preserve">RNF-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Rezultatet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e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të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nxënit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të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fushës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kurrikulare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të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shkallës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që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synohen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të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arrihen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përmes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shtjellimit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të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temës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>/</w:t>
            </w:r>
            <w:proofErr w:type="spellStart"/>
            <w:r w:rsidRPr="00B62707">
              <w:rPr>
                <w:b/>
                <w:sz w:val="28"/>
                <w:szCs w:val="28"/>
                <w:lang w:val="de-DE"/>
              </w:rPr>
              <w:t>ve</w:t>
            </w:r>
            <w:proofErr w:type="spellEnd"/>
            <w:r w:rsidRPr="00B62707">
              <w:rPr>
                <w:b/>
                <w:sz w:val="28"/>
                <w:szCs w:val="28"/>
                <w:lang w:val="de-DE"/>
              </w:rPr>
              <w:t>:</w:t>
            </w:r>
          </w:p>
        </w:tc>
      </w:tr>
      <w:tr w:rsidR="00F02432" w:rsidRPr="00B62707" w:rsidTr="00F63F2F">
        <w:tc>
          <w:tcPr>
            <w:tcW w:w="14458" w:type="dxa"/>
            <w:gridSpan w:val="1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F02432" w:rsidRPr="004E4F15" w:rsidRDefault="00F02432" w:rsidP="00F63F2F">
            <w:pPr>
              <w:rPr>
                <w:rFonts w:cs="Times New Roman"/>
                <w:i/>
                <w:iCs/>
                <w:sz w:val="20"/>
                <w:szCs w:val="20"/>
                <w:lang w:val="de-DE"/>
              </w:rPr>
            </w:pPr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1.1Përdor </w:t>
            </w:r>
            <w:proofErr w:type="spellStart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simbole</w:t>
            </w:r>
            <w:proofErr w:type="spellEnd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fakte </w:t>
            </w:r>
            <w:proofErr w:type="spellStart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për</w:t>
            </w:r>
            <w:proofErr w:type="spellEnd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zgjidhjen</w:t>
            </w:r>
            <w:proofErr w:type="spellEnd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problemeve</w:t>
            </w:r>
            <w:proofErr w:type="spellEnd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që</w:t>
            </w:r>
            <w:proofErr w:type="spellEnd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lidhen</w:t>
            </w:r>
            <w:proofErr w:type="spellEnd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me</w:t>
            </w:r>
            <w:proofErr w:type="spellEnd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numrat</w:t>
            </w:r>
            <w:proofErr w:type="spellEnd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racionalë</w:t>
            </w:r>
            <w:proofErr w:type="spellEnd"/>
            <w:r w:rsidRPr="004E4F15">
              <w:rPr>
                <w:rFonts w:cs="Times New Roman"/>
                <w:i/>
                <w:iCs/>
                <w:sz w:val="20"/>
                <w:szCs w:val="20"/>
                <w:lang w:val="de-DE"/>
              </w:rPr>
              <w:t>.</w:t>
            </w:r>
          </w:p>
          <w:p w:rsidR="00F02432" w:rsidRPr="007C6219" w:rsidRDefault="00F02432" w:rsidP="00F63F2F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7C6219">
              <w:rPr>
                <w:rStyle w:val="Strong"/>
                <w:rFonts w:cs="Times New Roman"/>
                <w:b w:val="0"/>
                <w:bCs w:val="0"/>
                <w:i/>
                <w:iCs/>
                <w:sz w:val="20"/>
                <w:szCs w:val="20"/>
              </w:rPr>
              <w:t>1.2</w:t>
            </w:r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Demonstron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marrëdhëniet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ndërmjet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numrave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racionalë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>.</w:t>
            </w:r>
          </w:p>
          <w:p w:rsidR="00F02432" w:rsidRPr="007C6219" w:rsidRDefault="00F02432" w:rsidP="00F63F2F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7C6219">
              <w:rPr>
                <w:rStyle w:val="Strong"/>
                <w:rFonts w:cs="Times New Roman"/>
                <w:b w:val="0"/>
                <w:bCs w:val="0"/>
                <w:i/>
                <w:iCs/>
                <w:sz w:val="20"/>
                <w:szCs w:val="20"/>
              </w:rPr>
              <w:t>1.3</w:t>
            </w:r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Përdor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matjet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në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figurat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2D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dhe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në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objektet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3D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për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zgjidhjen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e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problemeve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. </w:t>
            </w:r>
          </w:p>
          <w:p w:rsidR="00F02432" w:rsidRPr="001654B1" w:rsidRDefault="00F02432" w:rsidP="00F63F2F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1654B1">
              <w:rPr>
                <w:rStyle w:val="Strong"/>
                <w:rFonts w:cs="Times New Roman"/>
                <w:b w:val="0"/>
                <w:bCs w:val="0"/>
                <w:i/>
                <w:iCs/>
                <w:sz w:val="20"/>
                <w:szCs w:val="20"/>
              </w:rPr>
              <w:t>2.1</w:t>
            </w:r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Argumenton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shndërrimet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direkte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dhe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indirekte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të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zbatuara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në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veprimet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me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numra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realë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transformime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gjeometrike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matje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probabilitet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dhe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statistikë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. </w:t>
            </w:r>
          </w:p>
          <w:p w:rsidR="00F02432" w:rsidRPr="00F02432" w:rsidRDefault="00F02432" w:rsidP="00F63F2F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F02432">
              <w:rPr>
                <w:rStyle w:val="Strong"/>
                <w:rFonts w:cs="Times New Roman"/>
                <w:b w:val="0"/>
                <w:bCs w:val="0"/>
                <w:i/>
                <w:iCs/>
                <w:sz w:val="20"/>
                <w:szCs w:val="20"/>
              </w:rPr>
              <w:t>2.3</w:t>
            </w:r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20"/>
                <w:szCs w:val="20"/>
              </w:rPr>
              <w:t>Arsyeton</w:t>
            </w:r>
            <w:proofErr w:type="spellEnd"/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20"/>
                <w:szCs w:val="20"/>
              </w:rPr>
              <w:t>dhe</w:t>
            </w:r>
            <w:proofErr w:type="spellEnd"/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20"/>
                <w:szCs w:val="20"/>
              </w:rPr>
              <w:t>vërteton</w:t>
            </w:r>
            <w:proofErr w:type="spellEnd"/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20"/>
                <w:szCs w:val="20"/>
              </w:rPr>
              <w:t>pohime</w:t>
            </w:r>
            <w:proofErr w:type="spellEnd"/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20"/>
                <w:szCs w:val="20"/>
              </w:rPr>
              <w:t>matematike</w:t>
            </w:r>
            <w:proofErr w:type="spellEnd"/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20"/>
                <w:szCs w:val="20"/>
              </w:rPr>
              <w:t>përmes</w:t>
            </w:r>
            <w:proofErr w:type="spellEnd"/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20"/>
                <w:szCs w:val="20"/>
              </w:rPr>
              <w:t>metodave</w:t>
            </w:r>
            <w:proofErr w:type="spellEnd"/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20"/>
                <w:szCs w:val="20"/>
              </w:rPr>
              <w:t>të</w:t>
            </w:r>
            <w:proofErr w:type="spellEnd"/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20"/>
                <w:szCs w:val="20"/>
              </w:rPr>
              <w:t>ndryshme</w:t>
            </w:r>
            <w:proofErr w:type="spellEnd"/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20"/>
                <w:szCs w:val="20"/>
              </w:rPr>
              <w:t>matematikore</w:t>
            </w:r>
            <w:proofErr w:type="spellEnd"/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. </w:t>
            </w:r>
          </w:p>
          <w:p w:rsidR="00F02432" w:rsidRDefault="00F02432" w:rsidP="00F63F2F">
            <w:pPr>
              <w:rPr>
                <w:rFonts w:cs="Times New Roman"/>
                <w:i/>
                <w:iCs/>
                <w:sz w:val="17"/>
              </w:rPr>
            </w:pPr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2.4 </w:t>
            </w:r>
            <w:proofErr w:type="spellStart"/>
            <w:r w:rsidRPr="00F02432">
              <w:rPr>
                <w:rFonts w:cs="Times New Roman"/>
                <w:i/>
                <w:iCs/>
                <w:sz w:val="17"/>
              </w:rPr>
              <w:t>Sugjeron</w:t>
            </w:r>
            <w:proofErr w:type="spellEnd"/>
            <w:r w:rsidRPr="00F02432">
              <w:rPr>
                <w:rFonts w:cs="Times New Roman"/>
                <w:i/>
                <w:iCs/>
                <w:sz w:val="17"/>
              </w:rPr>
              <w:t xml:space="preserve"> formula </w:t>
            </w:r>
            <w:proofErr w:type="spellStart"/>
            <w:r w:rsidRPr="00F02432">
              <w:rPr>
                <w:rFonts w:cs="Times New Roman"/>
                <w:i/>
                <w:iCs/>
                <w:sz w:val="17"/>
              </w:rPr>
              <w:t>të</w:t>
            </w:r>
            <w:proofErr w:type="spellEnd"/>
            <w:r w:rsidRPr="00F02432">
              <w:rPr>
                <w:rFonts w:cs="Times New Roman"/>
                <w:i/>
                <w:iCs/>
                <w:sz w:val="17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17"/>
              </w:rPr>
              <w:t>ndryshme</w:t>
            </w:r>
            <w:proofErr w:type="spellEnd"/>
            <w:r w:rsidRPr="00F02432">
              <w:rPr>
                <w:rFonts w:cs="Times New Roman"/>
                <w:i/>
                <w:iCs/>
                <w:sz w:val="17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17"/>
              </w:rPr>
              <w:t>dhe</w:t>
            </w:r>
            <w:proofErr w:type="spellEnd"/>
            <w:r w:rsidRPr="00F02432">
              <w:rPr>
                <w:rFonts w:cs="Times New Roman"/>
                <w:i/>
                <w:iCs/>
                <w:sz w:val="17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17"/>
              </w:rPr>
              <w:t>të</w:t>
            </w:r>
            <w:proofErr w:type="spellEnd"/>
            <w:r w:rsidRPr="00F02432">
              <w:rPr>
                <w:rFonts w:cs="Times New Roman"/>
                <w:i/>
                <w:iCs/>
                <w:sz w:val="17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17"/>
              </w:rPr>
              <w:t>përshtatshme</w:t>
            </w:r>
            <w:proofErr w:type="spellEnd"/>
            <w:r w:rsidRPr="00F02432">
              <w:rPr>
                <w:rFonts w:cs="Times New Roman"/>
                <w:i/>
                <w:iCs/>
                <w:sz w:val="17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17"/>
              </w:rPr>
              <w:t>për</w:t>
            </w:r>
            <w:proofErr w:type="spellEnd"/>
            <w:r w:rsidRPr="00F02432">
              <w:rPr>
                <w:rFonts w:cs="Times New Roman"/>
                <w:i/>
                <w:iCs/>
                <w:sz w:val="17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17"/>
              </w:rPr>
              <w:t>zgjidhje</w:t>
            </w:r>
            <w:proofErr w:type="spellEnd"/>
            <w:r w:rsidRPr="00F02432">
              <w:rPr>
                <w:rFonts w:cs="Times New Roman"/>
                <w:i/>
                <w:iCs/>
                <w:sz w:val="17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17"/>
              </w:rPr>
              <w:t>të</w:t>
            </w:r>
            <w:proofErr w:type="spellEnd"/>
            <w:r w:rsidRPr="00F02432">
              <w:rPr>
                <w:rFonts w:cs="Times New Roman"/>
                <w:i/>
                <w:iCs/>
                <w:sz w:val="17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17"/>
              </w:rPr>
              <w:t>detyrave</w:t>
            </w:r>
            <w:proofErr w:type="spellEnd"/>
          </w:p>
          <w:p w:rsidR="00301821" w:rsidRPr="00F02432" w:rsidRDefault="00301821" w:rsidP="00F63F2F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301821">
              <w:rPr>
                <w:rFonts w:cs="Times New Roman"/>
                <w:i/>
                <w:iCs/>
                <w:sz w:val="20"/>
                <w:szCs w:val="20"/>
              </w:rPr>
              <w:t xml:space="preserve">2.5 </w:t>
            </w:r>
            <w:proofErr w:type="spellStart"/>
            <w:r w:rsidRPr="00301821">
              <w:rPr>
                <w:rFonts w:cs="Times New Roman"/>
                <w:i/>
                <w:iCs/>
                <w:sz w:val="20"/>
                <w:szCs w:val="20"/>
              </w:rPr>
              <w:t>Konstrukton</w:t>
            </w:r>
            <w:proofErr w:type="spellEnd"/>
            <w:r w:rsidRPr="0030182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1821">
              <w:rPr>
                <w:rFonts w:cs="Times New Roman"/>
                <w:i/>
                <w:iCs/>
                <w:sz w:val="20"/>
                <w:szCs w:val="20"/>
              </w:rPr>
              <w:t>dhe</w:t>
            </w:r>
            <w:proofErr w:type="spellEnd"/>
            <w:r w:rsidRPr="0030182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1821">
              <w:rPr>
                <w:rFonts w:cs="Times New Roman"/>
                <w:i/>
                <w:iCs/>
                <w:sz w:val="20"/>
                <w:szCs w:val="20"/>
              </w:rPr>
              <w:t>nderton</w:t>
            </w:r>
            <w:proofErr w:type="spellEnd"/>
            <w:r w:rsidRPr="0030182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1821">
              <w:rPr>
                <w:rFonts w:cs="Times New Roman"/>
                <w:i/>
                <w:iCs/>
                <w:sz w:val="20"/>
                <w:szCs w:val="20"/>
              </w:rPr>
              <w:t>figura</w:t>
            </w:r>
            <w:proofErr w:type="spellEnd"/>
            <w:r w:rsidRPr="0030182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1821">
              <w:rPr>
                <w:rFonts w:cs="Times New Roman"/>
                <w:i/>
                <w:iCs/>
                <w:sz w:val="20"/>
                <w:szCs w:val="20"/>
              </w:rPr>
              <w:t>gjeometrike</w:t>
            </w:r>
            <w:proofErr w:type="spellEnd"/>
            <w:r w:rsidRPr="0030182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1821">
              <w:rPr>
                <w:rFonts w:cs="Times New Roman"/>
                <w:i/>
                <w:iCs/>
                <w:sz w:val="20"/>
                <w:szCs w:val="20"/>
              </w:rPr>
              <w:t>mbi</w:t>
            </w:r>
            <w:proofErr w:type="spellEnd"/>
            <w:r w:rsidRPr="0030182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1821">
              <w:rPr>
                <w:rFonts w:cs="Times New Roman"/>
                <w:i/>
                <w:iCs/>
                <w:sz w:val="20"/>
                <w:szCs w:val="20"/>
              </w:rPr>
              <w:t>bazën</w:t>
            </w:r>
            <w:proofErr w:type="spellEnd"/>
            <w:r w:rsidRPr="00301821">
              <w:rPr>
                <w:rFonts w:cs="Times New Roman"/>
                <w:i/>
                <w:iCs/>
                <w:sz w:val="20"/>
                <w:szCs w:val="20"/>
              </w:rPr>
              <w:t xml:space="preserve"> e </w:t>
            </w:r>
            <w:proofErr w:type="spellStart"/>
            <w:r w:rsidRPr="00301821">
              <w:rPr>
                <w:rFonts w:cs="Times New Roman"/>
                <w:i/>
                <w:iCs/>
                <w:sz w:val="20"/>
                <w:szCs w:val="20"/>
              </w:rPr>
              <w:t>elementeve</w:t>
            </w:r>
            <w:proofErr w:type="spellEnd"/>
            <w:r w:rsidRPr="0030182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1821">
              <w:rPr>
                <w:rFonts w:cs="Times New Roman"/>
                <w:i/>
                <w:iCs/>
                <w:sz w:val="20"/>
                <w:szCs w:val="20"/>
              </w:rPr>
              <w:t>të</w:t>
            </w:r>
            <w:proofErr w:type="spellEnd"/>
            <w:r w:rsidRPr="0030182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1821">
              <w:rPr>
                <w:rFonts w:cs="Times New Roman"/>
                <w:i/>
                <w:iCs/>
                <w:sz w:val="20"/>
                <w:szCs w:val="20"/>
              </w:rPr>
              <w:t>dhëna</w:t>
            </w:r>
            <w:proofErr w:type="spellEnd"/>
            <w:r w:rsidRPr="00301821">
              <w:rPr>
                <w:rFonts w:cs="Times New Roman"/>
                <w:i/>
                <w:iCs/>
                <w:sz w:val="20"/>
                <w:szCs w:val="20"/>
              </w:rPr>
              <w:t>.</w:t>
            </w:r>
          </w:p>
          <w:p w:rsidR="00F02432" w:rsidRPr="00F02432" w:rsidRDefault="00F02432" w:rsidP="00F63F2F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F02432">
              <w:rPr>
                <w:rFonts w:cs="Times New Roman"/>
                <w:i/>
                <w:iCs/>
                <w:sz w:val="20"/>
                <w:szCs w:val="20"/>
              </w:rPr>
              <w:t>3.1</w:t>
            </w:r>
            <w:r w:rsidR="0030182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20"/>
                <w:szCs w:val="20"/>
              </w:rPr>
              <w:t>Demostron</w:t>
            </w:r>
            <w:proofErr w:type="spellEnd"/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20"/>
                <w:szCs w:val="20"/>
              </w:rPr>
              <w:t>zbatimin</w:t>
            </w:r>
            <w:proofErr w:type="spellEnd"/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 e </w:t>
            </w:r>
            <w:proofErr w:type="spellStart"/>
            <w:r w:rsidRPr="00F02432">
              <w:rPr>
                <w:rFonts w:cs="Times New Roman"/>
                <w:i/>
                <w:iCs/>
                <w:sz w:val="20"/>
                <w:szCs w:val="20"/>
              </w:rPr>
              <w:t>numrave</w:t>
            </w:r>
            <w:proofErr w:type="spellEnd"/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20"/>
                <w:szCs w:val="20"/>
              </w:rPr>
              <w:t>racionalë</w:t>
            </w:r>
            <w:proofErr w:type="spellEnd"/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20"/>
                <w:szCs w:val="20"/>
              </w:rPr>
              <w:t>në</w:t>
            </w:r>
            <w:proofErr w:type="spellEnd"/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20"/>
                <w:szCs w:val="20"/>
              </w:rPr>
              <w:t>shprehje</w:t>
            </w:r>
            <w:proofErr w:type="spellEnd"/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20"/>
                <w:szCs w:val="20"/>
              </w:rPr>
              <w:t>të</w:t>
            </w:r>
            <w:proofErr w:type="spellEnd"/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20"/>
                <w:szCs w:val="20"/>
              </w:rPr>
              <w:t>ndryushme</w:t>
            </w:r>
            <w:proofErr w:type="spellEnd"/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20"/>
                <w:szCs w:val="20"/>
              </w:rPr>
              <w:t>numerike</w:t>
            </w:r>
            <w:proofErr w:type="spellEnd"/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20"/>
                <w:szCs w:val="20"/>
              </w:rPr>
              <w:t>dhe</w:t>
            </w:r>
            <w:proofErr w:type="spellEnd"/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20"/>
                <w:szCs w:val="20"/>
              </w:rPr>
              <w:t>shkronjore</w:t>
            </w:r>
            <w:proofErr w:type="spellEnd"/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. </w:t>
            </w:r>
          </w:p>
          <w:p w:rsidR="00F02432" w:rsidRPr="00F02432" w:rsidRDefault="00F02432" w:rsidP="00F63F2F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F02432">
              <w:rPr>
                <w:rStyle w:val="Strong"/>
                <w:rFonts w:cs="Times New Roman"/>
                <w:b w:val="0"/>
                <w:bCs w:val="0"/>
                <w:i/>
                <w:iCs/>
                <w:sz w:val="20"/>
                <w:szCs w:val="20"/>
              </w:rPr>
              <w:t>3.2</w:t>
            </w:r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20"/>
                <w:szCs w:val="20"/>
              </w:rPr>
              <w:t>Kryen</w:t>
            </w:r>
            <w:proofErr w:type="spellEnd"/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20"/>
                <w:szCs w:val="20"/>
              </w:rPr>
              <w:t>matje</w:t>
            </w:r>
            <w:proofErr w:type="spellEnd"/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20"/>
                <w:szCs w:val="20"/>
              </w:rPr>
              <w:t>për</w:t>
            </w:r>
            <w:proofErr w:type="spellEnd"/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20"/>
                <w:szCs w:val="20"/>
              </w:rPr>
              <w:t>figurat</w:t>
            </w:r>
            <w:proofErr w:type="spellEnd"/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 2D </w:t>
            </w:r>
            <w:proofErr w:type="spellStart"/>
            <w:r w:rsidRPr="00F02432">
              <w:rPr>
                <w:rFonts w:cs="Times New Roman"/>
                <w:i/>
                <w:iCs/>
                <w:sz w:val="20"/>
                <w:szCs w:val="20"/>
              </w:rPr>
              <w:t>dhe</w:t>
            </w:r>
            <w:proofErr w:type="spellEnd"/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20"/>
                <w:szCs w:val="20"/>
              </w:rPr>
              <w:t>objektet</w:t>
            </w:r>
            <w:proofErr w:type="spellEnd"/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 3D. </w:t>
            </w:r>
          </w:p>
          <w:p w:rsidR="00F02432" w:rsidRPr="00F02432" w:rsidRDefault="00F02432" w:rsidP="00F63F2F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F02432">
              <w:rPr>
                <w:rStyle w:val="Strong"/>
                <w:rFonts w:cs="Times New Roman"/>
                <w:b w:val="0"/>
                <w:bCs w:val="0"/>
                <w:i/>
                <w:iCs/>
                <w:sz w:val="20"/>
                <w:szCs w:val="20"/>
              </w:rPr>
              <w:t>3.3</w:t>
            </w:r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20"/>
                <w:szCs w:val="20"/>
              </w:rPr>
              <w:t>Përdor</w:t>
            </w:r>
            <w:proofErr w:type="spellEnd"/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20"/>
                <w:szCs w:val="20"/>
              </w:rPr>
              <w:t>terminologjinë</w:t>
            </w:r>
            <w:proofErr w:type="spellEnd"/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20"/>
                <w:szCs w:val="20"/>
              </w:rPr>
              <w:t>matematikore</w:t>
            </w:r>
            <w:proofErr w:type="spellEnd"/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20"/>
                <w:szCs w:val="20"/>
              </w:rPr>
              <w:t>dhe</w:t>
            </w:r>
            <w:proofErr w:type="spellEnd"/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20"/>
                <w:szCs w:val="20"/>
              </w:rPr>
              <w:t>simbolet</w:t>
            </w:r>
            <w:proofErr w:type="spellEnd"/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20"/>
                <w:szCs w:val="20"/>
              </w:rPr>
              <w:t>algjebrike</w:t>
            </w:r>
            <w:proofErr w:type="spellEnd"/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 e </w:t>
            </w:r>
            <w:proofErr w:type="spellStart"/>
            <w:r w:rsidRPr="00F02432">
              <w:rPr>
                <w:rFonts w:cs="Times New Roman"/>
                <w:i/>
                <w:iCs/>
                <w:sz w:val="20"/>
                <w:szCs w:val="20"/>
              </w:rPr>
              <w:t>gjeometrike</w:t>
            </w:r>
            <w:proofErr w:type="spellEnd"/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20"/>
                <w:szCs w:val="20"/>
              </w:rPr>
              <w:t>për</w:t>
            </w:r>
            <w:proofErr w:type="spellEnd"/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20"/>
                <w:szCs w:val="20"/>
              </w:rPr>
              <w:t>të</w:t>
            </w:r>
            <w:proofErr w:type="spellEnd"/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20"/>
                <w:szCs w:val="20"/>
              </w:rPr>
              <w:t>përshkruar</w:t>
            </w:r>
            <w:proofErr w:type="spellEnd"/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20"/>
                <w:szCs w:val="20"/>
              </w:rPr>
              <w:t>situata</w:t>
            </w:r>
            <w:proofErr w:type="spellEnd"/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20"/>
                <w:szCs w:val="20"/>
              </w:rPr>
              <w:t>nga</w:t>
            </w:r>
            <w:proofErr w:type="spellEnd"/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20"/>
                <w:szCs w:val="20"/>
              </w:rPr>
              <w:t>matematika</w:t>
            </w:r>
            <w:proofErr w:type="spellEnd"/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20"/>
                <w:szCs w:val="20"/>
              </w:rPr>
              <w:t>dhe</w:t>
            </w:r>
            <w:proofErr w:type="spellEnd"/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2432">
              <w:rPr>
                <w:rFonts w:cs="Times New Roman"/>
                <w:i/>
                <w:iCs/>
                <w:sz w:val="20"/>
                <w:szCs w:val="20"/>
              </w:rPr>
              <w:t>jeta</w:t>
            </w:r>
            <w:proofErr w:type="spellEnd"/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 e </w:t>
            </w:r>
            <w:proofErr w:type="spellStart"/>
            <w:r w:rsidRPr="00F02432">
              <w:rPr>
                <w:rFonts w:cs="Times New Roman"/>
                <w:i/>
                <w:iCs/>
                <w:sz w:val="20"/>
                <w:szCs w:val="20"/>
              </w:rPr>
              <w:t>përditshme</w:t>
            </w:r>
            <w:proofErr w:type="spellEnd"/>
            <w:r w:rsidRPr="00F02432">
              <w:rPr>
                <w:rFonts w:cs="Times New Roman"/>
                <w:i/>
                <w:iCs/>
                <w:sz w:val="20"/>
                <w:szCs w:val="20"/>
              </w:rPr>
              <w:t xml:space="preserve">. </w:t>
            </w:r>
          </w:p>
          <w:p w:rsidR="00F02432" w:rsidRPr="00A211EA" w:rsidRDefault="00F02432" w:rsidP="00F63F2F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A211EA">
              <w:rPr>
                <w:rFonts w:cs="Times New Roman"/>
                <w:i/>
                <w:iCs/>
                <w:sz w:val="20"/>
                <w:szCs w:val="20"/>
              </w:rPr>
              <w:t xml:space="preserve">3.5 </w:t>
            </w:r>
            <w:proofErr w:type="spellStart"/>
            <w:r w:rsidRPr="00A211EA">
              <w:rPr>
                <w:i/>
                <w:iCs/>
                <w:sz w:val="20"/>
                <w:szCs w:val="20"/>
              </w:rPr>
              <w:t>Krijon</w:t>
            </w:r>
            <w:proofErr w:type="spellEnd"/>
            <w:r w:rsidRPr="00A211EA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211EA">
              <w:rPr>
                <w:i/>
                <w:iCs/>
                <w:sz w:val="20"/>
                <w:szCs w:val="20"/>
              </w:rPr>
              <w:t>paraqitje</w:t>
            </w:r>
            <w:proofErr w:type="spellEnd"/>
            <w:r w:rsidRPr="00A211EA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211EA">
              <w:rPr>
                <w:i/>
                <w:iCs/>
                <w:sz w:val="20"/>
                <w:szCs w:val="20"/>
              </w:rPr>
              <w:t>të</w:t>
            </w:r>
            <w:proofErr w:type="spellEnd"/>
            <w:r w:rsidRPr="00A211EA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211EA">
              <w:rPr>
                <w:i/>
                <w:iCs/>
                <w:sz w:val="20"/>
                <w:szCs w:val="20"/>
              </w:rPr>
              <w:t>koncepteve</w:t>
            </w:r>
            <w:proofErr w:type="spellEnd"/>
            <w:r w:rsidRPr="00A211EA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211EA">
              <w:rPr>
                <w:i/>
                <w:iCs/>
                <w:sz w:val="20"/>
                <w:szCs w:val="20"/>
              </w:rPr>
              <w:t>matematike</w:t>
            </w:r>
            <w:proofErr w:type="spellEnd"/>
            <w:r w:rsidRPr="00A211EA">
              <w:rPr>
                <w:i/>
                <w:iCs/>
                <w:sz w:val="20"/>
                <w:szCs w:val="20"/>
              </w:rPr>
              <w:t xml:space="preserve"> me </w:t>
            </w:r>
            <w:proofErr w:type="spellStart"/>
            <w:r w:rsidRPr="00A211EA">
              <w:rPr>
                <w:i/>
                <w:iCs/>
                <w:sz w:val="20"/>
                <w:szCs w:val="20"/>
              </w:rPr>
              <w:t>mjete</w:t>
            </w:r>
            <w:proofErr w:type="spellEnd"/>
            <w:r w:rsidRPr="00A211EA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211EA">
              <w:rPr>
                <w:i/>
                <w:iCs/>
                <w:sz w:val="20"/>
                <w:szCs w:val="20"/>
              </w:rPr>
              <w:t>konkrete</w:t>
            </w:r>
            <w:proofErr w:type="spellEnd"/>
            <w:r w:rsidRPr="00A211EA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A211EA">
              <w:rPr>
                <w:i/>
                <w:iCs/>
                <w:sz w:val="20"/>
                <w:szCs w:val="20"/>
              </w:rPr>
              <w:t>vizatime</w:t>
            </w:r>
            <w:proofErr w:type="spellEnd"/>
            <w:r w:rsidRPr="00A211EA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A211EA">
              <w:rPr>
                <w:i/>
                <w:iCs/>
                <w:sz w:val="20"/>
                <w:szCs w:val="20"/>
              </w:rPr>
              <w:t>numra</w:t>
            </w:r>
            <w:proofErr w:type="spellEnd"/>
            <w:r w:rsidRPr="00A211EA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A211EA">
              <w:rPr>
                <w:i/>
                <w:iCs/>
                <w:sz w:val="20"/>
                <w:szCs w:val="20"/>
              </w:rPr>
              <w:t>simbole</w:t>
            </w:r>
            <w:proofErr w:type="spellEnd"/>
            <w:r w:rsidRPr="00A211EA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A211EA">
              <w:rPr>
                <w:i/>
                <w:iCs/>
                <w:sz w:val="20"/>
                <w:szCs w:val="20"/>
              </w:rPr>
              <w:t>tabela</w:t>
            </w:r>
            <w:proofErr w:type="spellEnd"/>
            <w:r w:rsidRPr="00A211EA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211EA">
              <w:rPr>
                <w:i/>
                <w:iCs/>
                <w:sz w:val="20"/>
                <w:szCs w:val="20"/>
              </w:rPr>
              <w:t>dhe</w:t>
            </w:r>
            <w:proofErr w:type="spellEnd"/>
            <w:r w:rsidRPr="00A211EA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211EA">
              <w:rPr>
                <w:i/>
                <w:iCs/>
                <w:sz w:val="20"/>
                <w:szCs w:val="20"/>
              </w:rPr>
              <w:t>diagrame</w:t>
            </w:r>
            <w:proofErr w:type="spellEnd"/>
            <w:r w:rsidRPr="00A211EA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211EA">
              <w:rPr>
                <w:i/>
                <w:iCs/>
                <w:sz w:val="20"/>
                <w:szCs w:val="20"/>
              </w:rPr>
              <w:t>dhe</w:t>
            </w:r>
            <w:proofErr w:type="spellEnd"/>
            <w:r w:rsidRPr="00A211EA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211EA">
              <w:rPr>
                <w:i/>
                <w:iCs/>
                <w:sz w:val="20"/>
                <w:szCs w:val="20"/>
              </w:rPr>
              <w:t>i</w:t>
            </w:r>
            <w:proofErr w:type="spellEnd"/>
            <w:r w:rsidRPr="00A211EA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211EA">
              <w:rPr>
                <w:i/>
                <w:iCs/>
                <w:sz w:val="20"/>
                <w:szCs w:val="20"/>
              </w:rPr>
              <w:t>zbaton</w:t>
            </w:r>
            <w:proofErr w:type="spellEnd"/>
            <w:r w:rsidRPr="00A211EA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211EA">
              <w:rPr>
                <w:i/>
                <w:iCs/>
                <w:sz w:val="20"/>
                <w:szCs w:val="20"/>
              </w:rPr>
              <w:t>në</w:t>
            </w:r>
            <w:proofErr w:type="spellEnd"/>
            <w:r w:rsidRPr="00A211EA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211EA">
              <w:rPr>
                <w:i/>
                <w:iCs/>
                <w:sz w:val="20"/>
                <w:szCs w:val="20"/>
              </w:rPr>
              <w:t>probleme</w:t>
            </w:r>
            <w:proofErr w:type="spellEnd"/>
            <w:r w:rsidRPr="00A211EA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211EA">
              <w:rPr>
                <w:i/>
                <w:iCs/>
                <w:sz w:val="20"/>
                <w:szCs w:val="20"/>
              </w:rPr>
              <w:t>nga</w:t>
            </w:r>
            <w:proofErr w:type="spellEnd"/>
            <w:r w:rsidRPr="00A211EA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211EA">
              <w:rPr>
                <w:i/>
                <w:iCs/>
                <w:sz w:val="20"/>
                <w:szCs w:val="20"/>
              </w:rPr>
              <w:t>situata</w:t>
            </w:r>
            <w:proofErr w:type="spellEnd"/>
            <w:r w:rsidRPr="00A211EA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211EA">
              <w:rPr>
                <w:i/>
                <w:iCs/>
                <w:sz w:val="20"/>
                <w:szCs w:val="20"/>
              </w:rPr>
              <w:t>reale</w:t>
            </w:r>
            <w:proofErr w:type="spellEnd"/>
            <w:r w:rsidRPr="00A211EA">
              <w:rPr>
                <w:i/>
                <w:iCs/>
                <w:sz w:val="20"/>
                <w:szCs w:val="20"/>
              </w:rPr>
              <w:t>.</w:t>
            </w:r>
          </w:p>
          <w:p w:rsidR="00F02432" w:rsidRPr="007C6219" w:rsidRDefault="00F02432" w:rsidP="00F63F2F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7C6219">
              <w:rPr>
                <w:rStyle w:val="Strong"/>
                <w:rFonts w:cs="Times New Roman"/>
                <w:b w:val="0"/>
                <w:bCs w:val="0"/>
                <w:i/>
                <w:iCs/>
                <w:sz w:val="20"/>
                <w:szCs w:val="20"/>
              </w:rPr>
              <w:t>4.1</w:t>
            </w:r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Bën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lidhje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ndërmjet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koncepteve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e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procedurave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</w:rPr>
              <w:t>matematikore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</w:rPr>
              <w:t xml:space="preserve">. </w:t>
            </w:r>
          </w:p>
          <w:p w:rsidR="00F02432" w:rsidRPr="001654B1" w:rsidRDefault="00F02432" w:rsidP="00F63F2F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1654B1">
              <w:rPr>
                <w:rStyle w:val="Strong"/>
                <w:rFonts w:cs="Times New Roman"/>
                <w:b w:val="0"/>
                <w:bCs w:val="0"/>
                <w:i/>
                <w:iCs/>
                <w:sz w:val="20"/>
                <w:szCs w:val="20"/>
              </w:rPr>
              <w:t>4.2</w:t>
            </w:r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Integron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njohuritë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dhe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shprehitë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matematike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me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situata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nga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jeta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e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përditshme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lëndët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e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tjera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sportet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dhe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kontekste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të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54B1">
              <w:rPr>
                <w:rFonts w:cs="Times New Roman"/>
                <w:i/>
                <w:iCs/>
                <w:sz w:val="20"/>
                <w:szCs w:val="20"/>
              </w:rPr>
              <w:t>tjera</w:t>
            </w:r>
            <w:proofErr w:type="spellEnd"/>
            <w:r w:rsidRPr="001654B1">
              <w:rPr>
                <w:rFonts w:cs="Times New Roman"/>
                <w:i/>
                <w:iCs/>
                <w:sz w:val="20"/>
                <w:szCs w:val="20"/>
              </w:rPr>
              <w:t xml:space="preserve">. </w:t>
            </w:r>
          </w:p>
          <w:p w:rsidR="00F02432" w:rsidRPr="007C6219" w:rsidRDefault="00F02432" w:rsidP="00F63F2F">
            <w:pPr>
              <w:rPr>
                <w:rFonts w:cs="Times New Roman"/>
                <w:i/>
                <w:iCs/>
                <w:sz w:val="20"/>
                <w:szCs w:val="20"/>
                <w:lang w:val="de-DE"/>
              </w:rPr>
            </w:pPr>
            <w:r w:rsidRPr="007C6219">
              <w:rPr>
                <w:rStyle w:val="Strong"/>
                <w:rFonts w:cs="Times New Roman"/>
                <w:b w:val="0"/>
                <w:bCs w:val="0"/>
                <w:i/>
                <w:iCs/>
                <w:sz w:val="20"/>
                <w:szCs w:val="20"/>
                <w:lang w:val="de-DE"/>
              </w:rPr>
              <w:t>4.3</w:t>
            </w:r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Integron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lidh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konceptet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ndryshme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matematike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për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zgjidhur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probleme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ndryshme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. </w:t>
            </w:r>
          </w:p>
          <w:p w:rsidR="00F02432" w:rsidRPr="007C6219" w:rsidRDefault="00F02432" w:rsidP="00F63F2F">
            <w:pPr>
              <w:rPr>
                <w:rFonts w:cs="Times New Roman"/>
                <w:i/>
                <w:iCs/>
                <w:sz w:val="20"/>
                <w:szCs w:val="20"/>
                <w:lang w:val="de-DE"/>
              </w:rPr>
            </w:pPr>
            <w:r w:rsidRPr="007C6219">
              <w:rPr>
                <w:rStyle w:val="Strong"/>
                <w:rFonts w:cs="Times New Roman"/>
                <w:b w:val="0"/>
                <w:bCs w:val="0"/>
                <w:i/>
                <w:iCs/>
                <w:sz w:val="20"/>
                <w:szCs w:val="20"/>
                <w:lang w:val="de-DE"/>
              </w:rPr>
              <w:t>5.1</w:t>
            </w:r>
            <w:r w:rsidRPr="007C6219">
              <w:rPr>
                <w:rFonts w:cs="Times New Roman"/>
                <w:i/>
                <w:iCs/>
                <w:lang w:val="de-DE"/>
              </w:rPr>
              <w:t xml:space="preserve">Përdor </w:t>
            </w:r>
            <w:proofErr w:type="spellStart"/>
            <w:r w:rsidRPr="007C6219">
              <w:rPr>
                <w:rFonts w:cs="Times New Roman"/>
                <w:i/>
                <w:iCs/>
                <w:lang w:val="de-DE"/>
              </w:rPr>
              <w:t>rregullat</w:t>
            </w:r>
            <w:proofErr w:type="spellEnd"/>
            <w:r w:rsidRPr="007C6219">
              <w:rPr>
                <w:rFonts w:cs="Times New Roman"/>
                <w:i/>
                <w:iCs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lang w:val="de-DE"/>
              </w:rPr>
              <w:t>dhe</w:t>
            </w:r>
            <w:proofErr w:type="spellEnd"/>
            <w:r w:rsidRPr="007C6219">
              <w:rPr>
                <w:rFonts w:cs="Times New Roman"/>
                <w:i/>
                <w:iCs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lang w:val="de-DE"/>
              </w:rPr>
              <w:t>paraqet</w:t>
            </w:r>
            <w:proofErr w:type="spellEnd"/>
            <w:r w:rsidRPr="007C6219">
              <w:rPr>
                <w:rFonts w:cs="Times New Roman"/>
                <w:i/>
                <w:iCs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lang w:val="de-DE"/>
              </w:rPr>
              <w:t>numrat</w:t>
            </w:r>
            <w:proofErr w:type="spellEnd"/>
            <w:r w:rsidRPr="007C6219">
              <w:rPr>
                <w:rFonts w:cs="Times New Roman"/>
                <w:i/>
                <w:iCs/>
                <w:lang w:val="de-DE"/>
              </w:rPr>
              <w:t xml:space="preserve">, </w:t>
            </w:r>
            <w:proofErr w:type="spellStart"/>
            <w:r w:rsidRPr="007C6219">
              <w:rPr>
                <w:rFonts w:cs="Times New Roman"/>
                <w:i/>
                <w:iCs/>
                <w:lang w:val="de-DE"/>
              </w:rPr>
              <w:t>format</w:t>
            </w:r>
            <w:proofErr w:type="spellEnd"/>
            <w:r w:rsidRPr="007C6219">
              <w:rPr>
                <w:rFonts w:cs="Times New Roman"/>
                <w:i/>
                <w:iCs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lang w:val="de-DE"/>
              </w:rPr>
              <w:t>dhe</w:t>
            </w:r>
            <w:proofErr w:type="spellEnd"/>
            <w:r w:rsidRPr="007C6219">
              <w:rPr>
                <w:rFonts w:cs="Times New Roman"/>
                <w:i/>
                <w:iCs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lang w:val="de-DE"/>
              </w:rPr>
              <w:t>konceptet</w:t>
            </w:r>
            <w:proofErr w:type="spellEnd"/>
            <w:r w:rsidRPr="007C6219">
              <w:rPr>
                <w:rFonts w:cs="Times New Roman"/>
                <w:i/>
                <w:iCs/>
                <w:lang w:val="de-DE"/>
              </w:rPr>
              <w:t xml:space="preserve"> e </w:t>
            </w:r>
            <w:proofErr w:type="spellStart"/>
            <w:r w:rsidRPr="007C6219">
              <w:rPr>
                <w:rFonts w:cs="Times New Roman"/>
                <w:i/>
                <w:iCs/>
                <w:lang w:val="de-DE"/>
              </w:rPr>
              <w:t>thjeshta</w:t>
            </w:r>
            <w:proofErr w:type="spellEnd"/>
            <w:r w:rsidRPr="007C6219">
              <w:rPr>
                <w:rFonts w:cs="Times New Roman"/>
                <w:i/>
                <w:iCs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lang w:val="de-DE"/>
              </w:rPr>
              <w:t>matematikore</w:t>
            </w:r>
            <w:proofErr w:type="spellEnd"/>
            <w:r w:rsidRPr="007C6219">
              <w:rPr>
                <w:rFonts w:cs="Times New Roman"/>
                <w:i/>
                <w:iCs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lang w:val="de-DE"/>
              </w:rPr>
              <w:t>duke</w:t>
            </w:r>
            <w:proofErr w:type="spellEnd"/>
            <w:r w:rsidRPr="007C6219">
              <w:rPr>
                <w:rFonts w:cs="Times New Roman"/>
                <w:i/>
                <w:iCs/>
                <w:lang w:val="de-DE"/>
              </w:rPr>
              <w:t xml:space="preserve"> i </w:t>
            </w:r>
            <w:proofErr w:type="spellStart"/>
            <w:r w:rsidRPr="007C6219">
              <w:rPr>
                <w:rFonts w:cs="Times New Roman"/>
                <w:i/>
                <w:iCs/>
                <w:lang w:val="de-DE"/>
              </w:rPr>
              <w:t>nderlidhur</w:t>
            </w:r>
            <w:proofErr w:type="spellEnd"/>
            <w:r w:rsidRPr="007C6219">
              <w:rPr>
                <w:rFonts w:cs="Times New Roman"/>
                <w:i/>
                <w:iCs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lang w:val="de-DE"/>
              </w:rPr>
              <w:t>ato</w:t>
            </w:r>
            <w:proofErr w:type="spellEnd"/>
            <w:r w:rsidRPr="007C6219">
              <w:rPr>
                <w:rFonts w:cs="Times New Roman"/>
                <w:i/>
                <w:iCs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lang w:val="de-DE"/>
              </w:rPr>
              <w:t>me</w:t>
            </w:r>
            <w:proofErr w:type="spellEnd"/>
            <w:r w:rsidRPr="007C6219">
              <w:rPr>
                <w:rFonts w:cs="Times New Roman"/>
                <w:i/>
                <w:iCs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lang w:val="de-DE"/>
              </w:rPr>
              <w:t>situata</w:t>
            </w:r>
            <w:proofErr w:type="spellEnd"/>
            <w:r w:rsidRPr="007C6219">
              <w:rPr>
                <w:rFonts w:cs="Times New Roman"/>
                <w:i/>
                <w:iCs/>
                <w:lang w:val="de-DE"/>
              </w:rPr>
              <w:t xml:space="preserve"> konkrete</w:t>
            </w:r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.</w:t>
            </w:r>
          </w:p>
          <w:p w:rsidR="00F02432" w:rsidRPr="00301821" w:rsidRDefault="00F02432" w:rsidP="00301821">
            <w:pPr>
              <w:pStyle w:val="ListParagraph"/>
              <w:numPr>
                <w:ilvl w:val="1"/>
                <w:numId w:val="22"/>
              </w:numPr>
              <w:rPr>
                <w:rFonts w:cs="Times New Roman"/>
                <w:i/>
                <w:iCs/>
                <w:sz w:val="20"/>
                <w:szCs w:val="20"/>
                <w:lang w:val="de-DE"/>
              </w:rPr>
            </w:pPr>
            <w:proofErr w:type="spellStart"/>
            <w:r w:rsidRPr="00301821">
              <w:rPr>
                <w:rFonts w:cs="Times New Roman"/>
                <w:i/>
                <w:iCs/>
                <w:sz w:val="20"/>
                <w:szCs w:val="20"/>
                <w:lang w:val="de-DE"/>
              </w:rPr>
              <w:t>Identifikon</w:t>
            </w:r>
            <w:proofErr w:type="spellEnd"/>
            <w:r w:rsidRPr="00301821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01821">
              <w:rPr>
                <w:rFonts w:cs="Times New Roman"/>
                <w:i/>
                <w:iCs/>
                <w:sz w:val="20"/>
                <w:szCs w:val="20"/>
                <w:lang w:val="de-DE"/>
              </w:rPr>
              <w:t>vetitë</w:t>
            </w:r>
            <w:proofErr w:type="spellEnd"/>
            <w:r w:rsidRPr="00301821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301821">
              <w:rPr>
                <w:rFonts w:cs="Times New Roman"/>
                <w:i/>
                <w:iCs/>
                <w:sz w:val="20"/>
                <w:szCs w:val="20"/>
                <w:lang w:val="de-DE"/>
              </w:rPr>
              <w:t>figurave</w:t>
            </w:r>
            <w:proofErr w:type="spellEnd"/>
            <w:r w:rsidRPr="00301821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01821">
              <w:rPr>
                <w:rFonts w:cs="Times New Roman"/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301821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01821">
              <w:rPr>
                <w:rFonts w:cs="Times New Roman"/>
                <w:i/>
                <w:iCs/>
                <w:sz w:val="20"/>
                <w:szCs w:val="20"/>
                <w:lang w:val="de-DE"/>
              </w:rPr>
              <w:t>objekteve</w:t>
            </w:r>
            <w:proofErr w:type="spellEnd"/>
            <w:r w:rsidRPr="00301821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01821">
              <w:rPr>
                <w:rFonts w:cs="Times New Roman"/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301821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01821">
              <w:rPr>
                <w:rFonts w:cs="Times New Roman"/>
                <w:i/>
                <w:iCs/>
                <w:sz w:val="20"/>
                <w:szCs w:val="20"/>
                <w:lang w:val="de-DE"/>
              </w:rPr>
              <w:t>ndryshme</w:t>
            </w:r>
            <w:proofErr w:type="spellEnd"/>
            <w:r w:rsidRPr="00301821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301821">
              <w:rPr>
                <w:rFonts w:cs="Times New Roman"/>
                <w:i/>
                <w:iCs/>
                <w:sz w:val="20"/>
                <w:szCs w:val="20"/>
                <w:lang w:val="de-DE"/>
              </w:rPr>
              <w:t>klasifikon</w:t>
            </w:r>
            <w:proofErr w:type="spellEnd"/>
            <w:r w:rsidRPr="00301821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01821">
              <w:rPr>
                <w:rFonts w:cs="Times New Roman"/>
                <w:i/>
                <w:iCs/>
                <w:sz w:val="20"/>
                <w:szCs w:val="20"/>
                <w:lang w:val="de-DE"/>
              </w:rPr>
              <w:t>figurat</w:t>
            </w:r>
            <w:proofErr w:type="spellEnd"/>
            <w:r w:rsidRPr="00301821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01821">
              <w:rPr>
                <w:rFonts w:cs="Times New Roman"/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301821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01821">
              <w:rPr>
                <w:rFonts w:cs="Times New Roman"/>
                <w:i/>
                <w:iCs/>
                <w:sz w:val="20"/>
                <w:szCs w:val="20"/>
                <w:lang w:val="de-DE"/>
              </w:rPr>
              <w:t>objektet</w:t>
            </w:r>
            <w:proofErr w:type="spellEnd"/>
            <w:r w:rsidRPr="00301821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01821">
              <w:rPr>
                <w:rFonts w:cs="Times New Roman"/>
                <w:i/>
                <w:iCs/>
                <w:sz w:val="20"/>
                <w:szCs w:val="20"/>
                <w:lang w:val="de-DE"/>
              </w:rPr>
              <w:t>sipas</w:t>
            </w:r>
            <w:proofErr w:type="spellEnd"/>
            <w:r w:rsidRPr="00301821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01821">
              <w:rPr>
                <w:rFonts w:cs="Times New Roman"/>
                <w:i/>
                <w:iCs/>
                <w:sz w:val="20"/>
                <w:szCs w:val="20"/>
                <w:lang w:val="de-DE"/>
              </w:rPr>
              <w:t>këtyre</w:t>
            </w:r>
            <w:proofErr w:type="spellEnd"/>
            <w:r w:rsidRPr="00301821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01821">
              <w:rPr>
                <w:rFonts w:cs="Times New Roman"/>
                <w:i/>
                <w:iCs/>
                <w:sz w:val="20"/>
                <w:szCs w:val="20"/>
                <w:lang w:val="de-DE"/>
              </w:rPr>
              <w:t>vetive</w:t>
            </w:r>
            <w:proofErr w:type="spellEnd"/>
            <w:r w:rsidRPr="00301821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. </w:t>
            </w:r>
          </w:p>
          <w:p w:rsidR="00F02432" w:rsidRPr="007C6219" w:rsidRDefault="00F02432" w:rsidP="00F63F2F">
            <w:pPr>
              <w:rPr>
                <w:rFonts w:cs="Times New Roman"/>
                <w:i/>
                <w:iCs/>
                <w:sz w:val="20"/>
                <w:szCs w:val="20"/>
                <w:lang w:val="de-DE"/>
              </w:rPr>
            </w:pPr>
            <w:r w:rsidRPr="007C6219">
              <w:rPr>
                <w:rStyle w:val="Strong"/>
                <w:rFonts w:cs="Times New Roman"/>
                <w:b w:val="0"/>
                <w:bCs w:val="0"/>
                <w:i/>
                <w:iCs/>
                <w:sz w:val="20"/>
                <w:szCs w:val="20"/>
                <w:lang w:val="de-DE"/>
              </w:rPr>
              <w:t>6.2</w:t>
            </w:r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Krijon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modele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thjeshta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figurave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gjeometrike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objekteve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nga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klasa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jeta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përditshme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. </w:t>
            </w:r>
          </w:p>
          <w:p w:rsidR="00301821" w:rsidRPr="004E4F15" w:rsidRDefault="00F02432" w:rsidP="00F63F2F">
            <w:pPr>
              <w:rPr>
                <w:rFonts w:cs="Times New Roman"/>
                <w:i/>
                <w:iCs/>
                <w:sz w:val="20"/>
                <w:szCs w:val="20"/>
                <w:lang w:val="de-DE"/>
              </w:rPr>
            </w:pPr>
            <w:r w:rsidRPr="007C6219">
              <w:rPr>
                <w:rStyle w:val="Strong"/>
                <w:rFonts w:cs="Times New Roman"/>
                <w:b w:val="0"/>
                <w:bCs w:val="0"/>
                <w:i/>
                <w:iCs/>
                <w:sz w:val="20"/>
                <w:szCs w:val="20"/>
                <w:lang w:val="de-DE"/>
              </w:rPr>
              <w:t>8.1</w:t>
            </w:r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Përdor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teknologjinë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për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hulumtime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kalkulime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dhe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matje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me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qëllim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zgjidhjen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problemeve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të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ndryshme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matematikore</w:t>
            </w:r>
            <w:proofErr w:type="spellEnd"/>
            <w:r w:rsidRPr="007C6219">
              <w:rPr>
                <w:rFonts w:cs="Times New Roman"/>
                <w:i/>
                <w:iCs/>
                <w:sz w:val="20"/>
                <w:szCs w:val="20"/>
                <w:lang w:val="de-DE"/>
              </w:rPr>
              <w:t>.</w:t>
            </w:r>
          </w:p>
        </w:tc>
      </w:tr>
      <w:tr w:rsidR="00F02432" w:rsidRPr="009E1A94" w:rsidTr="00F63F2F">
        <w:trPr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F02432" w:rsidRPr="000672E0" w:rsidRDefault="00F02432" w:rsidP="00F63F2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0672E0">
              <w:rPr>
                <w:rFonts w:cs="Times New Roman"/>
                <w:b/>
                <w:bCs/>
                <w:sz w:val="20"/>
                <w:szCs w:val="20"/>
              </w:rPr>
              <w:t>Tema</w:t>
            </w:r>
            <w:proofErr w:type="spellEnd"/>
            <w:r w:rsidRPr="000672E0">
              <w:rPr>
                <w:rFonts w:cs="Times New Roman"/>
                <w:b/>
                <w:bCs/>
                <w:sz w:val="20"/>
                <w:szCs w:val="20"/>
              </w:rPr>
              <w:t xml:space="preserve">-t </w:t>
            </w:r>
            <w:proofErr w:type="spellStart"/>
            <w:r w:rsidRPr="000672E0">
              <w:rPr>
                <w:rFonts w:cs="Times New Roman"/>
                <w:b/>
                <w:bCs/>
                <w:sz w:val="20"/>
                <w:szCs w:val="20"/>
              </w:rPr>
              <w:t>mësimore</w:t>
            </w:r>
            <w:proofErr w:type="spellEnd"/>
          </w:p>
        </w:tc>
        <w:tc>
          <w:tcPr>
            <w:tcW w:w="25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F02432" w:rsidRPr="00C84F42" w:rsidRDefault="00F02432" w:rsidP="00F63F2F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>Rezultatet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>të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>nxënit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>për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>tema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  <w:lang w:val="de-DE"/>
              </w:rPr>
              <w:t>mësimore</w:t>
            </w:r>
            <w:proofErr w:type="spellEnd"/>
          </w:p>
          <w:p w:rsidR="00F02432" w:rsidRPr="00C84F42" w:rsidRDefault="00F02432" w:rsidP="00F63F2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84F42">
              <w:rPr>
                <w:rFonts w:cs="Times New Roman"/>
                <w:b/>
                <w:bCs/>
                <w:sz w:val="20"/>
                <w:szCs w:val="20"/>
                <w:shd w:val="clear" w:color="auto" w:fill="E0E0E0"/>
              </w:rPr>
              <w:t>RNL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F02432" w:rsidRPr="00C84F42" w:rsidRDefault="00F02432" w:rsidP="00F63F2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</w:rPr>
              <w:t>Njësitë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</w:p>
          <w:p w:rsidR="00F02432" w:rsidRPr="00C84F42" w:rsidRDefault="00F02432" w:rsidP="00F63F2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</w:rPr>
              <w:t>Mësimore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extDirection w:val="btLr"/>
          </w:tcPr>
          <w:p w:rsidR="00F02432" w:rsidRPr="00C84F42" w:rsidRDefault="00F02432" w:rsidP="00F63F2F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84F42">
              <w:rPr>
                <w:rFonts w:cs="Times New Roman"/>
                <w:b/>
                <w:bCs/>
                <w:sz w:val="20"/>
                <w:szCs w:val="20"/>
              </w:rPr>
              <w:t xml:space="preserve">Koha e </w:t>
            </w: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</w:rPr>
              <w:t>mësimore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</w:rPr>
              <w:t>orë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</w:rPr>
              <w:t>mësimore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F02432" w:rsidRPr="00C84F42" w:rsidRDefault="00F02432" w:rsidP="00F63F2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C84F42">
              <w:rPr>
                <w:rFonts w:cs="Times New Roman"/>
                <w:b/>
                <w:bCs/>
                <w:sz w:val="20"/>
                <w:szCs w:val="20"/>
              </w:rPr>
              <w:t>Metodologjia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</w:rPr>
              <w:t xml:space="preserve">  e</w:t>
            </w:r>
            <w:proofErr w:type="gramEnd"/>
            <w:r w:rsidRPr="00C84F42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</w:rPr>
              <w:t>mësimdhënies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F02432" w:rsidRPr="00C84F42" w:rsidRDefault="00F02432" w:rsidP="00F63F2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C84F42">
              <w:rPr>
                <w:rFonts w:cs="Times New Roman"/>
                <w:b/>
                <w:bCs/>
                <w:sz w:val="20"/>
                <w:szCs w:val="20"/>
              </w:rPr>
              <w:t>Metodologjia</w:t>
            </w:r>
            <w:proofErr w:type="spellEnd"/>
            <w:r w:rsidRPr="00C84F42">
              <w:rPr>
                <w:rFonts w:cs="Times New Roman"/>
                <w:b/>
                <w:bCs/>
                <w:sz w:val="20"/>
                <w:szCs w:val="20"/>
              </w:rPr>
              <w:t xml:space="preserve">  e</w:t>
            </w:r>
            <w:proofErr w:type="gramEnd"/>
            <w:r w:rsidRPr="00C84F42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b/>
                <w:bCs/>
                <w:sz w:val="20"/>
                <w:szCs w:val="20"/>
              </w:rPr>
              <w:t>vlerësimit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F02432" w:rsidRPr="00C84F42" w:rsidRDefault="00F02432" w:rsidP="00F63F2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C84F42">
              <w:rPr>
                <w:rFonts w:cs="Times New Roman"/>
                <w:b/>
                <w:sz w:val="20"/>
                <w:szCs w:val="20"/>
              </w:rPr>
              <w:t>Ndërlidhja</w:t>
            </w:r>
            <w:proofErr w:type="spellEnd"/>
            <w:r w:rsidRPr="00C84F42">
              <w:rPr>
                <w:rFonts w:cs="Times New Roman"/>
                <w:b/>
                <w:sz w:val="20"/>
                <w:szCs w:val="20"/>
              </w:rPr>
              <w:t xml:space="preserve"> me </w:t>
            </w:r>
            <w:proofErr w:type="spellStart"/>
            <w:r w:rsidRPr="00C84F42">
              <w:rPr>
                <w:rFonts w:cs="Times New Roman"/>
                <w:b/>
                <w:sz w:val="20"/>
                <w:szCs w:val="20"/>
              </w:rPr>
              <w:t>lëndë</w:t>
            </w:r>
            <w:proofErr w:type="spellEnd"/>
            <w:r w:rsidRPr="00C84F42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b/>
                <w:sz w:val="20"/>
                <w:szCs w:val="20"/>
              </w:rPr>
              <w:t>tjera</w:t>
            </w:r>
            <w:proofErr w:type="spellEnd"/>
            <w:r w:rsidRPr="00C84F42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b/>
                <w:sz w:val="20"/>
                <w:szCs w:val="20"/>
              </w:rPr>
              <w:t>mësimore</w:t>
            </w:r>
            <w:proofErr w:type="spellEnd"/>
            <w:r w:rsidRPr="00C84F42">
              <w:rPr>
                <w:rFonts w:cs="Times New Roman"/>
                <w:b/>
                <w:sz w:val="20"/>
                <w:szCs w:val="20"/>
              </w:rPr>
              <w:t xml:space="preserve">, </w:t>
            </w:r>
            <w:proofErr w:type="gramStart"/>
            <w:r w:rsidRPr="00C84F42">
              <w:rPr>
                <w:rFonts w:cs="Times New Roman"/>
                <w:b/>
                <w:sz w:val="20"/>
                <w:szCs w:val="20"/>
              </w:rPr>
              <w:t xml:space="preserve">me  </w:t>
            </w:r>
            <w:proofErr w:type="spellStart"/>
            <w:r w:rsidRPr="00C84F42">
              <w:rPr>
                <w:rFonts w:cs="Times New Roman"/>
                <w:b/>
                <w:sz w:val="20"/>
                <w:szCs w:val="20"/>
              </w:rPr>
              <w:t>çështjet</w:t>
            </w:r>
            <w:proofErr w:type="spellEnd"/>
            <w:proofErr w:type="gramEnd"/>
            <w:r w:rsidRPr="00C84F42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b/>
                <w:sz w:val="20"/>
                <w:szCs w:val="20"/>
              </w:rPr>
              <w:t>ndërkurrikulare</w:t>
            </w:r>
            <w:proofErr w:type="spellEnd"/>
            <w:r w:rsidRPr="00C84F42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F02432" w:rsidRPr="009E1A94" w:rsidRDefault="00F02432" w:rsidP="00F63F2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9E1A94">
              <w:rPr>
                <w:b/>
                <w:bCs/>
                <w:sz w:val="20"/>
                <w:szCs w:val="20"/>
              </w:rPr>
              <w:t>Burimet</w:t>
            </w:r>
            <w:proofErr w:type="spellEnd"/>
          </w:p>
        </w:tc>
      </w:tr>
      <w:tr w:rsidR="000672E0" w:rsidRPr="00B62707" w:rsidTr="00F63F2F">
        <w:tc>
          <w:tcPr>
            <w:tcW w:w="15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672E0" w:rsidRDefault="000672E0" w:rsidP="000672E0">
            <w:pPr>
              <w:rPr>
                <w:b/>
                <w:sz w:val="20"/>
                <w:szCs w:val="20"/>
              </w:rPr>
            </w:pPr>
            <w:r w:rsidRPr="000672E0">
              <w:rPr>
                <w:b/>
                <w:sz w:val="20"/>
                <w:szCs w:val="20"/>
              </w:rPr>
              <w:t xml:space="preserve">10.Shndërrime </w:t>
            </w:r>
            <w:proofErr w:type="spellStart"/>
            <w:r w:rsidRPr="000672E0">
              <w:rPr>
                <w:b/>
                <w:sz w:val="20"/>
                <w:szCs w:val="20"/>
              </w:rPr>
              <w:t>gjeometrike</w:t>
            </w:r>
            <w:proofErr w:type="spellEnd"/>
            <w:r w:rsidRPr="000672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672E0">
              <w:rPr>
                <w:b/>
                <w:sz w:val="20"/>
                <w:szCs w:val="20"/>
              </w:rPr>
              <w:t>dhe</w:t>
            </w:r>
            <w:proofErr w:type="spellEnd"/>
            <w:r w:rsidRPr="000672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672E0">
              <w:rPr>
                <w:b/>
                <w:sz w:val="20"/>
                <w:szCs w:val="20"/>
              </w:rPr>
              <w:t>trupa</w:t>
            </w:r>
            <w:proofErr w:type="spellEnd"/>
            <w:r w:rsidRPr="000672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672E0">
              <w:rPr>
                <w:b/>
                <w:sz w:val="20"/>
                <w:szCs w:val="20"/>
              </w:rPr>
              <w:t>gjeometrikë</w:t>
            </w:r>
            <w:proofErr w:type="spellEnd"/>
            <w:r w:rsidRPr="000672E0">
              <w:rPr>
                <w:b/>
                <w:sz w:val="20"/>
                <w:szCs w:val="20"/>
              </w:rPr>
              <w:t xml:space="preserve">   </w:t>
            </w:r>
          </w:p>
          <w:p w:rsidR="000672E0" w:rsidRDefault="000672E0" w:rsidP="000672E0">
            <w:pPr>
              <w:rPr>
                <w:b/>
                <w:sz w:val="20"/>
                <w:szCs w:val="20"/>
              </w:rPr>
            </w:pPr>
          </w:p>
          <w:p w:rsidR="000672E0" w:rsidRDefault="000672E0" w:rsidP="000672E0">
            <w:pPr>
              <w:rPr>
                <w:b/>
                <w:sz w:val="20"/>
                <w:szCs w:val="20"/>
              </w:rPr>
            </w:pPr>
          </w:p>
          <w:p w:rsidR="000672E0" w:rsidRDefault="000672E0" w:rsidP="000672E0">
            <w:pPr>
              <w:rPr>
                <w:b/>
                <w:sz w:val="20"/>
                <w:szCs w:val="20"/>
              </w:rPr>
            </w:pPr>
          </w:p>
          <w:p w:rsidR="000672E0" w:rsidRDefault="000672E0" w:rsidP="000672E0">
            <w:pPr>
              <w:rPr>
                <w:b/>
                <w:sz w:val="20"/>
                <w:szCs w:val="20"/>
              </w:rPr>
            </w:pPr>
          </w:p>
          <w:p w:rsidR="000672E0" w:rsidRDefault="000672E0" w:rsidP="000672E0">
            <w:pPr>
              <w:rPr>
                <w:b/>
                <w:sz w:val="20"/>
                <w:szCs w:val="20"/>
              </w:rPr>
            </w:pPr>
            <w:r w:rsidRPr="000672E0">
              <w:rPr>
                <w:b/>
                <w:sz w:val="20"/>
                <w:szCs w:val="20"/>
              </w:rPr>
              <w:t>11. F</w:t>
            </w:r>
            <w:proofErr w:type="spellStart"/>
            <w:r w:rsidRPr="000672E0">
              <w:rPr>
                <w:b/>
                <w:sz w:val="20"/>
                <w:szCs w:val="20"/>
              </w:rPr>
              <w:t>unksioni</w:t>
            </w:r>
            <w:proofErr w:type="spellEnd"/>
            <w:r w:rsidRPr="000672E0">
              <w:rPr>
                <w:b/>
                <w:sz w:val="20"/>
                <w:szCs w:val="20"/>
              </w:rPr>
              <w:t xml:space="preserve">   </w:t>
            </w:r>
          </w:p>
          <w:p w:rsidR="000672E0" w:rsidRDefault="000672E0" w:rsidP="000672E0">
            <w:pPr>
              <w:rPr>
                <w:b/>
                <w:sz w:val="20"/>
                <w:szCs w:val="20"/>
              </w:rPr>
            </w:pPr>
          </w:p>
          <w:p w:rsidR="000672E0" w:rsidRDefault="000672E0" w:rsidP="000672E0">
            <w:pPr>
              <w:rPr>
                <w:b/>
                <w:sz w:val="20"/>
                <w:szCs w:val="20"/>
              </w:rPr>
            </w:pPr>
          </w:p>
          <w:p w:rsidR="000672E0" w:rsidRDefault="000672E0" w:rsidP="000672E0">
            <w:pPr>
              <w:rPr>
                <w:b/>
                <w:sz w:val="20"/>
                <w:szCs w:val="20"/>
              </w:rPr>
            </w:pPr>
          </w:p>
          <w:p w:rsidR="000672E0" w:rsidRDefault="000672E0" w:rsidP="000672E0">
            <w:pPr>
              <w:rPr>
                <w:b/>
                <w:sz w:val="20"/>
                <w:szCs w:val="20"/>
              </w:rPr>
            </w:pPr>
          </w:p>
          <w:p w:rsidR="000672E0" w:rsidRDefault="000672E0" w:rsidP="000672E0">
            <w:pPr>
              <w:rPr>
                <w:b/>
                <w:sz w:val="20"/>
                <w:szCs w:val="20"/>
              </w:rPr>
            </w:pPr>
          </w:p>
          <w:p w:rsidR="000672E0" w:rsidRDefault="000672E0" w:rsidP="000672E0">
            <w:pPr>
              <w:rPr>
                <w:b/>
                <w:sz w:val="20"/>
                <w:szCs w:val="20"/>
              </w:rPr>
            </w:pPr>
          </w:p>
          <w:p w:rsidR="000672E0" w:rsidRPr="000672E0" w:rsidRDefault="000672E0" w:rsidP="000672E0">
            <w:pPr>
              <w:rPr>
                <w:b/>
                <w:sz w:val="20"/>
                <w:szCs w:val="20"/>
              </w:rPr>
            </w:pPr>
            <w:r w:rsidRPr="000672E0">
              <w:rPr>
                <w:b/>
                <w:sz w:val="20"/>
                <w:szCs w:val="20"/>
              </w:rPr>
              <w:t>12. S</w:t>
            </w:r>
            <w:proofErr w:type="spellStart"/>
            <w:r w:rsidRPr="000672E0">
              <w:rPr>
                <w:b/>
                <w:sz w:val="20"/>
                <w:szCs w:val="20"/>
              </w:rPr>
              <w:t>tatistika</w:t>
            </w:r>
            <w:proofErr w:type="spellEnd"/>
            <w:r w:rsidRPr="000672E0">
              <w:rPr>
                <w:b/>
                <w:sz w:val="20"/>
                <w:szCs w:val="20"/>
              </w:rPr>
              <w:t xml:space="preserve">   </w:t>
            </w:r>
          </w:p>
          <w:p w:rsidR="000672E0" w:rsidRDefault="000672E0" w:rsidP="000672E0">
            <w:pPr>
              <w:rPr>
                <w:b/>
                <w:sz w:val="20"/>
                <w:szCs w:val="20"/>
              </w:rPr>
            </w:pPr>
          </w:p>
          <w:p w:rsidR="000672E0" w:rsidRDefault="000672E0" w:rsidP="000672E0">
            <w:pPr>
              <w:rPr>
                <w:b/>
                <w:sz w:val="20"/>
                <w:szCs w:val="20"/>
              </w:rPr>
            </w:pPr>
          </w:p>
          <w:p w:rsidR="000672E0" w:rsidRDefault="000672E0" w:rsidP="000672E0">
            <w:pPr>
              <w:rPr>
                <w:b/>
                <w:sz w:val="20"/>
                <w:szCs w:val="20"/>
              </w:rPr>
            </w:pPr>
          </w:p>
          <w:p w:rsidR="000672E0" w:rsidRDefault="000672E0" w:rsidP="000672E0">
            <w:pPr>
              <w:rPr>
                <w:b/>
                <w:sz w:val="20"/>
                <w:szCs w:val="20"/>
              </w:rPr>
            </w:pPr>
          </w:p>
          <w:p w:rsidR="000672E0" w:rsidRDefault="000672E0" w:rsidP="000672E0">
            <w:pPr>
              <w:rPr>
                <w:b/>
                <w:sz w:val="20"/>
                <w:szCs w:val="20"/>
              </w:rPr>
            </w:pPr>
          </w:p>
          <w:p w:rsidR="000672E0" w:rsidRDefault="000672E0" w:rsidP="000672E0">
            <w:pPr>
              <w:rPr>
                <w:b/>
                <w:sz w:val="20"/>
                <w:szCs w:val="20"/>
              </w:rPr>
            </w:pPr>
          </w:p>
          <w:p w:rsidR="000672E0" w:rsidRDefault="000672E0" w:rsidP="000672E0">
            <w:pPr>
              <w:rPr>
                <w:b/>
                <w:sz w:val="20"/>
                <w:szCs w:val="20"/>
              </w:rPr>
            </w:pPr>
          </w:p>
          <w:p w:rsidR="000672E0" w:rsidRPr="000672E0" w:rsidRDefault="000672E0" w:rsidP="000672E0">
            <w:pPr>
              <w:rPr>
                <w:rFonts w:cs="Times New Roman"/>
                <w:b/>
                <w:sz w:val="20"/>
                <w:szCs w:val="20"/>
              </w:rPr>
            </w:pPr>
            <w:r w:rsidRPr="000672E0">
              <w:rPr>
                <w:b/>
                <w:sz w:val="20"/>
                <w:szCs w:val="20"/>
              </w:rPr>
              <w:t>13.Probabiliteti</w:t>
            </w:r>
          </w:p>
          <w:p w:rsidR="000672E0" w:rsidRPr="000672E0" w:rsidRDefault="000672E0" w:rsidP="000672E0">
            <w:pPr>
              <w:rPr>
                <w:rFonts w:cs="Times New Roman"/>
                <w:b/>
                <w:sz w:val="20"/>
                <w:szCs w:val="20"/>
              </w:rPr>
            </w:pPr>
          </w:p>
          <w:p w:rsidR="000672E0" w:rsidRPr="000672E0" w:rsidRDefault="000672E0" w:rsidP="000672E0">
            <w:pPr>
              <w:rPr>
                <w:rFonts w:cs="Times New Roman"/>
                <w:b/>
                <w:sz w:val="20"/>
                <w:szCs w:val="20"/>
              </w:rPr>
            </w:pPr>
          </w:p>
          <w:p w:rsidR="000672E0" w:rsidRPr="000672E0" w:rsidRDefault="000672E0" w:rsidP="000672E0">
            <w:pPr>
              <w:rPr>
                <w:rFonts w:cs="Times New Roman"/>
                <w:b/>
                <w:sz w:val="20"/>
                <w:szCs w:val="20"/>
              </w:rPr>
            </w:pPr>
          </w:p>
          <w:p w:rsidR="000672E0" w:rsidRPr="000672E0" w:rsidRDefault="000672E0" w:rsidP="000672E0">
            <w:pPr>
              <w:rPr>
                <w:rFonts w:cs="Times New Roman"/>
                <w:b/>
                <w:sz w:val="20"/>
                <w:szCs w:val="20"/>
              </w:rPr>
            </w:pPr>
          </w:p>
          <w:p w:rsidR="000672E0" w:rsidRPr="000672E0" w:rsidRDefault="000672E0" w:rsidP="000672E0">
            <w:pPr>
              <w:rPr>
                <w:rFonts w:cs="Times New Roman"/>
                <w:b/>
                <w:sz w:val="20"/>
                <w:szCs w:val="20"/>
              </w:rPr>
            </w:pPr>
          </w:p>
          <w:p w:rsidR="000672E0" w:rsidRPr="000672E0" w:rsidRDefault="000672E0" w:rsidP="000672E0">
            <w:pPr>
              <w:rPr>
                <w:rFonts w:cs="Times New Roman"/>
                <w:b/>
                <w:sz w:val="20"/>
                <w:szCs w:val="20"/>
              </w:rPr>
            </w:pPr>
          </w:p>
          <w:p w:rsidR="000672E0" w:rsidRPr="000672E0" w:rsidRDefault="000672E0" w:rsidP="000672E0">
            <w:pPr>
              <w:rPr>
                <w:rFonts w:cs="Times New Roman"/>
                <w:b/>
                <w:sz w:val="20"/>
                <w:szCs w:val="20"/>
              </w:rPr>
            </w:pPr>
          </w:p>
          <w:p w:rsidR="000672E0" w:rsidRPr="000672E0" w:rsidRDefault="000672E0" w:rsidP="000672E0">
            <w:pPr>
              <w:rPr>
                <w:rFonts w:cs="Times New Roman"/>
                <w:b/>
                <w:sz w:val="20"/>
                <w:szCs w:val="20"/>
              </w:rPr>
            </w:pPr>
          </w:p>
          <w:p w:rsidR="000672E0" w:rsidRPr="000672E0" w:rsidRDefault="000672E0" w:rsidP="000672E0">
            <w:pPr>
              <w:rPr>
                <w:rFonts w:cs="Times New Roman"/>
                <w:b/>
                <w:sz w:val="20"/>
                <w:szCs w:val="20"/>
              </w:rPr>
            </w:pPr>
          </w:p>
          <w:p w:rsidR="000672E0" w:rsidRPr="000672E0" w:rsidRDefault="000672E0" w:rsidP="000672E0">
            <w:pPr>
              <w:rPr>
                <w:rFonts w:cs="Times New Roman"/>
                <w:b/>
                <w:sz w:val="20"/>
                <w:szCs w:val="20"/>
              </w:rPr>
            </w:pPr>
          </w:p>
          <w:p w:rsidR="000672E0" w:rsidRPr="000672E0" w:rsidRDefault="000672E0" w:rsidP="000672E0">
            <w:pPr>
              <w:rPr>
                <w:rFonts w:cs="Times New Roman"/>
                <w:b/>
                <w:sz w:val="20"/>
                <w:szCs w:val="20"/>
              </w:rPr>
            </w:pPr>
          </w:p>
          <w:p w:rsidR="000672E0" w:rsidRPr="000672E0" w:rsidRDefault="000672E0" w:rsidP="000672E0">
            <w:pPr>
              <w:rPr>
                <w:rFonts w:cs="Times New Roman"/>
                <w:b/>
                <w:sz w:val="20"/>
                <w:szCs w:val="20"/>
              </w:rPr>
            </w:pPr>
          </w:p>
          <w:p w:rsidR="000672E0" w:rsidRPr="000672E0" w:rsidRDefault="000672E0" w:rsidP="000672E0">
            <w:pPr>
              <w:rPr>
                <w:rFonts w:cs="Times New Roman"/>
                <w:b/>
                <w:sz w:val="20"/>
                <w:szCs w:val="20"/>
              </w:rPr>
            </w:pPr>
          </w:p>
          <w:p w:rsidR="000672E0" w:rsidRPr="000672E0" w:rsidRDefault="000672E0" w:rsidP="000672E0">
            <w:pPr>
              <w:rPr>
                <w:rFonts w:cs="Times New Roman"/>
                <w:b/>
                <w:sz w:val="20"/>
                <w:szCs w:val="20"/>
              </w:rPr>
            </w:pPr>
          </w:p>
          <w:p w:rsidR="000672E0" w:rsidRPr="000672E0" w:rsidRDefault="000672E0" w:rsidP="000672E0">
            <w:pPr>
              <w:rPr>
                <w:rFonts w:cs="Times New Roman"/>
                <w:b/>
                <w:sz w:val="20"/>
                <w:szCs w:val="20"/>
              </w:rPr>
            </w:pPr>
          </w:p>
          <w:p w:rsidR="000672E0" w:rsidRPr="000672E0" w:rsidRDefault="000672E0" w:rsidP="000672E0">
            <w:pPr>
              <w:rPr>
                <w:rFonts w:cs="Times New Roman"/>
                <w:b/>
                <w:sz w:val="20"/>
                <w:szCs w:val="20"/>
              </w:rPr>
            </w:pPr>
          </w:p>
          <w:p w:rsidR="000672E0" w:rsidRPr="000672E0" w:rsidRDefault="000672E0" w:rsidP="000672E0">
            <w:pPr>
              <w:rPr>
                <w:rFonts w:cs="Times New Roman"/>
                <w:b/>
                <w:sz w:val="20"/>
                <w:szCs w:val="20"/>
              </w:rPr>
            </w:pPr>
          </w:p>
          <w:p w:rsidR="000672E0" w:rsidRPr="000672E0" w:rsidRDefault="000672E0" w:rsidP="000672E0">
            <w:pPr>
              <w:rPr>
                <w:rFonts w:cs="Times New Roman"/>
                <w:b/>
                <w:sz w:val="20"/>
                <w:szCs w:val="20"/>
              </w:rPr>
            </w:pPr>
          </w:p>
          <w:p w:rsidR="000672E0" w:rsidRPr="000672E0" w:rsidRDefault="000672E0" w:rsidP="000672E0">
            <w:pPr>
              <w:rPr>
                <w:rFonts w:cs="Times New Roman"/>
                <w:b/>
                <w:sz w:val="20"/>
                <w:szCs w:val="20"/>
              </w:rPr>
            </w:pPr>
          </w:p>
          <w:p w:rsidR="000672E0" w:rsidRPr="000672E0" w:rsidRDefault="000672E0" w:rsidP="000672E0">
            <w:pPr>
              <w:rPr>
                <w:rFonts w:cs="Times New Roman"/>
                <w:b/>
                <w:sz w:val="20"/>
                <w:szCs w:val="20"/>
              </w:rPr>
            </w:pPr>
          </w:p>
          <w:p w:rsidR="000672E0" w:rsidRPr="000672E0" w:rsidRDefault="000672E0" w:rsidP="000672E0">
            <w:pPr>
              <w:rPr>
                <w:rFonts w:cs="Times New Roman"/>
                <w:b/>
                <w:sz w:val="20"/>
                <w:szCs w:val="20"/>
              </w:rPr>
            </w:pPr>
          </w:p>
          <w:p w:rsidR="000672E0" w:rsidRPr="000672E0" w:rsidRDefault="000672E0" w:rsidP="000672E0">
            <w:pPr>
              <w:rPr>
                <w:rFonts w:cs="Times New Roman"/>
                <w:b/>
                <w:sz w:val="20"/>
                <w:szCs w:val="20"/>
              </w:rPr>
            </w:pPr>
          </w:p>
          <w:p w:rsidR="000672E0" w:rsidRPr="000672E0" w:rsidRDefault="000672E0" w:rsidP="000672E0">
            <w:pPr>
              <w:rPr>
                <w:rFonts w:cs="Times New Roman"/>
                <w:b/>
                <w:sz w:val="20"/>
                <w:szCs w:val="20"/>
              </w:rPr>
            </w:pPr>
          </w:p>
          <w:p w:rsidR="000672E0" w:rsidRPr="000672E0" w:rsidRDefault="000672E0" w:rsidP="000672E0">
            <w:pPr>
              <w:rPr>
                <w:rFonts w:cs="Times New Roman"/>
                <w:b/>
                <w:sz w:val="20"/>
                <w:szCs w:val="20"/>
              </w:rPr>
            </w:pPr>
          </w:p>
          <w:p w:rsidR="000672E0" w:rsidRPr="000672E0" w:rsidRDefault="000672E0" w:rsidP="000672E0">
            <w:pPr>
              <w:rPr>
                <w:rFonts w:cs="Times New Roman"/>
                <w:b/>
                <w:sz w:val="20"/>
                <w:szCs w:val="20"/>
              </w:rPr>
            </w:pPr>
          </w:p>
          <w:p w:rsidR="000672E0" w:rsidRPr="000672E0" w:rsidRDefault="000672E0" w:rsidP="000672E0">
            <w:pPr>
              <w:rPr>
                <w:rFonts w:cs="Times New Roman"/>
                <w:b/>
                <w:sz w:val="20"/>
                <w:szCs w:val="20"/>
              </w:rPr>
            </w:pPr>
          </w:p>
          <w:p w:rsidR="000672E0" w:rsidRPr="000672E0" w:rsidRDefault="000672E0" w:rsidP="000672E0">
            <w:pPr>
              <w:rPr>
                <w:rFonts w:cs="Times New Roman"/>
                <w:b/>
                <w:sz w:val="20"/>
                <w:szCs w:val="20"/>
              </w:rPr>
            </w:pPr>
          </w:p>
          <w:p w:rsidR="000672E0" w:rsidRPr="000672E0" w:rsidRDefault="000672E0" w:rsidP="000672E0">
            <w:pPr>
              <w:rPr>
                <w:rFonts w:cs="Times New Roman"/>
                <w:b/>
                <w:sz w:val="20"/>
                <w:szCs w:val="20"/>
              </w:rPr>
            </w:pPr>
          </w:p>
          <w:p w:rsidR="000672E0" w:rsidRPr="000672E0" w:rsidRDefault="000672E0" w:rsidP="000672E0">
            <w:pPr>
              <w:rPr>
                <w:rFonts w:cs="Times New Roman"/>
                <w:b/>
                <w:sz w:val="20"/>
                <w:szCs w:val="20"/>
              </w:rPr>
            </w:pPr>
          </w:p>
          <w:p w:rsidR="000672E0" w:rsidRPr="000672E0" w:rsidRDefault="000672E0" w:rsidP="000672E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8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672E0" w:rsidRPr="000672E0" w:rsidRDefault="000672E0" w:rsidP="000672E0">
            <w:pPr>
              <w:rPr>
                <w:sz w:val="20"/>
                <w:szCs w:val="20"/>
                <w:lang w:val="de-DE"/>
              </w:rPr>
            </w:pPr>
            <w:r w:rsidRPr="000672E0">
              <w:rPr>
                <w:sz w:val="20"/>
                <w:szCs w:val="20"/>
                <w:lang w:val="de-DE"/>
              </w:rPr>
              <w:lastRenderedPageBreak/>
              <w:t>TEMA</w:t>
            </w:r>
            <w:r>
              <w:rPr>
                <w:sz w:val="20"/>
                <w:szCs w:val="20"/>
                <w:lang w:val="de-DE"/>
              </w:rPr>
              <w:t xml:space="preserve"> 10:</w:t>
            </w:r>
          </w:p>
          <w:p w:rsidR="000672E0" w:rsidRPr="000672E0" w:rsidRDefault="000672E0" w:rsidP="000672E0">
            <w:pPr>
              <w:rPr>
                <w:sz w:val="20"/>
                <w:szCs w:val="20"/>
                <w:lang w:val="de-DE"/>
              </w:rPr>
            </w:pPr>
            <w:r w:rsidRPr="000672E0">
              <w:rPr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Përdor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sistemin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kënddrejtë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koordinativ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koordinatat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pikës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>.</w:t>
            </w:r>
          </w:p>
          <w:p w:rsidR="000672E0" w:rsidRPr="000672E0" w:rsidRDefault="000672E0" w:rsidP="000672E0">
            <w:pPr>
              <w:rPr>
                <w:sz w:val="20"/>
                <w:szCs w:val="20"/>
                <w:lang w:val="de-DE"/>
              </w:rPr>
            </w:pPr>
            <w:r w:rsidRPr="000672E0">
              <w:rPr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Konstrukton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figura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me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simetri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boshtore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qendrore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identifikon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lastRenderedPageBreak/>
              <w:t>boshtet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simetrisë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>.</w:t>
            </w:r>
          </w:p>
          <w:p w:rsidR="000672E0" w:rsidRPr="000672E0" w:rsidRDefault="000672E0" w:rsidP="000672E0">
            <w:pPr>
              <w:rPr>
                <w:sz w:val="20"/>
                <w:szCs w:val="20"/>
                <w:lang w:val="de-DE"/>
              </w:rPr>
            </w:pPr>
            <w:r w:rsidRPr="000672E0">
              <w:rPr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Identifikon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figurat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dydimensionale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në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rrjetin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prizmit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piramidës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>.</w:t>
            </w:r>
          </w:p>
          <w:p w:rsidR="000672E0" w:rsidRPr="000672E0" w:rsidRDefault="000672E0" w:rsidP="000672E0">
            <w:pPr>
              <w:rPr>
                <w:sz w:val="20"/>
                <w:szCs w:val="20"/>
                <w:lang w:val="de-DE"/>
              </w:rPr>
            </w:pPr>
            <w:r w:rsidRPr="000672E0">
              <w:rPr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Skicon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objekte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tredimensionale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nga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modelet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vizatimet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>.</w:t>
            </w:r>
          </w:p>
          <w:p w:rsidR="000672E0" w:rsidRPr="000672E0" w:rsidRDefault="000672E0" w:rsidP="000672E0">
            <w:pPr>
              <w:rPr>
                <w:sz w:val="20"/>
                <w:szCs w:val="20"/>
                <w:lang w:val="de-DE"/>
              </w:rPr>
            </w:pPr>
            <w:r w:rsidRPr="000672E0">
              <w:rPr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Zbulon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përdor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formulat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për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syprinën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prizmit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piramidës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>.</w:t>
            </w:r>
          </w:p>
          <w:p w:rsidR="000672E0" w:rsidRPr="000672E0" w:rsidRDefault="000672E0" w:rsidP="000672E0">
            <w:pPr>
              <w:rPr>
                <w:sz w:val="20"/>
                <w:szCs w:val="20"/>
                <w:lang w:val="de-DE"/>
              </w:rPr>
            </w:pPr>
            <w:r w:rsidRPr="000672E0">
              <w:rPr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Përshkruan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marrëdhëniet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ndërmjet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njësive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kubike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>.</w:t>
            </w:r>
          </w:p>
          <w:p w:rsidR="000672E0" w:rsidRPr="000672E0" w:rsidRDefault="000672E0" w:rsidP="000672E0">
            <w:pPr>
              <w:rPr>
                <w:sz w:val="20"/>
                <w:szCs w:val="20"/>
                <w:lang w:val="de-DE"/>
              </w:rPr>
            </w:pPr>
            <w:r w:rsidRPr="000672E0">
              <w:rPr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Njehson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vëllimin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prizmit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piramidës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zgjidh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probleme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praktike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me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trupa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gjeometrikë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>.</w:t>
            </w:r>
          </w:p>
          <w:p w:rsidR="000672E0" w:rsidRPr="000672E0" w:rsidRDefault="000672E0" w:rsidP="000672E0">
            <w:pPr>
              <w:rPr>
                <w:sz w:val="20"/>
                <w:szCs w:val="20"/>
                <w:lang w:val="de-DE"/>
              </w:rPr>
            </w:pPr>
          </w:p>
          <w:p w:rsidR="000672E0" w:rsidRPr="000672E0" w:rsidRDefault="000672E0" w:rsidP="000672E0">
            <w:pPr>
              <w:rPr>
                <w:sz w:val="20"/>
                <w:szCs w:val="20"/>
                <w:lang w:val="de-DE"/>
              </w:rPr>
            </w:pPr>
            <w:r w:rsidRPr="000672E0">
              <w:rPr>
                <w:sz w:val="20"/>
                <w:szCs w:val="20"/>
                <w:lang w:val="de-DE"/>
              </w:rPr>
              <w:t>TEMA</w:t>
            </w:r>
            <w:r>
              <w:rPr>
                <w:sz w:val="20"/>
                <w:szCs w:val="20"/>
                <w:lang w:val="de-DE"/>
              </w:rPr>
              <w:t xml:space="preserve"> 11:</w:t>
            </w:r>
          </w:p>
          <w:p w:rsidR="000672E0" w:rsidRPr="000672E0" w:rsidRDefault="000672E0" w:rsidP="000672E0">
            <w:pPr>
              <w:rPr>
                <w:sz w:val="20"/>
                <w:szCs w:val="20"/>
                <w:lang w:val="de-DE"/>
              </w:rPr>
            </w:pPr>
            <w:r w:rsidRPr="000672E0">
              <w:rPr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Modelon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grafikisht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probleme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nga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jeta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përditshme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që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lidhen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me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funksionin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>.</w:t>
            </w:r>
          </w:p>
          <w:p w:rsidR="000672E0" w:rsidRPr="000672E0" w:rsidRDefault="000672E0" w:rsidP="000672E0">
            <w:pPr>
              <w:rPr>
                <w:sz w:val="20"/>
                <w:szCs w:val="20"/>
                <w:lang w:val="de-DE"/>
              </w:rPr>
            </w:pPr>
            <w:r w:rsidRPr="000672E0">
              <w:rPr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Paraqet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funksionin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me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tabelë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dyshe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të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renditura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në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rrjetin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koordinativ.</w:t>
            </w:r>
          </w:p>
          <w:p w:rsidR="000672E0" w:rsidRPr="000672E0" w:rsidRDefault="000672E0" w:rsidP="000672E0">
            <w:pPr>
              <w:rPr>
                <w:sz w:val="20"/>
                <w:szCs w:val="20"/>
                <w:lang w:val="de-DE"/>
              </w:rPr>
            </w:pPr>
            <w:r w:rsidRPr="000672E0">
              <w:rPr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Ndërton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grafikun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funksionit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cakton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vlerën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funksionit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për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vlera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të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argumentit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x.</w:t>
            </w:r>
          </w:p>
          <w:p w:rsidR="000672E0" w:rsidRPr="000672E0" w:rsidRDefault="000672E0" w:rsidP="000672E0">
            <w:pPr>
              <w:rPr>
                <w:sz w:val="20"/>
                <w:szCs w:val="20"/>
                <w:lang w:val="de-DE"/>
              </w:rPr>
            </w:pPr>
            <w:r w:rsidRPr="000672E0">
              <w:rPr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Interpreton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paraqet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funksionin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y =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kx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>.</w:t>
            </w:r>
          </w:p>
          <w:p w:rsidR="000672E0" w:rsidRPr="000672E0" w:rsidRDefault="000672E0" w:rsidP="000672E0">
            <w:pPr>
              <w:rPr>
                <w:sz w:val="20"/>
                <w:szCs w:val="20"/>
                <w:lang w:val="de-DE"/>
              </w:rPr>
            </w:pPr>
          </w:p>
          <w:p w:rsidR="000672E0" w:rsidRPr="000672E0" w:rsidRDefault="000672E0" w:rsidP="000672E0">
            <w:pPr>
              <w:rPr>
                <w:sz w:val="20"/>
                <w:szCs w:val="20"/>
                <w:lang w:val="de-DE"/>
              </w:rPr>
            </w:pPr>
            <w:r w:rsidRPr="000672E0">
              <w:rPr>
                <w:sz w:val="20"/>
                <w:szCs w:val="20"/>
                <w:lang w:val="de-DE"/>
              </w:rPr>
              <w:t>TEMA</w:t>
            </w:r>
            <w:r>
              <w:rPr>
                <w:sz w:val="20"/>
                <w:szCs w:val="20"/>
                <w:lang w:val="de-DE"/>
              </w:rPr>
              <w:t xml:space="preserve"> 12:</w:t>
            </w:r>
          </w:p>
          <w:p w:rsidR="000672E0" w:rsidRPr="000672E0" w:rsidRDefault="000672E0" w:rsidP="000672E0">
            <w:pPr>
              <w:rPr>
                <w:sz w:val="20"/>
                <w:szCs w:val="20"/>
                <w:lang w:val="de-DE"/>
              </w:rPr>
            </w:pPr>
            <w:r w:rsidRPr="000672E0">
              <w:rPr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Grumbullon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të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dhëna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statistikore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për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dukuri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nga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mjedisi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jeta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përditshme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>.</w:t>
            </w:r>
          </w:p>
          <w:p w:rsidR="000672E0" w:rsidRPr="000672E0" w:rsidRDefault="000672E0" w:rsidP="000672E0">
            <w:pPr>
              <w:rPr>
                <w:sz w:val="20"/>
                <w:szCs w:val="20"/>
                <w:lang w:val="de-DE"/>
              </w:rPr>
            </w:pPr>
            <w:r w:rsidRPr="000672E0">
              <w:rPr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Paraqet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të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dhënat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grumbulluara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në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tabela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interpreton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ato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>.</w:t>
            </w:r>
          </w:p>
          <w:p w:rsidR="000672E0" w:rsidRPr="000672E0" w:rsidRDefault="000672E0" w:rsidP="000672E0">
            <w:pPr>
              <w:rPr>
                <w:sz w:val="20"/>
                <w:szCs w:val="20"/>
                <w:lang w:val="de-DE"/>
              </w:rPr>
            </w:pPr>
            <w:r w:rsidRPr="000672E0">
              <w:rPr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Cakton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vlerat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mesatare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amplitudën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një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grupi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të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dhënash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>.</w:t>
            </w:r>
          </w:p>
          <w:p w:rsidR="000672E0" w:rsidRPr="000672E0" w:rsidRDefault="000672E0" w:rsidP="000672E0">
            <w:pPr>
              <w:rPr>
                <w:sz w:val="20"/>
                <w:szCs w:val="20"/>
                <w:lang w:val="de-DE"/>
              </w:rPr>
            </w:pPr>
            <w:r w:rsidRPr="000672E0">
              <w:rPr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Përdor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tabelat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frekuencave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paraqitjet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grafike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>.</w:t>
            </w:r>
          </w:p>
          <w:p w:rsidR="000672E0" w:rsidRPr="000672E0" w:rsidRDefault="000672E0" w:rsidP="000672E0">
            <w:pPr>
              <w:rPr>
                <w:sz w:val="20"/>
                <w:szCs w:val="20"/>
              </w:rPr>
            </w:pPr>
            <w:r w:rsidRPr="000672E0">
              <w:rPr>
                <w:sz w:val="20"/>
                <w:szCs w:val="20"/>
              </w:rPr>
              <w:t xml:space="preserve">• </w:t>
            </w:r>
            <w:proofErr w:type="spellStart"/>
            <w:r w:rsidRPr="000672E0">
              <w:rPr>
                <w:sz w:val="20"/>
                <w:szCs w:val="20"/>
              </w:rPr>
              <w:t>Ndërton</w:t>
            </w:r>
            <w:proofErr w:type="spellEnd"/>
            <w:r w:rsidRPr="000672E0">
              <w:rPr>
                <w:sz w:val="20"/>
                <w:szCs w:val="20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</w:rPr>
              <w:t>dhe</w:t>
            </w:r>
            <w:proofErr w:type="spellEnd"/>
            <w:r w:rsidRPr="000672E0">
              <w:rPr>
                <w:sz w:val="20"/>
                <w:szCs w:val="20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</w:rPr>
              <w:t>interpreton</w:t>
            </w:r>
            <w:proofErr w:type="spellEnd"/>
            <w:r w:rsidRPr="000672E0">
              <w:rPr>
                <w:sz w:val="20"/>
                <w:szCs w:val="20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</w:rPr>
              <w:t>piktograme</w:t>
            </w:r>
            <w:proofErr w:type="spellEnd"/>
            <w:r w:rsidRPr="000672E0">
              <w:rPr>
                <w:sz w:val="20"/>
                <w:szCs w:val="20"/>
              </w:rPr>
              <w:t xml:space="preserve">, </w:t>
            </w:r>
            <w:proofErr w:type="spellStart"/>
            <w:r w:rsidRPr="000672E0">
              <w:rPr>
                <w:sz w:val="20"/>
                <w:szCs w:val="20"/>
              </w:rPr>
              <w:t>diagrame</w:t>
            </w:r>
            <w:proofErr w:type="spellEnd"/>
            <w:r w:rsidRPr="000672E0">
              <w:rPr>
                <w:sz w:val="20"/>
                <w:szCs w:val="20"/>
              </w:rPr>
              <w:t xml:space="preserve"> me </w:t>
            </w:r>
            <w:proofErr w:type="spellStart"/>
            <w:r w:rsidRPr="000672E0">
              <w:rPr>
                <w:sz w:val="20"/>
                <w:szCs w:val="20"/>
              </w:rPr>
              <w:lastRenderedPageBreak/>
              <w:t>shtylla</w:t>
            </w:r>
            <w:proofErr w:type="spellEnd"/>
            <w:r w:rsidRPr="000672E0">
              <w:rPr>
                <w:sz w:val="20"/>
                <w:szCs w:val="20"/>
              </w:rPr>
              <w:t xml:space="preserve">, </w:t>
            </w:r>
            <w:proofErr w:type="spellStart"/>
            <w:r w:rsidRPr="000672E0">
              <w:rPr>
                <w:sz w:val="20"/>
                <w:szCs w:val="20"/>
              </w:rPr>
              <w:t>diagrame</w:t>
            </w:r>
            <w:proofErr w:type="spellEnd"/>
            <w:r w:rsidRPr="000672E0">
              <w:rPr>
                <w:sz w:val="20"/>
                <w:szCs w:val="20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</w:rPr>
              <w:t>rrethore</w:t>
            </w:r>
            <w:proofErr w:type="spellEnd"/>
            <w:r w:rsidRPr="000672E0">
              <w:rPr>
                <w:sz w:val="20"/>
                <w:szCs w:val="20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</w:rPr>
              <w:t>dhe</w:t>
            </w:r>
            <w:proofErr w:type="spellEnd"/>
            <w:r w:rsidRPr="000672E0">
              <w:rPr>
                <w:sz w:val="20"/>
                <w:szCs w:val="20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</w:rPr>
              <w:t>diagrame</w:t>
            </w:r>
            <w:proofErr w:type="spellEnd"/>
            <w:r w:rsidRPr="000672E0">
              <w:rPr>
                <w:sz w:val="20"/>
                <w:szCs w:val="20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</w:rPr>
              <w:t>frekuencash</w:t>
            </w:r>
            <w:proofErr w:type="spellEnd"/>
            <w:r w:rsidRPr="000672E0">
              <w:rPr>
                <w:sz w:val="20"/>
                <w:szCs w:val="20"/>
              </w:rPr>
              <w:t>.</w:t>
            </w:r>
          </w:p>
          <w:p w:rsidR="000672E0" w:rsidRPr="000672E0" w:rsidRDefault="000672E0" w:rsidP="000672E0">
            <w:pPr>
              <w:rPr>
                <w:sz w:val="20"/>
                <w:szCs w:val="20"/>
              </w:rPr>
            </w:pPr>
            <w:r w:rsidRPr="000672E0">
              <w:rPr>
                <w:sz w:val="20"/>
                <w:szCs w:val="20"/>
              </w:rPr>
              <w:t xml:space="preserve">• </w:t>
            </w:r>
            <w:proofErr w:type="spellStart"/>
            <w:r w:rsidRPr="000672E0">
              <w:rPr>
                <w:sz w:val="20"/>
                <w:szCs w:val="20"/>
              </w:rPr>
              <w:t>Përdor</w:t>
            </w:r>
            <w:proofErr w:type="spellEnd"/>
            <w:r w:rsidRPr="000672E0">
              <w:rPr>
                <w:sz w:val="20"/>
                <w:szCs w:val="20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</w:rPr>
              <w:t>teknologjinë</w:t>
            </w:r>
            <w:proofErr w:type="spellEnd"/>
            <w:r w:rsidRPr="000672E0">
              <w:rPr>
                <w:sz w:val="20"/>
                <w:szCs w:val="20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</w:rPr>
              <w:t>për</w:t>
            </w:r>
            <w:proofErr w:type="spellEnd"/>
            <w:r w:rsidRPr="000672E0">
              <w:rPr>
                <w:sz w:val="20"/>
                <w:szCs w:val="20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</w:rPr>
              <w:t>zgjidhjen</w:t>
            </w:r>
            <w:proofErr w:type="spellEnd"/>
            <w:r w:rsidRPr="000672E0">
              <w:rPr>
                <w:sz w:val="20"/>
                <w:szCs w:val="20"/>
              </w:rPr>
              <w:t xml:space="preserve"> e </w:t>
            </w:r>
            <w:proofErr w:type="spellStart"/>
            <w:r w:rsidRPr="000672E0">
              <w:rPr>
                <w:sz w:val="20"/>
                <w:szCs w:val="20"/>
              </w:rPr>
              <w:t>problemeve</w:t>
            </w:r>
            <w:proofErr w:type="spellEnd"/>
            <w:r w:rsidRPr="000672E0">
              <w:rPr>
                <w:sz w:val="20"/>
                <w:szCs w:val="20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</w:rPr>
              <w:t>nga</w:t>
            </w:r>
            <w:proofErr w:type="spellEnd"/>
            <w:r w:rsidRPr="000672E0">
              <w:rPr>
                <w:sz w:val="20"/>
                <w:szCs w:val="20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</w:rPr>
              <w:t>statistika</w:t>
            </w:r>
            <w:proofErr w:type="spellEnd"/>
            <w:r w:rsidRPr="000672E0">
              <w:rPr>
                <w:sz w:val="20"/>
                <w:szCs w:val="20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</w:rPr>
              <w:t>në</w:t>
            </w:r>
            <w:proofErr w:type="spellEnd"/>
            <w:r w:rsidRPr="000672E0">
              <w:rPr>
                <w:sz w:val="20"/>
                <w:szCs w:val="20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</w:rPr>
              <w:t>situata</w:t>
            </w:r>
            <w:proofErr w:type="spellEnd"/>
            <w:r w:rsidRPr="000672E0">
              <w:rPr>
                <w:sz w:val="20"/>
                <w:szCs w:val="20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</w:rPr>
              <w:t>reale</w:t>
            </w:r>
            <w:proofErr w:type="spellEnd"/>
            <w:r w:rsidRPr="000672E0">
              <w:rPr>
                <w:sz w:val="20"/>
                <w:szCs w:val="20"/>
              </w:rPr>
              <w:t>.</w:t>
            </w:r>
          </w:p>
          <w:p w:rsidR="000672E0" w:rsidRPr="000672E0" w:rsidRDefault="000672E0" w:rsidP="000672E0">
            <w:pPr>
              <w:rPr>
                <w:sz w:val="20"/>
                <w:szCs w:val="20"/>
              </w:rPr>
            </w:pPr>
          </w:p>
          <w:p w:rsidR="000672E0" w:rsidRPr="000672E0" w:rsidRDefault="000672E0" w:rsidP="000672E0">
            <w:pPr>
              <w:rPr>
                <w:sz w:val="20"/>
                <w:szCs w:val="20"/>
              </w:rPr>
            </w:pPr>
            <w:r w:rsidRPr="000672E0">
              <w:rPr>
                <w:sz w:val="20"/>
                <w:szCs w:val="20"/>
              </w:rPr>
              <w:t>TEMA</w:t>
            </w:r>
            <w:r>
              <w:rPr>
                <w:sz w:val="20"/>
                <w:szCs w:val="20"/>
              </w:rPr>
              <w:t xml:space="preserve"> 13:</w:t>
            </w:r>
          </w:p>
          <w:p w:rsidR="000672E0" w:rsidRPr="000672E0" w:rsidRDefault="000672E0" w:rsidP="000672E0">
            <w:pPr>
              <w:rPr>
                <w:sz w:val="20"/>
                <w:szCs w:val="20"/>
              </w:rPr>
            </w:pPr>
            <w:r w:rsidRPr="000672E0">
              <w:rPr>
                <w:sz w:val="20"/>
                <w:szCs w:val="20"/>
              </w:rPr>
              <w:t xml:space="preserve">• </w:t>
            </w:r>
            <w:proofErr w:type="spellStart"/>
            <w:r w:rsidRPr="000672E0">
              <w:rPr>
                <w:sz w:val="20"/>
                <w:szCs w:val="20"/>
              </w:rPr>
              <w:t>Parashikon</w:t>
            </w:r>
            <w:proofErr w:type="spellEnd"/>
            <w:r w:rsidRPr="000672E0">
              <w:rPr>
                <w:sz w:val="20"/>
                <w:szCs w:val="20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</w:rPr>
              <w:t>mundësinë</w:t>
            </w:r>
            <w:proofErr w:type="spellEnd"/>
            <w:r w:rsidRPr="000672E0">
              <w:rPr>
                <w:sz w:val="20"/>
                <w:szCs w:val="20"/>
              </w:rPr>
              <w:t xml:space="preserve"> e </w:t>
            </w:r>
            <w:proofErr w:type="spellStart"/>
            <w:r w:rsidRPr="000672E0">
              <w:rPr>
                <w:sz w:val="20"/>
                <w:szCs w:val="20"/>
              </w:rPr>
              <w:t>ngjarjeve</w:t>
            </w:r>
            <w:proofErr w:type="spellEnd"/>
            <w:r w:rsidRPr="000672E0">
              <w:rPr>
                <w:sz w:val="20"/>
                <w:szCs w:val="20"/>
              </w:rPr>
              <w:t xml:space="preserve"> me </w:t>
            </w:r>
            <w:proofErr w:type="spellStart"/>
            <w:r w:rsidRPr="000672E0">
              <w:rPr>
                <w:sz w:val="20"/>
                <w:szCs w:val="20"/>
              </w:rPr>
              <w:t>dallime</w:t>
            </w:r>
            <w:proofErr w:type="spellEnd"/>
            <w:r w:rsidRPr="000672E0">
              <w:rPr>
                <w:sz w:val="20"/>
                <w:szCs w:val="20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</w:rPr>
              <w:t>të</w:t>
            </w:r>
            <w:proofErr w:type="spellEnd"/>
            <w:r w:rsidRPr="000672E0">
              <w:rPr>
                <w:sz w:val="20"/>
                <w:szCs w:val="20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</w:rPr>
              <w:t>qarta</w:t>
            </w:r>
            <w:proofErr w:type="spellEnd"/>
            <w:r w:rsidRPr="000672E0">
              <w:rPr>
                <w:sz w:val="20"/>
                <w:szCs w:val="20"/>
              </w:rPr>
              <w:t>.</w:t>
            </w:r>
          </w:p>
          <w:p w:rsidR="000672E0" w:rsidRPr="000672E0" w:rsidRDefault="000672E0" w:rsidP="000672E0">
            <w:pPr>
              <w:rPr>
                <w:sz w:val="20"/>
                <w:szCs w:val="20"/>
              </w:rPr>
            </w:pPr>
            <w:r w:rsidRPr="000672E0">
              <w:rPr>
                <w:sz w:val="20"/>
                <w:szCs w:val="20"/>
              </w:rPr>
              <w:t xml:space="preserve">• </w:t>
            </w:r>
            <w:proofErr w:type="spellStart"/>
            <w:r w:rsidRPr="000672E0">
              <w:rPr>
                <w:sz w:val="20"/>
                <w:szCs w:val="20"/>
              </w:rPr>
              <w:t>Jep</w:t>
            </w:r>
            <w:proofErr w:type="spellEnd"/>
            <w:r w:rsidRPr="000672E0">
              <w:rPr>
                <w:sz w:val="20"/>
                <w:szCs w:val="20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</w:rPr>
              <w:t>dhe</w:t>
            </w:r>
            <w:proofErr w:type="spellEnd"/>
            <w:r w:rsidRPr="000672E0">
              <w:rPr>
                <w:sz w:val="20"/>
                <w:szCs w:val="20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</w:rPr>
              <w:t>përdor</w:t>
            </w:r>
            <w:proofErr w:type="spellEnd"/>
            <w:r w:rsidRPr="000672E0">
              <w:rPr>
                <w:sz w:val="20"/>
                <w:szCs w:val="20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</w:rPr>
              <w:t>konceptin</w:t>
            </w:r>
            <w:proofErr w:type="spellEnd"/>
            <w:r w:rsidRPr="000672E0">
              <w:rPr>
                <w:sz w:val="20"/>
                <w:szCs w:val="20"/>
              </w:rPr>
              <w:t xml:space="preserve"> e </w:t>
            </w:r>
            <w:proofErr w:type="spellStart"/>
            <w:r w:rsidRPr="000672E0">
              <w:rPr>
                <w:sz w:val="20"/>
                <w:szCs w:val="20"/>
              </w:rPr>
              <w:t>probabilitetit</w:t>
            </w:r>
            <w:proofErr w:type="spellEnd"/>
            <w:r w:rsidRPr="000672E0">
              <w:rPr>
                <w:sz w:val="20"/>
                <w:szCs w:val="20"/>
              </w:rPr>
              <w:t>.</w:t>
            </w:r>
          </w:p>
          <w:p w:rsidR="000672E0" w:rsidRPr="000672E0" w:rsidRDefault="000672E0" w:rsidP="000672E0">
            <w:pPr>
              <w:rPr>
                <w:sz w:val="20"/>
                <w:szCs w:val="20"/>
              </w:rPr>
            </w:pPr>
            <w:r w:rsidRPr="000672E0">
              <w:rPr>
                <w:sz w:val="20"/>
                <w:szCs w:val="20"/>
              </w:rPr>
              <w:t xml:space="preserve">• </w:t>
            </w:r>
            <w:proofErr w:type="spellStart"/>
            <w:r w:rsidRPr="000672E0">
              <w:rPr>
                <w:sz w:val="20"/>
                <w:szCs w:val="20"/>
              </w:rPr>
              <w:t>Dallon</w:t>
            </w:r>
            <w:proofErr w:type="spellEnd"/>
            <w:r w:rsidRPr="000672E0">
              <w:rPr>
                <w:sz w:val="20"/>
                <w:szCs w:val="20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</w:rPr>
              <w:t>ngjarjen</w:t>
            </w:r>
            <w:proofErr w:type="spellEnd"/>
            <w:r w:rsidRPr="000672E0">
              <w:rPr>
                <w:sz w:val="20"/>
                <w:szCs w:val="20"/>
              </w:rPr>
              <w:t xml:space="preserve"> e </w:t>
            </w:r>
            <w:proofErr w:type="spellStart"/>
            <w:r w:rsidRPr="000672E0">
              <w:rPr>
                <w:sz w:val="20"/>
                <w:szCs w:val="20"/>
              </w:rPr>
              <w:t>mundur</w:t>
            </w:r>
            <w:proofErr w:type="spellEnd"/>
            <w:r w:rsidRPr="000672E0">
              <w:rPr>
                <w:sz w:val="20"/>
                <w:szCs w:val="20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</w:rPr>
              <w:t>dhe</w:t>
            </w:r>
            <w:proofErr w:type="spellEnd"/>
            <w:r w:rsidRPr="000672E0">
              <w:rPr>
                <w:sz w:val="20"/>
                <w:szCs w:val="20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</w:rPr>
              <w:t>të</w:t>
            </w:r>
            <w:proofErr w:type="spellEnd"/>
            <w:r w:rsidRPr="000672E0">
              <w:rPr>
                <w:sz w:val="20"/>
                <w:szCs w:val="20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</w:rPr>
              <w:t>pamundur</w:t>
            </w:r>
            <w:proofErr w:type="spellEnd"/>
            <w:r w:rsidRPr="000672E0">
              <w:rPr>
                <w:sz w:val="20"/>
                <w:szCs w:val="20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</w:rPr>
              <w:t>dhe</w:t>
            </w:r>
            <w:proofErr w:type="spellEnd"/>
            <w:r w:rsidRPr="000672E0">
              <w:rPr>
                <w:sz w:val="20"/>
                <w:szCs w:val="20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</w:rPr>
              <w:t>kryen</w:t>
            </w:r>
            <w:proofErr w:type="spellEnd"/>
            <w:r w:rsidRPr="000672E0">
              <w:rPr>
                <w:sz w:val="20"/>
                <w:szCs w:val="20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</w:rPr>
              <w:t>prova</w:t>
            </w:r>
            <w:proofErr w:type="spellEnd"/>
            <w:r w:rsidRPr="000672E0">
              <w:rPr>
                <w:sz w:val="20"/>
                <w:szCs w:val="20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</w:rPr>
              <w:t>të</w:t>
            </w:r>
            <w:proofErr w:type="spellEnd"/>
            <w:r w:rsidRPr="000672E0">
              <w:rPr>
                <w:sz w:val="20"/>
                <w:szCs w:val="20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</w:rPr>
              <w:t>thjeshta</w:t>
            </w:r>
            <w:proofErr w:type="spellEnd"/>
            <w:r w:rsidRPr="000672E0">
              <w:rPr>
                <w:sz w:val="20"/>
                <w:szCs w:val="20"/>
              </w:rPr>
              <w:t>.</w:t>
            </w:r>
          </w:p>
          <w:p w:rsidR="000672E0" w:rsidRPr="000672E0" w:rsidRDefault="000672E0" w:rsidP="000672E0">
            <w:pPr>
              <w:rPr>
                <w:sz w:val="20"/>
                <w:szCs w:val="20"/>
                <w:lang w:val="de-DE"/>
              </w:rPr>
            </w:pPr>
            <w:r w:rsidRPr="000672E0">
              <w:rPr>
                <w:sz w:val="20"/>
                <w:szCs w:val="20"/>
                <w:lang w:val="de-DE"/>
              </w:rPr>
              <w:t xml:space="preserve">•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Përdor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probabilitetin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statistikor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teorik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në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situata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nga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jeta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0672E0">
              <w:rPr>
                <w:sz w:val="20"/>
                <w:szCs w:val="20"/>
                <w:lang w:val="de-DE"/>
              </w:rPr>
              <w:t>përditshme</w:t>
            </w:r>
            <w:proofErr w:type="spellEnd"/>
            <w:r w:rsidRPr="000672E0">
              <w:rPr>
                <w:sz w:val="20"/>
                <w:szCs w:val="20"/>
                <w:lang w:val="de-DE"/>
              </w:rPr>
              <w:t>.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10EFD" w:rsidRPr="00110EFD" w:rsidRDefault="000672E0" w:rsidP="000672E0">
            <w:pPr>
              <w:rPr>
                <w:rFonts w:cs="Times New Roman"/>
                <w:sz w:val="20"/>
                <w:szCs w:val="20"/>
                <w:lang w:val="de-DE"/>
              </w:rPr>
            </w:pPr>
            <w:r w:rsidRPr="00110EFD">
              <w:rPr>
                <w:rFonts w:cs="Times New Roman"/>
                <w:sz w:val="20"/>
                <w:szCs w:val="20"/>
                <w:lang w:val="de-DE"/>
              </w:rPr>
              <w:lastRenderedPageBreak/>
              <w:t xml:space="preserve">TEMA </w:t>
            </w:r>
            <w:r w:rsidR="00110EFD" w:rsidRPr="00110EFD">
              <w:rPr>
                <w:rFonts w:cs="Times New Roman"/>
                <w:sz w:val="20"/>
                <w:szCs w:val="20"/>
                <w:lang w:val="de-DE"/>
              </w:rPr>
              <w:t>10</w:t>
            </w:r>
            <w:r w:rsidRPr="00110EFD">
              <w:rPr>
                <w:rFonts w:cs="Times New Roman"/>
                <w:sz w:val="20"/>
                <w:szCs w:val="20"/>
                <w:lang w:val="de-DE"/>
              </w:rPr>
              <w:t>:</w:t>
            </w:r>
          </w:p>
          <w:p w:rsidR="00110EFD" w:rsidRPr="006416F8" w:rsidRDefault="00110EFD" w:rsidP="00110EFD">
            <w:pPr>
              <w:rPr>
                <w:lang w:val="de-DE"/>
              </w:rPr>
            </w:pPr>
            <w:r w:rsidRPr="006416F8">
              <w:rPr>
                <w:sz w:val="17"/>
                <w:lang w:val="de-DE"/>
              </w:rPr>
              <w:t>1</w:t>
            </w:r>
            <w:r>
              <w:rPr>
                <w:sz w:val="17"/>
                <w:lang w:val="de-DE"/>
              </w:rPr>
              <w:t>.</w:t>
            </w:r>
            <w:r w:rsidRPr="006416F8">
              <w:rPr>
                <w:sz w:val="17"/>
                <w:lang w:val="de-DE"/>
              </w:rPr>
              <w:t xml:space="preserve"> </w:t>
            </w:r>
            <w:proofErr w:type="spellStart"/>
            <w:r w:rsidRPr="006416F8">
              <w:rPr>
                <w:sz w:val="17"/>
                <w:lang w:val="de-DE"/>
              </w:rPr>
              <w:t>Përsëritje</w:t>
            </w:r>
            <w:proofErr w:type="spellEnd"/>
            <w:r w:rsidRPr="006416F8">
              <w:rPr>
                <w:sz w:val="17"/>
                <w:lang w:val="de-DE"/>
              </w:rPr>
              <w:t xml:space="preserve">. </w:t>
            </w:r>
            <w:proofErr w:type="spellStart"/>
            <w:r w:rsidRPr="006416F8">
              <w:rPr>
                <w:sz w:val="17"/>
                <w:lang w:val="de-DE"/>
              </w:rPr>
              <w:t>Sistemi</w:t>
            </w:r>
            <w:proofErr w:type="spellEnd"/>
            <w:r w:rsidRPr="006416F8">
              <w:rPr>
                <w:sz w:val="17"/>
                <w:lang w:val="de-DE"/>
              </w:rPr>
              <w:t xml:space="preserve"> </w:t>
            </w:r>
            <w:proofErr w:type="spellStart"/>
            <w:r w:rsidRPr="006416F8">
              <w:rPr>
                <w:sz w:val="17"/>
                <w:lang w:val="de-DE"/>
              </w:rPr>
              <w:t>kënddrejtë</w:t>
            </w:r>
            <w:proofErr w:type="spellEnd"/>
            <w:r w:rsidRPr="006416F8">
              <w:rPr>
                <w:sz w:val="17"/>
                <w:lang w:val="de-DE"/>
              </w:rPr>
              <w:t xml:space="preserve"> koordinativ. </w:t>
            </w:r>
            <w:proofErr w:type="spellStart"/>
            <w:r w:rsidRPr="006416F8">
              <w:rPr>
                <w:sz w:val="17"/>
                <w:lang w:val="de-DE"/>
              </w:rPr>
              <w:t>Koordinatat</w:t>
            </w:r>
            <w:proofErr w:type="spellEnd"/>
            <w:r w:rsidRPr="006416F8">
              <w:rPr>
                <w:sz w:val="17"/>
                <w:lang w:val="de-DE"/>
              </w:rPr>
              <w:t xml:space="preserve"> e </w:t>
            </w:r>
            <w:proofErr w:type="spellStart"/>
            <w:r w:rsidRPr="006416F8">
              <w:rPr>
                <w:sz w:val="17"/>
                <w:lang w:val="de-DE"/>
              </w:rPr>
              <w:t>pikës</w:t>
            </w:r>
            <w:proofErr w:type="spellEnd"/>
          </w:p>
          <w:p w:rsidR="00110EFD" w:rsidRPr="00110EFD" w:rsidRDefault="00110EFD" w:rsidP="00110EFD">
            <w:pPr>
              <w:rPr>
                <w:lang w:val="de-DE"/>
              </w:rPr>
            </w:pPr>
            <w:r w:rsidRPr="00110EFD">
              <w:rPr>
                <w:sz w:val="17"/>
                <w:lang w:val="de-DE"/>
              </w:rPr>
              <w:t xml:space="preserve">2. </w:t>
            </w:r>
            <w:proofErr w:type="spellStart"/>
            <w:r w:rsidRPr="00110EFD">
              <w:rPr>
                <w:sz w:val="17"/>
                <w:lang w:val="de-DE"/>
              </w:rPr>
              <w:t>Simetria</w:t>
            </w:r>
            <w:proofErr w:type="spellEnd"/>
            <w:r w:rsidRPr="00110EFD">
              <w:rPr>
                <w:sz w:val="17"/>
                <w:lang w:val="de-DE"/>
              </w:rPr>
              <w:t xml:space="preserve"> </w:t>
            </w:r>
            <w:proofErr w:type="spellStart"/>
            <w:r w:rsidRPr="00110EFD">
              <w:rPr>
                <w:sz w:val="17"/>
                <w:lang w:val="de-DE"/>
              </w:rPr>
              <w:t>sipas</w:t>
            </w:r>
            <w:proofErr w:type="spellEnd"/>
            <w:r w:rsidRPr="00110EFD">
              <w:rPr>
                <w:sz w:val="17"/>
                <w:lang w:val="de-DE"/>
              </w:rPr>
              <w:t xml:space="preserve"> </w:t>
            </w:r>
            <w:proofErr w:type="spellStart"/>
            <w:r w:rsidRPr="00110EFD">
              <w:rPr>
                <w:sz w:val="17"/>
                <w:lang w:val="de-DE"/>
              </w:rPr>
              <w:t>një</w:t>
            </w:r>
            <w:proofErr w:type="spellEnd"/>
            <w:r w:rsidRPr="00110EFD">
              <w:rPr>
                <w:sz w:val="17"/>
                <w:lang w:val="de-DE"/>
              </w:rPr>
              <w:t xml:space="preserve"> </w:t>
            </w:r>
            <w:proofErr w:type="spellStart"/>
            <w:r w:rsidRPr="00110EFD">
              <w:rPr>
                <w:sz w:val="17"/>
                <w:lang w:val="de-DE"/>
              </w:rPr>
              <w:t>drejtëze</w:t>
            </w:r>
            <w:proofErr w:type="spellEnd"/>
            <w:r w:rsidRPr="00110EFD">
              <w:rPr>
                <w:sz w:val="17"/>
                <w:lang w:val="de-DE"/>
              </w:rPr>
              <w:t xml:space="preserve"> (</w:t>
            </w:r>
            <w:proofErr w:type="spellStart"/>
            <w:r w:rsidRPr="00110EFD">
              <w:rPr>
                <w:sz w:val="17"/>
                <w:lang w:val="de-DE"/>
              </w:rPr>
              <w:t>simetria</w:t>
            </w:r>
            <w:proofErr w:type="spellEnd"/>
            <w:r w:rsidRPr="00110EFD">
              <w:rPr>
                <w:sz w:val="17"/>
                <w:lang w:val="de-DE"/>
              </w:rPr>
              <w:t xml:space="preserve"> </w:t>
            </w:r>
            <w:proofErr w:type="spellStart"/>
            <w:r w:rsidRPr="00110EFD">
              <w:rPr>
                <w:sz w:val="17"/>
                <w:lang w:val="de-DE"/>
              </w:rPr>
              <w:t>boshtore</w:t>
            </w:r>
            <w:proofErr w:type="spellEnd"/>
            <w:r w:rsidRPr="00110EFD">
              <w:rPr>
                <w:sz w:val="17"/>
                <w:lang w:val="de-DE"/>
              </w:rPr>
              <w:t>)</w:t>
            </w:r>
          </w:p>
          <w:p w:rsidR="00110EFD" w:rsidRDefault="00110EFD" w:rsidP="00110EFD">
            <w:pPr>
              <w:rPr>
                <w:sz w:val="17"/>
                <w:lang w:val="de-DE"/>
              </w:rPr>
            </w:pPr>
            <w:r>
              <w:rPr>
                <w:sz w:val="17"/>
                <w:lang w:val="de-DE"/>
              </w:rPr>
              <w:t xml:space="preserve">3. </w:t>
            </w:r>
            <w:proofErr w:type="spellStart"/>
            <w:r w:rsidRPr="006416F8">
              <w:rPr>
                <w:sz w:val="17"/>
                <w:lang w:val="de-DE"/>
              </w:rPr>
              <w:t>Drejtëzat</w:t>
            </w:r>
            <w:proofErr w:type="spellEnd"/>
            <w:r w:rsidRPr="006416F8">
              <w:rPr>
                <w:sz w:val="17"/>
                <w:lang w:val="de-DE"/>
              </w:rPr>
              <w:t xml:space="preserve"> (</w:t>
            </w:r>
            <w:proofErr w:type="spellStart"/>
            <w:r w:rsidRPr="006416F8">
              <w:rPr>
                <w:sz w:val="17"/>
                <w:lang w:val="de-DE"/>
              </w:rPr>
              <w:t>boshtet</w:t>
            </w:r>
            <w:proofErr w:type="spellEnd"/>
            <w:r w:rsidRPr="006416F8">
              <w:rPr>
                <w:sz w:val="17"/>
                <w:lang w:val="de-DE"/>
              </w:rPr>
              <w:t xml:space="preserve">) e </w:t>
            </w:r>
            <w:proofErr w:type="spellStart"/>
            <w:r w:rsidRPr="006416F8">
              <w:rPr>
                <w:sz w:val="17"/>
                <w:lang w:val="de-DE"/>
              </w:rPr>
              <w:t>simetrisë</w:t>
            </w:r>
            <w:proofErr w:type="spellEnd"/>
            <w:r w:rsidRPr="006416F8">
              <w:rPr>
                <w:sz w:val="17"/>
                <w:lang w:val="de-DE"/>
              </w:rPr>
              <w:t xml:space="preserve"> </w:t>
            </w:r>
            <w:proofErr w:type="spellStart"/>
            <w:r w:rsidRPr="006416F8">
              <w:rPr>
                <w:sz w:val="17"/>
                <w:lang w:val="de-DE"/>
              </w:rPr>
              <w:t>së</w:t>
            </w:r>
            <w:proofErr w:type="spellEnd"/>
            <w:r w:rsidRPr="006416F8">
              <w:rPr>
                <w:sz w:val="17"/>
                <w:lang w:val="de-DE"/>
              </w:rPr>
              <w:t xml:space="preserve"> </w:t>
            </w:r>
            <w:proofErr w:type="spellStart"/>
            <w:r w:rsidRPr="006416F8">
              <w:rPr>
                <w:sz w:val="17"/>
                <w:lang w:val="de-DE"/>
              </w:rPr>
              <w:t>figurave</w:t>
            </w:r>
            <w:proofErr w:type="spellEnd"/>
          </w:p>
          <w:p w:rsidR="00110EFD" w:rsidRPr="006416F8" w:rsidRDefault="00110EFD" w:rsidP="00110EFD">
            <w:pPr>
              <w:rPr>
                <w:lang w:val="de-DE"/>
              </w:rPr>
            </w:pPr>
            <w:r>
              <w:rPr>
                <w:sz w:val="17"/>
                <w:lang w:val="de-DE"/>
              </w:rPr>
              <w:t xml:space="preserve">4. </w:t>
            </w:r>
            <w:proofErr w:type="spellStart"/>
            <w:r>
              <w:rPr>
                <w:sz w:val="17"/>
                <w:lang w:val="de-DE"/>
              </w:rPr>
              <w:t>Ushtrime</w:t>
            </w:r>
            <w:proofErr w:type="spellEnd"/>
          </w:p>
          <w:p w:rsidR="00110EFD" w:rsidRPr="006416F8" w:rsidRDefault="00110EFD" w:rsidP="00110EFD">
            <w:pPr>
              <w:rPr>
                <w:lang w:val="de-DE"/>
              </w:rPr>
            </w:pPr>
            <w:r>
              <w:rPr>
                <w:sz w:val="17"/>
                <w:lang w:val="de-DE"/>
              </w:rPr>
              <w:lastRenderedPageBreak/>
              <w:t>5.</w:t>
            </w:r>
            <w:r w:rsidRPr="006416F8">
              <w:rPr>
                <w:sz w:val="17"/>
                <w:lang w:val="de-DE"/>
              </w:rPr>
              <w:t xml:space="preserve"> </w:t>
            </w:r>
            <w:proofErr w:type="spellStart"/>
            <w:r w:rsidRPr="006416F8">
              <w:rPr>
                <w:sz w:val="17"/>
                <w:lang w:val="de-DE"/>
              </w:rPr>
              <w:t>Simetria</w:t>
            </w:r>
            <w:proofErr w:type="spellEnd"/>
            <w:r w:rsidRPr="006416F8">
              <w:rPr>
                <w:sz w:val="17"/>
                <w:lang w:val="de-DE"/>
              </w:rPr>
              <w:t xml:space="preserve"> </w:t>
            </w:r>
            <w:proofErr w:type="spellStart"/>
            <w:r w:rsidRPr="006416F8">
              <w:rPr>
                <w:sz w:val="17"/>
                <w:lang w:val="de-DE"/>
              </w:rPr>
              <w:t>qendrore</w:t>
            </w:r>
            <w:proofErr w:type="spellEnd"/>
          </w:p>
          <w:p w:rsidR="00110EFD" w:rsidRDefault="00110EFD" w:rsidP="00110EFD">
            <w:pPr>
              <w:rPr>
                <w:sz w:val="17"/>
                <w:lang w:val="de-DE"/>
              </w:rPr>
            </w:pPr>
            <w:r>
              <w:rPr>
                <w:sz w:val="17"/>
                <w:lang w:val="de-DE"/>
              </w:rPr>
              <w:t>6.</w:t>
            </w:r>
            <w:r w:rsidRPr="006416F8">
              <w:rPr>
                <w:sz w:val="17"/>
                <w:lang w:val="de-DE"/>
              </w:rPr>
              <w:t xml:space="preserve"> </w:t>
            </w:r>
            <w:proofErr w:type="spellStart"/>
            <w:r w:rsidRPr="006416F8">
              <w:rPr>
                <w:sz w:val="17"/>
                <w:lang w:val="de-DE"/>
              </w:rPr>
              <w:t>Shumëfaqëshit</w:t>
            </w:r>
            <w:proofErr w:type="spellEnd"/>
            <w:r w:rsidRPr="006416F8">
              <w:rPr>
                <w:sz w:val="17"/>
                <w:lang w:val="de-DE"/>
              </w:rPr>
              <w:t xml:space="preserve">. </w:t>
            </w:r>
            <w:proofErr w:type="spellStart"/>
            <w:r w:rsidRPr="006416F8">
              <w:rPr>
                <w:sz w:val="17"/>
                <w:lang w:val="de-DE"/>
              </w:rPr>
              <w:t>Kubi</w:t>
            </w:r>
            <w:proofErr w:type="spellEnd"/>
            <w:r w:rsidRPr="006416F8">
              <w:rPr>
                <w:sz w:val="17"/>
                <w:lang w:val="de-DE"/>
              </w:rPr>
              <w:t xml:space="preserve"> </w:t>
            </w:r>
            <w:proofErr w:type="spellStart"/>
            <w:r w:rsidRPr="006416F8">
              <w:rPr>
                <w:sz w:val="17"/>
                <w:lang w:val="de-DE"/>
              </w:rPr>
              <w:t>dhe</w:t>
            </w:r>
            <w:proofErr w:type="spellEnd"/>
            <w:r w:rsidRPr="006416F8">
              <w:rPr>
                <w:sz w:val="17"/>
                <w:lang w:val="de-DE"/>
              </w:rPr>
              <w:t xml:space="preserve"> </w:t>
            </w:r>
            <w:proofErr w:type="spellStart"/>
            <w:r w:rsidRPr="006416F8">
              <w:rPr>
                <w:sz w:val="17"/>
                <w:lang w:val="de-DE"/>
              </w:rPr>
              <w:t>kuboidi</w:t>
            </w:r>
            <w:proofErr w:type="spellEnd"/>
          </w:p>
          <w:p w:rsidR="00110EFD" w:rsidRPr="006416F8" w:rsidRDefault="00110EFD" w:rsidP="00110EFD">
            <w:pPr>
              <w:rPr>
                <w:lang w:val="de-DE"/>
              </w:rPr>
            </w:pPr>
            <w:r>
              <w:rPr>
                <w:sz w:val="17"/>
                <w:lang w:val="de-DE"/>
              </w:rPr>
              <w:t xml:space="preserve">7. </w:t>
            </w:r>
            <w:proofErr w:type="spellStart"/>
            <w:r>
              <w:rPr>
                <w:sz w:val="17"/>
                <w:lang w:val="de-DE"/>
              </w:rPr>
              <w:t>Ushtrime</w:t>
            </w:r>
            <w:proofErr w:type="spellEnd"/>
          </w:p>
          <w:p w:rsidR="00110EFD" w:rsidRPr="006416F8" w:rsidRDefault="00110EFD" w:rsidP="00110EFD">
            <w:pPr>
              <w:rPr>
                <w:lang w:val="de-DE"/>
              </w:rPr>
            </w:pPr>
            <w:r>
              <w:rPr>
                <w:sz w:val="17"/>
                <w:lang w:val="de-DE"/>
              </w:rPr>
              <w:t>8.</w:t>
            </w:r>
            <w:r w:rsidRPr="006416F8">
              <w:rPr>
                <w:sz w:val="17"/>
                <w:lang w:val="de-DE"/>
              </w:rPr>
              <w:t xml:space="preserve"> </w:t>
            </w:r>
            <w:proofErr w:type="spellStart"/>
            <w:r w:rsidRPr="006416F8">
              <w:rPr>
                <w:sz w:val="17"/>
                <w:lang w:val="de-DE"/>
              </w:rPr>
              <w:t>Prizmi</w:t>
            </w:r>
            <w:proofErr w:type="spellEnd"/>
          </w:p>
          <w:p w:rsidR="00110EFD" w:rsidRDefault="00110EFD" w:rsidP="00110EFD">
            <w:pPr>
              <w:rPr>
                <w:sz w:val="17"/>
                <w:lang w:val="de-DE"/>
              </w:rPr>
            </w:pPr>
            <w:r>
              <w:rPr>
                <w:sz w:val="17"/>
                <w:lang w:val="de-DE"/>
              </w:rPr>
              <w:t>9.</w:t>
            </w:r>
            <w:r w:rsidRPr="006416F8">
              <w:rPr>
                <w:sz w:val="17"/>
                <w:lang w:val="de-DE"/>
              </w:rPr>
              <w:t xml:space="preserve"> </w:t>
            </w:r>
            <w:proofErr w:type="spellStart"/>
            <w:r w:rsidRPr="006416F8">
              <w:rPr>
                <w:sz w:val="17"/>
                <w:lang w:val="de-DE"/>
              </w:rPr>
              <w:t>Piramida</w:t>
            </w:r>
            <w:proofErr w:type="spellEnd"/>
          </w:p>
          <w:p w:rsidR="00110EFD" w:rsidRPr="006416F8" w:rsidRDefault="00110EFD" w:rsidP="00110EFD">
            <w:pPr>
              <w:rPr>
                <w:lang w:val="de-DE"/>
              </w:rPr>
            </w:pPr>
            <w:r>
              <w:rPr>
                <w:sz w:val="17"/>
                <w:lang w:val="de-DE"/>
              </w:rPr>
              <w:t>10.Ushtrime</w:t>
            </w:r>
          </w:p>
          <w:p w:rsidR="00110EFD" w:rsidRDefault="00110EFD" w:rsidP="00110EFD">
            <w:r w:rsidRPr="006416F8">
              <w:rPr>
                <w:sz w:val="17"/>
                <w:lang w:val="de-DE"/>
              </w:rPr>
              <w:t>1</w:t>
            </w:r>
            <w:r>
              <w:rPr>
                <w:sz w:val="17"/>
                <w:lang w:val="de-DE"/>
              </w:rPr>
              <w:t>1.</w:t>
            </w:r>
            <w:r w:rsidRPr="006416F8">
              <w:rPr>
                <w:sz w:val="17"/>
                <w:lang w:val="de-DE"/>
              </w:rPr>
              <w:t xml:space="preserve"> </w:t>
            </w:r>
            <w:proofErr w:type="spellStart"/>
            <w:r w:rsidRPr="006416F8">
              <w:rPr>
                <w:sz w:val="17"/>
                <w:lang w:val="de-DE"/>
              </w:rPr>
              <w:t>Syprina</w:t>
            </w:r>
            <w:proofErr w:type="spellEnd"/>
            <w:r w:rsidRPr="006416F8">
              <w:rPr>
                <w:sz w:val="17"/>
                <w:lang w:val="de-DE"/>
              </w:rPr>
              <w:t xml:space="preserve"> e </w:t>
            </w:r>
            <w:proofErr w:type="spellStart"/>
            <w:r w:rsidRPr="006416F8">
              <w:rPr>
                <w:sz w:val="17"/>
                <w:lang w:val="de-DE"/>
              </w:rPr>
              <w:t>prizmit</w:t>
            </w:r>
            <w:proofErr w:type="spellEnd"/>
            <w:r w:rsidRPr="006416F8">
              <w:rPr>
                <w:sz w:val="17"/>
                <w:lang w:val="de-DE"/>
              </w:rPr>
              <w:t xml:space="preserve">. </w:t>
            </w:r>
            <w:proofErr w:type="spellStart"/>
            <w:r>
              <w:rPr>
                <w:sz w:val="17"/>
              </w:rPr>
              <w:t>Syprina</w:t>
            </w:r>
            <w:proofErr w:type="spellEnd"/>
            <w:r>
              <w:rPr>
                <w:sz w:val="17"/>
              </w:rPr>
              <w:t xml:space="preserve"> e </w:t>
            </w:r>
            <w:proofErr w:type="spellStart"/>
            <w:r>
              <w:rPr>
                <w:sz w:val="17"/>
              </w:rPr>
              <w:t>piramidës</w:t>
            </w:r>
            <w:proofErr w:type="spellEnd"/>
          </w:p>
          <w:p w:rsidR="00110EFD" w:rsidRDefault="00110EFD" w:rsidP="00110EFD">
            <w:pPr>
              <w:rPr>
                <w:sz w:val="17"/>
              </w:rPr>
            </w:pPr>
            <w:r>
              <w:rPr>
                <w:sz w:val="17"/>
              </w:rPr>
              <w:t>1</w:t>
            </w:r>
            <w:r>
              <w:rPr>
                <w:sz w:val="17"/>
              </w:rPr>
              <w:t>2.</w:t>
            </w:r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Vëllimi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prizmit</w:t>
            </w:r>
            <w:proofErr w:type="spellEnd"/>
          </w:p>
          <w:p w:rsidR="00110EFD" w:rsidRDefault="00110EFD" w:rsidP="00110EFD">
            <w:r>
              <w:rPr>
                <w:sz w:val="17"/>
              </w:rPr>
              <w:t>13.Ushtrime</w:t>
            </w:r>
          </w:p>
          <w:p w:rsidR="00110EFD" w:rsidRDefault="00110EFD" w:rsidP="00110EFD">
            <w:r>
              <w:rPr>
                <w:sz w:val="17"/>
              </w:rPr>
              <w:t>1</w:t>
            </w:r>
            <w:r>
              <w:rPr>
                <w:sz w:val="17"/>
              </w:rPr>
              <w:t>4.</w:t>
            </w:r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Vëllimi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piramidës</w:t>
            </w:r>
            <w:proofErr w:type="spellEnd"/>
          </w:p>
          <w:p w:rsidR="00110EFD" w:rsidRDefault="00110EFD" w:rsidP="00110EFD">
            <w:r>
              <w:t>15.Ushtrime</w:t>
            </w:r>
          </w:p>
          <w:p w:rsidR="00110EFD" w:rsidRDefault="00110EFD" w:rsidP="00110EFD"/>
          <w:p w:rsidR="00110EFD" w:rsidRDefault="00110EFD" w:rsidP="00110EFD">
            <w:r>
              <w:t>TEMA 11:</w:t>
            </w:r>
          </w:p>
          <w:p w:rsidR="00110EFD" w:rsidRDefault="00110EFD" w:rsidP="00110EFD"/>
          <w:p w:rsidR="00110EFD" w:rsidRDefault="00110EFD" w:rsidP="00110EFD">
            <w:r>
              <w:rPr>
                <w:sz w:val="17"/>
              </w:rPr>
              <w:t xml:space="preserve">16. </w:t>
            </w:r>
            <w:proofErr w:type="spellStart"/>
            <w:r>
              <w:rPr>
                <w:sz w:val="17"/>
              </w:rPr>
              <w:t>Kuptimi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funksionit</w:t>
            </w:r>
            <w:proofErr w:type="spellEnd"/>
          </w:p>
          <w:p w:rsidR="00110EFD" w:rsidRDefault="00110EFD" w:rsidP="00110EFD">
            <w:pPr>
              <w:rPr>
                <w:sz w:val="17"/>
                <w:lang w:val="de-DE"/>
              </w:rPr>
            </w:pPr>
            <w:r>
              <w:rPr>
                <w:sz w:val="17"/>
                <w:lang w:val="de-DE"/>
              </w:rPr>
              <w:t xml:space="preserve">17. </w:t>
            </w:r>
            <w:proofErr w:type="spellStart"/>
            <w:r w:rsidRPr="006416F8">
              <w:rPr>
                <w:sz w:val="17"/>
                <w:lang w:val="de-DE"/>
              </w:rPr>
              <w:t>Mënyra</w:t>
            </w:r>
            <w:proofErr w:type="spellEnd"/>
            <w:r w:rsidRPr="006416F8">
              <w:rPr>
                <w:sz w:val="17"/>
                <w:lang w:val="de-DE"/>
              </w:rPr>
              <w:t xml:space="preserve"> </w:t>
            </w:r>
            <w:proofErr w:type="spellStart"/>
            <w:r w:rsidRPr="006416F8">
              <w:rPr>
                <w:sz w:val="17"/>
                <w:lang w:val="de-DE"/>
              </w:rPr>
              <w:t>tabelore</w:t>
            </w:r>
            <w:proofErr w:type="spellEnd"/>
            <w:r w:rsidRPr="006416F8">
              <w:rPr>
                <w:sz w:val="17"/>
                <w:lang w:val="de-DE"/>
              </w:rPr>
              <w:t xml:space="preserve"> e </w:t>
            </w:r>
            <w:proofErr w:type="spellStart"/>
            <w:r w:rsidRPr="006416F8">
              <w:rPr>
                <w:sz w:val="17"/>
                <w:lang w:val="de-DE"/>
              </w:rPr>
              <w:t>dhënies</w:t>
            </w:r>
            <w:proofErr w:type="spellEnd"/>
            <w:r w:rsidRPr="006416F8">
              <w:rPr>
                <w:sz w:val="17"/>
                <w:lang w:val="de-DE"/>
              </w:rPr>
              <w:t xml:space="preserve"> </w:t>
            </w:r>
            <w:proofErr w:type="spellStart"/>
            <w:r w:rsidRPr="006416F8">
              <w:rPr>
                <w:sz w:val="17"/>
                <w:lang w:val="de-DE"/>
              </w:rPr>
              <w:t>dhe</w:t>
            </w:r>
            <w:proofErr w:type="spellEnd"/>
            <w:r w:rsidRPr="006416F8">
              <w:rPr>
                <w:sz w:val="17"/>
                <w:lang w:val="de-DE"/>
              </w:rPr>
              <w:t xml:space="preserve"> </w:t>
            </w:r>
            <w:proofErr w:type="spellStart"/>
            <w:r w:rsidRPr="006416F8">
              <w:rPr>
                <w:sz w:val="17"/>
                <w:lang w:val="de-DE"/>
              </w:rPr>
              <w:t>grafiku</w:t>
            </w:r>
            <w:proofErr w:type="spellEnd"/>
            <w:r w:rsidRPr="006416F8">
              <w:rPr>
                <w:sz w:val="17"/>
                <w:lang w:val="de-DE"/>
              </w:rPr>
              <w:t xml:space="preserve"> i </w:t>
            </w:r>
            <w:proofErr w:type="spellStart"/>
            <w:r w:rsidRPr="006416F8">
              <w:rPr>
                <w:sz w:val="17"/>
                <w:lang w:val="de-DE"/>
              </w:rPr>
              <w:t>funksionit</w:t>
            </w:r>
            <w:proofErr w:type="spellEnd"/>
          </w:p>
          <w:p w:rsidR="00110EFD" w:rsidRPr="006416F8" w:rsidRDefault="00110EFD" w:rsidP="00110EFD">
            <w:pPr>
              <w:rPr>
                <w:lang w:val="de-DE"/>
              </w:rPr>
            </w:pPr>
            <w:r>
              <w:rPr>
                <w:sz w:val="17"/>
                <w:lang w:val="de-DE"/>
              </w:rPr>
              <w:t xml:space="preserve">18. </w:t>
            </w:r>
            <w:proofErr w:type="spellStart"/>
            <w:r>
              <w:rPr>
                <w:sz w:val="17"/>
                <w:lang w:val="de-DE"/>
              </w:rPr>
              <w:t>Ushtrime</w:t>
            </w:r>
            <w:proofErr w:type="spellEnd"/>
          </w:p>
          <w:p w:rsidR="00110EFD" w:rsidRPr="006416F8" w:rsidRDefault="00110EFD" w:rsidP="00110EFD">
            <w:pPr>
              <w:rPr>
                <w:lang w:val="de-DE"/>
              </w:rPr>
            </w:pPr>
            <w:r>
              <w:rPr>
                <w:sz w:val="17"/>
                <w:lang w:val="de-DE"/>
              </w:rPr>
              <w:t xml:space="preserve">19. </w:t>
            </w:r>
            <w:proofErr w:type="spellStart"/>
            <w:r w:rsidRPr="006416F8">
              <w:rPr>
                <w:sz w:val="17"/>
                <w:lang w:val="de-DE"/>
              </w:rPr>
              <w:t>Dhënia</w:t>
            </w:r>
            <w:proofErr w:type="spellEnd"/>
            <w:r w:rsidRPr="006416F8">
              <w:rPr>
                <w:sz w:val="17"/>
                <w:lang w:val="de-DE"/>
              </w:rPr>
              <w:t xml:space="preserve"> e </w:t>
            </w:r>
            <w:proofErr w:type="spellStart"/>
            <w:r w:rsidRPr="006416F8">
              <w:rPr>
                <w:sz w:val="17"/>
                <w:lang w:val="de-DE"/>
              </w:rPr>
              <w:t>funksionit</w:t>
            </w:r>
            <w:proofErr w:type="spellEnd"/>
            <w:r w:rsidRPr="006416F8">
              <w:rPr>
                <w:sz w:val="17"/>
                <w:lang w:val="de-DE"/>
              </w:rPr>
              <w:t xml:space="preserve"> </w:t>
            </w:r>
            <w:proofErr w:type="spellStart"/>
            <w:r w:rsidRPr="006416F8">
              <w:rPr>
                <w:sz w:val="17"/>
                <w:lang w:val="de-DE"/>
              </w:rPr>
              <w:t>me</w:t>
            </w:r>
            <w:proofErr w:type="spellEnd"/>
            <w:r w:rsidRPr="006416F8">
              <w:rPr>
                <w:sz w:val="17"/>
                <w:lang w:val="de-DE"/>
              </w:rPr>
              <w:t xml:space="preserve"> </w:t>
            </w:r>
            <w:proofErr w:type="spellStart"/>
            <w:r w:rsidRPr="006416F8">
              <w:rPr>
                <w:sz w:val="17"/>
                <w:lang w:val="de-DE"/>
              </w:rPr>
              <w:t>formulë</w:t>
            </w:r>
            <w:proofErr w:type="spellEnd"/>
          </w:p>
          <w:p w:rsidR="00110EFD" w:rsidRDefault="00110EFD" w:rsidP="00110EFD">
            <w:pPr>
              <w:rPr>
                <w:sz w:val="17"/>
                <w:lang w:val="de-DE"/>
              </w:rPr>
            </w:pPr>
            <w:r>
              <w:rPr>
                <w:sz w:val="17"/>
                <w:lang w:val="de-DE"/>
              </w:rPr>
              <w:t xml:space="preserve">20. </w:t>
            </w:r>
            <w:r w:rsidRPr="006416F8">
              <w:rPr>
                <w:sz w:val="17"/>
                <w:lang w:val="de-DE"/>
              </w:rPr>
              <w:t xml:space="preserve"> </w:t>
            </w:r>
            <w:proofErr w:type="spellStart"/>
            <w:r w:rsidRPr="006416F8">
              <w:rPr>
                <w:sz w:val="17"/>
                <w:lang w:val="de-DE"/>
              </w:rPr>
              <w:t>Funksioni</w:t>
            </w:r>
            <w:proofErr w:type="spellEnd"/>
            <w:r w:rsidRPr="006416F8">
              <w:rPr>
                <w:sz w:val="17"/>
                <w:lang w:val="de-DE"/>
              </w:rPr>
              <w:t xml:space="preserve"> y = </w:t>
            </w:r>
            <w:proofErr w:type="spellStart"/>
            <w:r w:rsidRPr="006416F8">
              <w:rPr>
                <w:sz w:val="17"/>
                <w:lang w:val="de-DE"/>
              </w:rPr>
              <w:t>kx</w:t>
            </w:r>
            <w:proofErr w:type="spellEnd"/>
          </w:p>
          <w:p w:rsidR="00110EFD" w:rsidRDefault="00110EFD" w:rsidP="00110EFD">
            <w:pPr>
              <w:rPr>
                <w:sz w:val="17"/>
                <w:lang w:val="de-DE"/>
              </w:rPr>
            </w:pPr>
            <w:r>
              <w:rPr>
                <w:sz w:val="17"/>
                <w:lang w:val="de-DE"/>
              </w:rPr>
              <w:t xml:space="preserve">21. </w:t>
            </w:r>
            <w:proofErr w:type="spellStart"/>
            <w:r>
              <w:rPr>
                <w:sz w:val="17"/>
                <w:lang w:val="de-DE"/>
              </w:rPr>
              <w:t>Ushtrime</w:t>
            </w:r>
            <w:proofErr w:type="spellEnd"/>
          </w:p>
          <w:p w:rsidR="00110EFD" w:rsidRDefault="00110EFD" w:rsidP="00110EFD">
            <w:pPr>
              <w:rPr>
                <w:sz w:val="17"/>
                <w:lang w:val="de-DE"/>
              </w:rPr>
            </w:pPr>
          </w:p>
          <w:p w:rsidR="00110EFD" w:rsidRDefault="00110EFD" w:rsidP="00110EFD">
            <w:pPr>
              <w:rPr>
                <w:sz w:val="17"/>
                <w:lang w:val="de-DE"/>
              </w:rPr>
            </w:pPr>
            <w:r>
              <w:rPr>
                <w:sz w:val="17"/>
                <w:lang w:val="de-DE"/>
              </w:rPr>
              <w:t>TEMA 12:</w:t>
            </w:r>
          </w:p>
          <w:p w:rsidR="00110EFD" w:rsidRPr="006416F8" w:rsidRDefault="00110EFD" w:rsidP="00110EFD">
            <w:pPr>
              <w:rPr>
                <w:lang w:val="de-DE"/>
              </w:rPr>
            </w:pPr>
          </w:p>
          <w:p w:rsidR="00110EFD" w:rsidRPr="006416F8" w:rsidRDefault="00110EFD" w:rsidP="00110EFD">
            <w:pPr>
              <w:rPr>
                <w:lang w:val="de-DE"/>
              </w:rPr>
            </w:pPr>
            <w:r>
              <w:rPr>
                <w:sz w:val="17"/>
                <w:lang w:val="de-DE"/>
              </w:rPr>
              <w:t>22.</w:t>
            </w:r>
            <w:r w:rsidRPr="006416F8">
              <w:rPr>
                <w:sz w:val="17"/>
                <w:lang w:val="de-DE"/>
              </w:rPr>
              <w:t xml:space="preserve"> </w:t>
            </w:r>
            <w:proofErr w:type="spellStart"/>
            <w:r w:rsidRPr="006416F8">
              <w:rPr>
                <w:sz w:val="17"/>
                <w:lang w:val="de-DE"/>
              </w:rPr>
              <w:t>Të</w:t>
            </w:r>
            <w:proofErr w:type="spellEnd"/>
            <w:r w:rsidRPr="006416F8">
              <w:rPr>
                <w:sz w:val="17"/>
                <w:lang w:val="de-DE"/>
              </w:rPr>
              <w:t xml:space="preserve"> </w:t>
            </w:r>
            <w:proofErr w:type="spellStart"/>
            <w:r w:rsidRPr="006416F8">
              <w:rPr>
                <w:sz w:val="17"/>
                <w:lang w:val="de-DE"/>
              </w:rPr>
              <w:t>dhënat</w:t>
            </w:r>
            <w:proofErr w:type="spellEnd"/>
            <w:r w:rsidRPr="006416F8">
              <w:rPr>
                <w:sz w:val="17"/>
                <w:lang w:val="de-DE"/>
              </w:rPr>
              <w:t xml:space="preserve"> e </w:t>
            </w:r>
            <w:proofErr w:type="spellStart"/>
            <w:r w:rsidRPr="006416F8">
              <w:rPr>
                <w:sz w:val="17"/>
                <w:lang w:val="de-DE"/>
              </w:rPr>
              <w:t>përshtatshme</w:t>
            </w:r>
            <w:proofErr w:type="spellEnd"/>
          </w:p>
          <w:p w:rsidR="00110EFD" w:rsidRDefault="00110EFD" w:rsidP="00110EFD">
            <w:pPr>
              <w:rPr>
                <w:sz w:val="17"/>
                <w:lang w:val="de-DE"/>
              </w:rPr>
            </w:pPr>
            <w:r w:rsidRPr="00110EFD">
              <w:rPr>
                <w:sz w:val="17"/>
                <w:lang w:val="de-DE"/>
              </w:rPr>
              <w:t xml:space="preserve">23. </w:t>
            </w:r>
            <w:proofErr w:type="spellStart"/>
            <w:r w:rsidRPr="00110EFD">
              <w:rPr>
                <w:sz w:val="17"/>
                <w:lang w:val="de-DE"/>
              </w:rPr>
              <w:t>Mbledhja</w:t>
            </w:r>
            <w:proofErr w:type="spellEnd"/>
            <w:r w:rsidRPr="00110EFD">
              <w:rPr>
                <w:sz w:val="17"/>
                <w:lang w:val="de-DE"/>
              </w:rPr>
              <w:t xml:space="preserve"> e </w:t>
            </w:r>
            <w:proofErr w:type="spellStart"/>
            <w:r w:rsidRPr="00110EFD">
              <w:rPr>
                <w:sz w:val="17"/>
                <w:lang w:val="de-DE"/>
              </w:rPr>
              <w:t>të</w:t>
            </w:r>
            <w:proofErr w:type="spellEnd"/>
            <w:r w:rsidRPr="00110EFD">
              <w:rPr>
                <w:sz w:val="17"/>
                <w:lang w:val="de-DE"/>
              </w:rPr>
              <w:t xml:space="preserve"> </w:t>
            </w:r>
            <w:proofErr w:type="spellStart"/>
            <w:r w:rsidRPr="00110EFD">
              <w:rPr>
                <w:sz w:val="17"/>
                <w:lang w:val="de-DE"/>
              </w:rPr>
              <w:t>dhënave</w:t>
            </w:r>
            <w:proofErr w:type="spellEnd"/>
          </w:p>
          <w:p w:rsidR="00110EFD" w:rsidRPr="00110EFD" w:rsidRDefault="00110EFD" w:rsidP="00110EFD">
            <w:r w:rsidRPr="00110EFD">
              <w:rPr>
                <w:sz w:val="17"/>
              </w:rPr>
              <w:t xml:space="preserve">24. </w:t>
            </w:r>
            <w:proofErr w:type="spellStart"/>
            <w:r w:rsidRPr="00110EFD">
              <w:rPr>
                <w:sz w:val="17"/>
              </w:rPr>
              <w:t>Ushtrime</w:t>
            </w:r>
            <w:proofErr w:type="spellEnd"/>
          </w:p>
          <w:p w:rsidR="00110EFD" w:rsidRDefault="00110EFD" w:rsidP="00110EFD">
            <w:r>
              <w:rPr>
                <w:sz w:val="17"/>
              </w:rPr>
              <w:t>25.</w:t>
            </w:r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Mesataret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dhe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amplituda</w:t>
            </w:r>
            <w:proofErr w:type="spellEnd"/>
          </w:p>
          <w:p w:rsidR="00110EFD" w:rsidRDefault="00110EFD" w:rsidP="00110EFD">
            <w:pPr>
              <w:rPr>
                <w:sz w:val="17"/>
              </w:rPr>
            </w:pPr>
            <w:r>
              <w:rPr>
                <w:sz w:val="17"/>
              </w:rPr>
              <w:t xml:space="preserve">26. </w:t>
            </w:r>
            <w:proofErr w:type="spellStart"/>
            <w:r>
              <w:rPr>
                <w:sz w:val="17"/>
              </w:rPr>
              <w:t>Përdorimi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tabelave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të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frekuencave</w:t>
            </w:r>
            <w:proofErr w:type="spellEnd"/>
            <w:r>
              <w:rPr>
                <w:sz w:val="17"/>
              </w:rPr>
              <w:t xml:space="preserve"> (</w:t>
            </w:r>
            <w:proofErr w:type="spellStart"/>
            <w:r>
              <w:rPr>
                <w:sz w:val="17"/>
              </w:rPr>
              <w:t>dendurive</w:t>
            </w:r>
            <w:proofErr w:type="spellEnd"/>
            <w:r>
              <w:rPr>
                <w:sz w:val="17"/>
              </w:rPr>
              <w:t>)</w:t>
            </w:r>
          </w:p>
          <w:p w:rsidR="00110EFD" w:rsidRDefault="00110EFD" w:rsidP="00110EFD">
            <w:r>
              <w:rPr>
                <w:sz w:val="17"/>
              </w:rPr>
              <w:t xml:space="preserve">27. </w:t>
            </w:r>
            <w:proofErr w:type="spellStart"/>
            <w:r>
              <w:rPr>
                <w:sz w:val="17"/>
              </w:rPr>
              <w:t>Ushtrime</w:t>
            </w:r>
            <w:proofErr w:type="spellEnd"/>
          </w:p>
          <w:p w:rsidR="00110EFD" w:rsidRDefault="00110EFD" w:rsidP="00110EFD">
            <w:r>
              <w:rPr>
                <w:sz w:val="17"/>
              </w:rPr>
              <w:t xml:space="preserve">28. </w:t>
            </w:r>
            <w:proofErr w:type="spellStart"/>
            <w:r>
              <w:rPr>
                <w:sz w:val="17"/>
              </w:rPr>
              <w:t>Piktogramet</w:t>
            </w:r>
            <w:proofErr w:type="spellEnd"/>
          </w:p>
          <w:p w:rsidR="00110EFD" w:rsidRDefault="00110EFD" w:rsidP="00110EFD">
            <w:pPr>
              <w:rPr>
                <w:sz w:val="17"/>
              </w:rPr>
            </w:pPr>
            <w:r>
              <w:rPr>
                <w:sz w:val="17"/>
              </w:rPr>
              <w:t xml:space="preserve">29. </w:t>
            </w:r>
            <w:proofErr w:type="spellStart"/>
            <w:r>
              <w:rPr>
                <w:sz w:val="17"/>
              </w:rPr>
              <w:t>Diagrami</w:t>
            </w:r>
            <w:proofErr w:type="spellEnd"/>
            <w:r>
              <w:rPr>
                <w:sz w:val="17"/>
              </w:rPr>
              <w:t xml:space="preserve"> me </w:t>
            </w:r>
            <w:proofErr w:type="spellStart"/>
            <w:r>
              <w:rPr>
                <w:sz w:val="17"/>
              </w:rPr>
              <w:t>shtylla</w:t>
            </w:r>
            <w:proofErr w:type="spellEnd"/>
          </w:p>
          <w:p w:rsidR="00F50E61" w:rsidRDefault="008C02DD" w:rsidP="00110EFD">
            <w:r>
              <w:rPr>
                <w:sz w:val="17"/>
              </w:rPr>
              <w:t xml:space="preserve">30. </w:t>
            </w:r>
            <w:proofErr w:type="spellStart"/>
            <w:r>
              <w:rPr>
                <w:sz w:val="17"/>
              </w:rPr>
              <w:t>Ushtrime</w:t>
            </w:r>
            <w:proofErr w:type="spellEnd"/>
          </w:p>
          <w:p w:rsidR="00110EFD" w:rsidRDefault="00110EFD" w:rsidP="00110EFD">
            <w:r>
              <w:rPr>
                <w:sz w:val="17"/>
              </w:rPr>
              <w:t>3</w:t>
            </w:r>
            <w:r w:rsidR="008C02DD">
              <w:rPr>
                <w:sz w:val="17"/>
              </w:rPr>
              <w:t>1</w:t>
            </w:r>
            <w:r>
              <w:rPr>
                <w:sz w:val="17"/>
              </w:rPr>
              <w:t>.</w:t>
            </w:r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Diagrami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rrethor</w:t>
            </w:r>
            <w:proofErr w:type="spellEnd"/>
          </w:p>
          <w:p w:rsidR="00110EFD" w:rsidRDefault="00110EFD" w:rsidP="00110EFD">
            <w:pPr>
              <w:rPr>
                <w:sz w:val="17"/>
              </w:rPr>
            </w:pPr>
            <w:r>
              <w:rPr>
                <w:sz w:val="17"/>
              </w:rPr>
              <w:t>3</w:t>
            </w:r>
            <w:r w:rsidR="00F50E61">
              <w:rPr>
                <w:sz w:val="17"/>
              </w:rPr>
              <w:t>2</w:t>
            </w:r>
            <w:r>
              <w:rPr>
                <w:sz w:val="17"/>
              </w:rPr>
              <w:t>.</w:t>
            </w:r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Diagrami i frekuencave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të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grupuara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për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të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dhëna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diskrete</w:t>
            </w:r>
            <w:proofErr w:type="spellEnd"/>
          </w:p>
          <w:p w:rsidR="00110EFD" w:rsidRDefault="00110EFD" w:rsidP="00110EFD">
            <w:pPr>
              <w:rPr>
                <w:sz w:val="17"/>
              </w:rPr>
            </w:pPr>
          </w:p>
          <w:p w:rsidR="00110EFD" w:rsidRPr="008C02DD" w:rsidRDefault="00110EFD" w:rsidP="00110EFD">
            <w:pPr>
              <w:rPr>
                <w:sz w:val="17"/>
                <w:lang w:val="de-DE"/>
              </w:rPr>
            </w:pPr>
            <w:r w:rsidRPr="008C02DD">
              <w:rPr>
                <w:sz w:val="17"/>
                <w:lang w:val="de-DE"/>
              </w:rPr>
              <w:t>TEMA 13:</w:t>
            </w:r>
          </w:p>
          <w:p w:rsidR="00110EFD" w:rsidRPr="008C02DD" w:rsidRDefault="00110EFD" w:rsidP="00110EFD">
            <w:pPr>
              <w:rPr>
                <w:lang w:val="de-DE"/>
              </w:rPr>
            </w:pPr>
          </w:p>
          <w:p w:rsidR="00110EFD" w:rsidRPr="008C02DD" w:rsidRDefault="008C02DD" w:rsidP="00110EFD">
            <w:pPr>
              <w:rPr>
                <w:lang w:val="de-DE"/>
              </w:rPr>
            </w:pPr>
            <w:r w:rsidRPr="008C02DD">
              <w:rPr>
                <w:sz w:val="17"/>
                <w:lang w:val="de-DE"/>
              </w:rPr>
              <w:t>33.</w:t>
            </w:r>
            <w:r w:rsidR="00110EFD" w:rsidRPr="008C02DD">
              <w:rPr>
                <w:sz w:val="17"/>
                <w:lang w:val="de-DE"/>
              </w:rPr>
              <w:t xml:space="preserve"> </w:t>
            </w:r>
            <w:proofErr w:type="spellStart"/>
            <w:r w:rsidR="00110EFD" w:rsidRPr="008C02DD">
              <w:rPr>
                <w:sz w:val="17"/>
                <w:lang w:val="de-DE"/>
              </w:rPr>
              <w:t>Gjuha</w:t>
            </w:r>
            <w:proofErr w:type="spellEnd"/>
            <w:r w:rsidR="00110EFD" w:rsidRPr="008C02DD">
              <w:rPr>
                <w:sz w:val="17"/>
                <w:lang w:val="de-DE"/>
              </w:rPr>
              <w:t xml:space="preserve"> e </w:t>
            </w:r>
            <w:proofErr w:type="spellStart"/>
            <w:r w:rsidR="00110EFD" w:rsidRPr="008C02DD">
              <w:rPr>
                <w:sz w:val="17"/>
                <w:lang w:val="de-DE"/>
              </w:rPr>
              <w:t>probabilitetit</w:t>
            </w:r>
            <w:proofErr w:type="spellEnd"/>
          </w:p>
          <w:p w:rsidR="00110EFD" w:rsidRDefault="008C02DD" w:rsidP="00110EFD">
            <w:pPr>
              <w:rPr>
                <w:sz w:val="17"/>
                <w:lang w:val="de-DE"/>
              </w:rPr>
            </w:pPr>
            <w:r w:rsidRPr="008C02DD">
              <w:rPr>
                <w:sz w:val="17"/>
                <w:lang w:val="de-DE"/>
              </w:rPr>
              <w:t xml:space="preserve">34. </w:t>
            </w:r>
            <w:proofErr w:type="spellStart"/>
            <w:r w:rsidR="00110EFD" w:rsidRPr="008C02DD">
              <w:rPr>
                <w:sz w:val="17"/>
                <w:lang w:val="de-DE"/>
              </w:rPr>
              <w:t>Probabiliteti</w:t>
            </w:r>
            <w:proofErr w:type="spellEnd"/>
            <w:r w:rsidR="00110EFD" w:rsidRPr="008C02DD">
              <w:rPr>
                <w:sz w:val="17"/>
                <w:lang w:val="de-DE"/>
              </w:rPr>
              <w:t xml:space="preserve"> </w:t>
            </w:r>
            <w:proofErr w:type="spellStart"/>
            <w:r w:rsidR="00110EFD" w:rsidRPr="008C02DD">
              <w:rPr>
                <w:sz w:val="17"/>
                <w:lang w:val="de-DE"/>
              </w:rPr>
              <w:t>statistikor</w:t>
            </w:r>
            <w:proofErr w:type="spellEnd"/>
          </w:p>
          <w:p w:rsidR="008C02DD" w:rsidRPr="008C02DD" w:rsidRDefault="008C02DD" w:rsidP="00110EFD">
            <w:pPr>
              <w:rPr>
                <w:lang w:val="de-DE"/>
              </w:rPr>
            </w:pPr>
            <w:r>
              <w:rPr>
                <w:sz w:val="17"/>
                <w:lang w:val="de-DE"/>
              </w:rPr>
              <w:t xml:space="preserve">35. </w:t>
            </w:r>
            <w:proofErr w:type="spellStart"/>
            <w:r>
              <w:rPr>
                <w:sz w:val="17"/>
                <w:lang w:val="de-DE"/>
              </w:rPr>
              <w:t>Ushtrime</w:t>
            </w:r>
            <w:proofErr w:type="spellEnd"/>
          </w:p>
          <w:p w:rsidR="00110EFD" w:rsidRPr="008C02DD" w:rsidRDefault="008C02DD" w:rsidP="00110EFD">
            <w:pPr>
              <w:rPr>
                <w:lang w:val="de-DE"/>
              </w:rPr>
            </w:pPr>
            <w:r w:rsidRPr="008C02DD">
              <w:rPr>
                <w:sz w:val="17"/>
                <w:lang w:val="de-DE"/>
              </w:rPr>
              <w:t xml:space="preserve">36. </w:t>
            </w:r>
            <w:proofErr w:type="spellStart"/>
            <w:r w:rsidR="00110EFD" w:rsidRPr="008C02DD">
              <w:rPr>
                <w:sz w:val="17"/>
                <w:lang w:val="de-DE"/>
              </w:rPr>
              <w:t>Probabiliteti</w:t>
            </w:r>
            <w:proofErr w:type="spellEnd"/>
            <w:r w:rsidR="00110EFD" w:rsidRPr="008C02DD">
              <w:rPr>
                <w:sz w:val="17"/>
                <w:lang w:val="de-DE"/>
              </w:rPr>
              <w:t xml:space="preserve"> </w:t>
            </w:r>
            <w:proofErr w:type="spellStart"/>
            <w:r w:rsidR="00110EFD" w:rsidRPr="008C02DD">
              <w:rPr>
                <w:sz w:val="17"/>
                <w:lang w:val="de-DE"/>
              </w:rPr>
              <w:t>teorik</w:t>
            </w:r>
            <w:proofErr w:type="spellEnd"/>
          </w:p>
          <w:p w:rsidR="00110EFD" w:rsidRPr="008C02DD" w:rsidRDefault="008C02DD" w:rsidP="00110EFD">
            <w:pPr>
              <w:rPr>
                <w:sz w:val="17"/>
                <w:lang w:val="de-DE"/>
              </w:rPr>
            </w:pPr>
            <w:r w:rsidRPr="008C02DD">
              <w:rPr>
                <w:sz w:val="17"/>
                <w:lang w:val="de-DE"/>
              </w:rPr>
              <w:t xml:space="preserve">37. </w:t>
            </w:r>
            <w:proofErr w:type="spellStart"/>
            <w:r w:rsidR="00110EFD" w:rsidRPr="008C02DD">
              <w:rPr>
                <w:sz w:val="17"/>
                <w:lang w:val="de-DE"/>
              </w:rPr>
              <w:t>Ushtrime</w:t>
            </w:r>
            <w:proofErr w:type="spellEnd"/>
            <w:r w:rsidR="00110EFD" w:rsidRPr="008C02DD">
              <w:rPr>
                <w:sz w:val="17"/>
                <w:lang w:val="de-DE"/>
              </w:rPr>
              <w:t xml:space="preserve"> </w:t>
            </w:r>
            <w:proofErr w:type="spellStart"/>
            <w:r w:rsidR="00110EFD" w:rsidRPr="008C02DD">
              <w:rPr>
                <w:sz w:val="17"/>
                <w:lang w:val="de-DE"/>
              </w:rPr>
              <w:t>dhe</w:t>
            </w:r>
            <w:proofErr w:type="spellEnd"/>
            <w:r w:rsidR="00110EFD" w:rsidRPr="008C02DD">
              <w:rPr>
                <w:sz w:val="17"/>
                <w:lang w:val="de-DE"/>
              </w:rPr>
              <w:t xml:space="preserve"> </w:t>
            </w:r>
            <w:proofErr w:type="spellStart"/>
            <w:r w:rsidR="00110EFD" w:rsidRPr="008C02DD">
              <w:rPr>
                <w:sz w:val="17"/>
                <w:lang w:val="de-DE"/>
              </w:rPr>
              <w:t>përsëritje</w:t>
            </w:r>
            <w:proofErr w:type="spellEnd"/>
            <w:r w:rsidR="00110EFD" w:rsidRPr="008C02DD">
              <w:rPr>
                <w:sz w:val="17"/>
                <w:lang w:val="de-DE"/>
              </w:rPr>
              <w:t xml:space="preserve"> </w:t>
            </w:r>
            <w:proofErr w:type="spellStart"/>
            <w:r w:rsidR="00110EFD" w:rsidRPr="008C02DD">
              <w:rPr>
                <w:sz w:val="17"/>
                <w:lang w:val="de-DE"/>
              </w:rPr>
              <w:t>për</w:t>
            </w:r>
            <w:proofErr w:type="spellEnd"/>
            <w:r w:rsidR="00110EFD" w:rsidRPr="008C02DD">
              <w:rPr>
                <w:sz w:val="17"/>
                <w:lang w:val="de-DE"/>
              </w:rPr>
              <w:t xml:space="preserve"> </w:t>
            </w:r>
            <w:proofErr w:type="spellStart"/>
            <w:r w:rsidR="00110EFD" w:rsidRPr="008C02DD">
              <w:rPr>
                <w:sz w:val="17"/>
                <w:lang w:val="de-DE"/>
              </w:rPr>
              <w:t>test</w:t>
            </w:r>
            <w:proofErr w:type="spellEnd"/>
          </w:p>
          <w:p w:rsidR="00110EFD" w:rsidRPr="008C02DD" w:rsidRDefault="008C02DD" w:rsidP="00110EFD">
            <w:pPr>
              <w:rPr>
                <w:lang w:val="de-DE"/>
              </w:rPr>
            </w:pPr>
            <w:r w:rsidRPr="008C02DD">
              <w:rPr>
                <w:sz w:val="17"/>
                <w:lang w:val="de-DE"/>
              </w:rPr>
              <w:t xml:space="preserve">38. </w:t>
            </w:r>
            <w:r w:rsidR="00110EFD" w:rsidRPr="008C02DD">
              <w:rPr>
                <w:sz w:val="17"/>
                <w:lang w:val="de-DE"/>
              </w:rPr>
              <w:t xml:space="preserve">Test – </w:t>
            </w:r>
            <w:proofErr w:type="spellStart"/>
            <w:r w:rsidR="00110EFD" w:rsidRPr="008C02DD">
              <w:rPr>
                <w:sz w:val="17"/>
                <w:lang w:val="de-DE"/>
              </w:rPr>
              <w:t>vlerësim</w:t>
            </w:r>
            <w:proofErr w:type="spellEnd"/>
            <w:r w:rsidR="00110EFD" w:rsidRPr="008C02DD">
              <w:rPr>
                <w:sz w:val="17"/>
                <w:lang w:val="de-DE"/>
              </w:rPr>
              <w:t xml:space="preserve"> </w:t>
            </w:r>
            <w:proofErr w:type="spellStart"/>
            <w:r w:rsidR="00110EFD" w:rsidRPr="008C02DD">
              <w:rPr>
                <w:sz w:val="17"/>
                <w:lang w:val="de-DE"/>
              </w:rPr>
              <w:t>përmbledhës</w:t>
            </w:r>
            <w:proofErr w:type="spellEnd"/>
          </w:p>
          <w:p w:rsidR="000672E0" w:rsidRPr="003723AF" w:rsidRDefault="008C02DD" w:rsidP="00110EFD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17"/>
              </w:rPr>
              <w:t xml:space="preserve">39. </w:t>
            </w:r>
            <w:proofErr w:type="spellStart"/>
            <w:r w:rsidR="00110EFD">
              <w:rPr>
                <w:sz w:val="17"/>
              </w:rPr>
              <w:t>Analiza</w:t>
            </w:r>
            <w:proofErr w:type="spellEnd"/>
            <w:r w:rsidR="00110EFD">
              <w:rPr>
                <w:sz w:val="17"/>
              </w:rPr>
              <w:t xml:space="preserve"> e </w:t>
            </w:r>
            <w:proofErr w:type="spellStart"/>
            <w:r w:rsidR="00110EFD">
              <w:rPr>
                <w:sz w:val="17"/>
              </w:rPr>
              <w:t>testit</w:t>
            </w:r>
            <w:proofErr w:type="spellEnd"/>
            <w:r w:rsidR="000672E0" w:rsidRPr="003723AF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0672E0" w:rsidRPr="003723AF" w:rsidRDefault="000672E0" w:rsidP="000672E0">
            <w:pPr>
              <w:rPr>
                <w:rFonts w:cs="Times New Roman"/>
                <w:sz w:val="20"/>
                <w:szCs w:val="20"/>
              </w:rPr>
            </w:pPr>
          </w:p>
          <w:p w:rsidR="000672E0" w:rsidRPr="003723AF" w:rsidRDefault="000672E0" w:rsidP="000672E0">
            <w:pPr>
              <w:spacing w:after="40" w:line="228" w:lineRule="auto"/>
              <w:rPr>
                <w:rFonts w:cs="Times New Roman"/>
                <w:b/>
                <w:sz w:val="20"/>
                <w:szCs w:val="20"/>
              </w:rPr>
            </w:pPr>
          </w:p>
          <w:p w:rsidR="000672E0" w:rsidRPr="003723AF" w:rsidRDefault="000672E0" w:rsidP="000672E0">
            <w:pPr>
              <w:spacing w:after="40" w:line="228" w:lineRule="auto"/>
              <w:rPr>
                <w:rFonts w:cs="Times New Roman"/>
                <w:b/>
                <w:sz w:val="20"/>
                <w:szCs w:val="20"/>
              </w:rPr>
            </w:pPr>
          </w:p>
          <w:p w:rsidR="000672E0" w:rsidRPr="003723AF" w:rsidRDefault="000672E0" w:rsidP="000672E0">
            <w:pPr>
              <w:spacing w:after="40" w:line="228" w:lineRule="auto"/>
              <w:rPr>
                <w:rFonts w:cs="Times New Roman"/>
                <w:b/>
                <w:sz w:val="20"/>
                <w:szCs w:val="20"/>
              </w:rPr>
            </w:pPr>
          </w:p>
          <w:p w:rsidR="000672E0" w:rsidRPr="003723AF" w:rsidRDefault="000672E0" w:rsidP="000672E0">
            <w:pPr>
              <w:spacing w:after="40" w:line="228" w:lineRule="auto"/>
              <w:rPr>
                <w:rFonts w:cs="Times New Roman"/>
                <w:b/>
                <w:sz w:val="20"/>
                <w:szCs w:val="20"/>
              </w:rPr>
            </w:pPr>
          </w:p>
          <w:p w:rsidR="000672E0" w:rsidRPr="003723AF" w:rsidRDefault="000672E0" w:rsidP="000672E0">
            <w:pPr>
              <w:spacing w:after="40" w:line="228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672E0" w:rsidRPr="00C84F42" w:rsidRDefault="000672E0" w:rsidP="000672E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lastRenderedPageBreak/>
              <w:t>39</w:t>
            </w:r>
            <w:r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84F42">
              <w:rPr>
                <w:rFonts w:cs="Times New Roman"/>
                <w:b/>
                <w:sz w:val="20"/>
                <w:szCs w:val="20"/>
              </w:rPr>
              <w:t>orë</w:t>
            </w:r>
            <w:proofErr w:type="spellEnd"/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672E0" w:rsidRPr="00206AA7" w:rsidRDefault="000672E0" w:rsidP="000672E0">
            <w:pPr>
              <w:spacing w:after="60" w:line="228" w:lineRule="auto"/>
              <w:rPr>
                <w:sz w:val="20"/>
                <w:szCs w:val="20"/>
              </w:rPr>
            </w:pPr>
            <w:proofErr w:type="spellStart"/>
            <w:r w:rsidRPr="00206AA7">
              <w:rPr>
                <w:sz w:val="20"/>
                <w:szCs w:val="20"/>
              </w:rPr>
              <w:t>Mësimdhënie</w:t>
            </w:r>
            <w:proofErr w:type="spellEnd"/>
            <w:r w:rsidRPr="00206AA7">
              <w:rPr>
                <w:sz w:val="20"/>
                <w:szCs w:val="20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</w:rPr>
              <w:t>dhe</w:t>
            </w:r>
            <w:proofErr w:type="spellEnd"/>
            <w:r w:rsidRPr="00206AA7">
              <w:rPr>
                <w:sz w:val="20"/>
                <w:szCs w:val="20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</w:rPr>
              <w:t>nxënie</w:t>
            </w:r>
            <w:proofErr w:type="spellEnd"/>
            <w:r w:rsidRPr="00206AA7">
              <w:rPr>
                <w:sz w:val="20"/>
                <w:szCs w:val="20"/>
              </w:rPr>
              <w:t xml:space="preserve"> me </w:t>
            </w:r>
            <w:proofErr w:type="spellStart"/>
            <w:r w:rsidRPr="00206AA7">
              <w:rPr>
                <w:sz w:val="20"/>
                <w:szCs w:val="20"/>
              </w:rPr>
              <w:t>nxënësin</w:t>
            </w:r>
            <w:proofErr w:type="spellEnd"/>
            <w:r w:rsidRPr="00206AA7">
              <w:rPr>
                <w:sz w:val="20"/>
                <w:szCs w:val="20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</w:rPr>
              <w:t>në</w:t>
            </w:r>
            <w:proofErr w:type="spellEnd"/>
            <w:r w:rsidRPr="00206AA7">
              <w:rPr>
                <w:sz w:val="20"/>
                <w:szCs w:val="20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</w:rPr>
              <w:t>qendër</w:t>
            </w:r>
            <w:proofErr w:type="spellEnd"/>
            <w:r w:rsidRPr="00206AA7">
              <w:rPr>
                <w:sz w:val="20"/>
                <w:szCs w:val="20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</w:rPr>
              <w:t>dhe</w:t>
            </w:r>
            <w:proofErr w:type="spellEnd"/>
            <w:r w:rsidRPr="00206AA7">
              <w:rPr>
                <w:sz w:val="20"/>
                <w:szCs w:val="20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</w:rPr>
              <w:t>gjithëpërfshirëse</w:t>
            </w:r>
            <w:proofErr w:type="spellEnd"/>
            <w:r w:rsidRPr="00206AA7">
              <w:rPr>
                <w:sz w:val="20"/>
                <w:szCs w:val="20"/>
              </w:rPr>
              <w:t>.</w:t>
            </w:r>
          </w:p>
          <w:p w:rsidR="000672E0" w:rsidRDefault="000672E0" w:rsidP="000672E0">
            <w:pPr>
              <w:spacing w:after="60" w:line="228" w:lineRule="auto"/>
              <w:rPr>
                <w:sz w:val="20"/>
                <w:szCs w:val="20"/>
              </w:rPr>
            </w:pPr>
          </w:p>
          <w:p w:rsidR="006E761A" w:rsidRPr="00206AA7" w:rsidRDefault="006E761A" w:rsidP="000672E0">
            <w:pPr>
              <w:spacing w:after="60" w:line="228" w:lineRule="auto"/>
              <w:rPr>
                <w:sz w:val="20"/>
                <w:szCs w:val="20"/>
              </w:rPr>
            </w:pPr>
          </w:p>
          <w:p w:rsidR="000672E0" w:rsidRPr="00206AA7" w:rsidRDefault="000672E0" w:rsidP="000672E0">
            <w:pPr>
              <w:spacing w:after="60" w:line="228" w:lineRule="auto"/>
              <w:rPr>
                <w:sz w:val="20"/>
                <w:szCs w:val="20"/>
              </w:rPr>
            </w:pPr>
          </w:p>
          <w:p w:rsidR="000672E0" w:rsidRPr="00206AA7" w:rsidRDefault="000672E0" w:rsidP="000672E0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  <w:proofErr w:type="spellStart"/>
            <w:r w:rsidRPr="00206AA7">
              <w:rPr>
                <w:sz w:val="20"/>
                <w:szCs w:val="20"/>
                <w:lang w:val="de-DE"/>
              </w:rPr>
              <w:t>Zgjidhje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problemesh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hulumtim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arsyetim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diskutim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matematikor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>.</w:t>
            </w:r>
          </w:p>
          <w:p w:rsidR="000672E0" w:rsidRDefault="000672E0" w:rsidP="000672E0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</w:p>
          <w:p w:rsidR="000672E0" w:rsidRPr="00206AA7" w:rsidRDefault="000672E0" w:rsidP="000672E0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  <w:proofErr w:type="spellStart"/>
            <w:r w:rsidRPr="00206AA7">
              <w:rPr>
                <w:sz w:val="20"/>
                <w:szCs w:val="20"/>
                <w:lang w:val="de-DE"/>
              </w:rPr>
              <w:t>Punë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individuale,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në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çifte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në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grupe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;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mësimdhënie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diferencuar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>.</w:t>
            </w:r>
          </w:p>
          <w:p w:rsidR="000672E0" w:rsidRDefault="000672E0" w:rsidP="000672E0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</w:p>
          <w:p w:rsidR="000672E0" w:rsidRPr="00206AA7" w:rsidRDefault="000672E0" w:rsidP="000672E0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  <w:proofErr w:type="spellStart"/>
            <w:r w:rsidRPr="00206AA7">
              <w:rPr>
                <w:sz w:val="20"/>
                <w:szCs w:val="20"/>
                <w:lang w:val="de-DE"/>
              </w:rPr>
              <w:t>Demonstrim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modelim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stuhi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mendimesh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ditar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dypjesësh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tabela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T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punë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drejtuar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>.</w:t>
            </w:r>
          </w:p>
          <w:p w:rsidR="000672E0" w:rsidRPr="00A211EA" w:rsidRDefault="000672E0" w:rsidP="000672E0">
            <w:pPr>
              <w:rPr>
                <w:sz w:val="20"/>
                <w:szCs w:val="20"/>
                <w:lang w:val="de-DE"/>
              </w:rPr>
            </w:pPr>
          </w:p>
          <w:p w:rsidR="000672E0" w:rsidRPr="00024AC1" w:rsidRDefault="000672E0" w:rsidP="000672E0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206AA7">
              <w:rPr>
                <w:sz w:val="20"/>
                <w:szCs w:val="20"/>
              </w:rPr>
              <w:t>Përdorim</w:t>
            </w:r>
            <w:proofErr w:type="spellEnd"/>
            <w:r w:rsidRPr="00206AA7">
              <w:rPr>
                <w:sz w:val="20"/>
                <w:szCs w:val="20"/>
              </w:rPr>
              <w:t xml:space="preserve"> i GeoGebra-s, </w:t>
            </w:r>
            <w:proofErr w:type="spellStart"/>
            <w:r w:rsidRPr="00206AA7">
              <w:rPr>
                <w:sz w:val="20"/>
                <w:szCs w:val="20"/>
              </w:rPr>
              <w:t>kalkulatorit</w:t>
            </w:r>
            <w:proofErr w:type="spellEnd"/>
            <w:r w:rsidRPr="00206AA7">
              <w:rPr>
                <w:sz w:val="20"/>
                <w:szCs w:val="20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</w:rPr>
              <w:t>dhe</w:t>
            </w:r>
            <w:proofErr w:type="spellEnd"/>
            <w:r w:rsidRPr="00206AA7">
              <w:rPr>
                <w:sz w:val="20"/>
                <w:szCs w:val="20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</w:rPr>
              <w:t>mjeteve</w:t>
            </w:r>
            <w:proofErr w:type="spellEnd"/>
            <w:r w:rsidRPr="00206AA7">
              <w:rPr>
                <w:sz w:val="20"/>
                <w:szCs w:val="20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</w:rPr>
              <w:t>digjitale</w:t>
            </w:r>
            <w:proofErr w:type="spellEnd"/>
            <w:r w:rsidRPr="00206AA7">
              <w:rPr>
                <w:sz w:val="20"/>
                <w:szCs w:val="20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</w:rPr>
              <w:t>sipas</w:t>
            </w:r>
            <w:proofErr w:type="spellEnd"/>
            <w:r w:rsidRPr="00206AA7">
              <w:rPr>
                <w:sz w:val="20"/>
                <w:szCs w:val="20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</w:rPr>
              <w:t>temës</w:t>
            </w:r>
            <w:proofErr w:type="spellEnd"/>
            <w:r w:rsidRPr="00206AA7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672E0" w:rsidRPr="00FE6F3D" w:rsidRDefault="000672E0" w:rsidP="000672E0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  <w:proofErr w:type="spellStart"/>
            <w:r w:rsidRPr="00FE6F3D">
              <w:rPr>
                <w:sz w:val="20"/>
                <w:szCs w:val="20"/>
                <w:lang w:val="de-DE"/>
              </w:rPr>
              <w:lastRenderedPageBreak/>
              <w:t>Vlerësim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diagnostik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formativ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gjatë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procesit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mësimor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>.</w:t>
            </w:r>
          </w:p>
          <w:p w:rsidR="000672E0" w:rsidRDefault="000672E0" w:rsidP="000672E0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</w:p>
          <w:p w:rsidR="000672E0" w:rsidRDefault="000672E0" w:rsidP="000672E0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</w:p>
          <w:p w:rsidR="000672E0" w:rsidRPr="00FE6F3D" w:rsidRDefault="000672E0" w:rsidP="000672E0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  <w:proofErr w:type="spellStart"/>
            <w:r w:rsidRPr="00FE6F3D">
              <w:rPr>
                <w:sz w:val="20"/>
                <w:szCs w:val="20"/>
                <w:lang w:val="de-DE"/>
              </w:rPr>
              <w:t>Vlerësim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verbal,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lastRenderedPageBreak/>
              <w:t>detyra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kontrolluese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vëzhgim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listë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kontrolli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>.</w:t>
            </w:r>
          </w:p>
          <w:p w:rsidR="000672E0" w:rsidRDefault="000672E0" w:rsidP="000672E0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</w:p>
          <w:p w:rsidR="000672E0" w:rsidRPr="00FE6F3D" w:rsidRDefault="000672E0" w:rsidP="000672E0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  <w:proofErr w:type="spellStart"/>
            <w:r w:rsidRPr="00FE6F3D">
              <w:rPr>
                <w:sz w:val="20"/>
                <w:szCs w:val="20"/>
                <w:lang w:val="de-DE"/>
              </w:rPr>
              <w:t>Vlerësim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punës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individuale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në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grup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;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vetëvlerësim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vlerësim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ndërsjellë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>.</w:t>
            </w:r>
          </w:p>
          <w:p w:rsidR="000672E0" w:rsidRDefault="000672E0" w:rsidP="000672E0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</w:p>
          <w:p w:rsidR="000672E0" w:rsidRPr="00FE6F3D" w:rsidRDefault="000672E0" w:rsidP="000672E0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  <w:proofErr w:type="spellStart"/>
            <w:r w:rsidRPr="00FE6F3D">
              <w:rPr>
                <w:sz w:val="20"/>
                <w:szCs w:val="20"/>
                <w:lang w:val="de-DE"/>
              </w:rPr>
              <w:t>Vlerësim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bazuar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në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kritere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në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rezultatet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të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nxënit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>.</w:t>
            </w:r>
          </w:p>
          <w:p w:rsidR="000672E0" w:rsidRDefault="000672E0" w:rsidP="000672E0">
            <w:pPr>
              <w:rPr>
                <w:sz w:val="20"/>
                <w:szCs w:val="20"/>
                <w:lang w:val="de-DE"/>
              </w:rPr>
            </w:pPr>
          </w:p>
          <w:p w:rsidR="000672E0" w:rsidRPr="00024AC1" w:rsidRDefault="000672E0" w:rsidP="000672E0">
            <w:pPr>
              <w:rPr>
                <w:rFonts w:cs="Times New Roman"/>
                <w:sz w:val="20"/>
                <w:szCs w:val="20"/>
                <w:lang w:val="de-DE"/>
              </w:rPr>
            </w:pPr>
            <w:proofErr w:type="spellStart"/>
            <w:r w:rsidRPr="00FE6F3D">
              <w:rPr>
                <w:sz w:val="20"/>
                <w:szCs w:val="20"/>
                <w:lang w:val="de-DE"/>
              </w:rPr>
              <w:t>Në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fund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të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periudhës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: 1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orë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ushtrime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>/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përsëritje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, 1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orë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test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1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orë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analizë</w:t>
            </w:r>
            <w:proofErr w:type="spellEnd"/>
            <w:r w:rsidRPr="00FE6F3D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FE6F3D">
              <w:rPr>
                <w:sz w:val="20"/>
                <w:szCs w:val="20"/>
                <w:lang w:val="de-DE"/>
              </w:rPr>
              <w:t>testit</w:t>
            </w:r>
            <w:proofErr w:type="spellEnd"/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672E0" w:rsidRPr="00206AA7" w:rsidRDefault="000672E0" w:rsidP="000672E0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  <w:proofErr w:type="spellStart"/>
            <w:r w:rsidRPr="00206AA7">
              <w:rPr>
                <w:sz w:val="20"/>
                <w:szCs w:val="20"/>
                <w:lang w:val="de-DE"/>
              </w:rPr>
              <w:lastRenderedPageBreak/>
              <w:t>Gjuhët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komunikimi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argumentimi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terminologjia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shpjegimi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zgjidhjeve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>.</w:t>
            </w:r>
          </w:p>
          <w:p w:rsidR="000672E0" w:rsidRPr="00206AA7" w:rsidRDefault="000672E0" w:rsidP="000672E0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  <w:proofErr w:type="spellStart"/>
            <w:r w:rsidRPr="00206AA7">
              <w:rPr>
                <w:sz w:val="20"/>
                <w:szCs w:val="20"/>
                <w:lang w:val="de-DE"/>
              </w:rPr>
              <w:t>Shkencat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e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natyrës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r w:rsidRPr="00206AA7">
              <w:rPr>
                <w:sz w:val="20"/>
                <w:szCs w:val="20"/>
                <w:lang w:val="de-DE"/>
              </w:rPr>
              <w:lastRenderedPageBreak/>
              <w:t xml:space="preserve">–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matje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, modele,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të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dhëna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zbatime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numerike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>.</w:t>
            </w:r>
          </w:p>
          <w:p w:rsidR="000672E0" w:rsidRDefault="000672E0" w:rsidP="000672E0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</w:p>
          <w:p w:rsidR="000672E0" w:rsidRPr="00206AA7" w:rsidRDefault="000672E0" w:rsidP="000672E0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  <w:proofErr w:type="spellStart"/>
            <w:r w:rsidRPr="00206AA7">
              <w:rPr>
                <w:sz w:val="20"/>
                <w:szCs w:val="20"/>
                <w:lang w:val="de-DE"/>
              </w:rPr>
              <w:t>Shoqëria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mjedisi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statistika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harta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të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dhëna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situata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jetësore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>.</w:t>
            </w:r>
          </w:p>
          <w:p w:rsidR="000672E0" w:rsidRDefault="000672E0" w:rsidP="000672E0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</w:p>
          <w:p w:rsidR="000672E0" w:rsidRPr="00206AA7" w:rsidRDefault="000672E0" w:rsidP="000672E0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  <w:proofErr w:type="spellStart"/>
            <w:r w:rsidRPr="00206AA7">
              <w:rPr>
                <w:sz w:val="20"/>
                <w:szCs w:val="20"/>
                <w:lang w:val="de-DE"/>
              </w:rPr>
              <w:t>Jeta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puna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zgjidhje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problemesh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praktike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përdorim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i TIK-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ut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>.</w:t>
            </w:r>
          </w:p>
          <w:p w:rsidR="000672E0" w:rsidRDefault="000672E0" w:rsidP="000672E0">
            <w:pPr>
              <w:rPr>
                <w:sz w:val="20"/>
                <w:szCs w:val="20"/>
                <w:lang w:val="de-DE"/>
              </w:rPr>
            </w:pPr>
          </w:p>
          <w:p w:rsidR="000672E0" w:rsidRPr="00C816EF" w:rsidRDefault="000672E0" w:rsidP="000672E0">
            <w:pPr>
              <w:rPr>
                <w:rFonts w:cs="Times New Roman"/>
                <w:sz w:val="20"/>
                <w:szCs w:val="20"/>
                <w:lang w:val="de-DE"/>
              </w:rPr>
            </w:pPr>
            <w:proofErr w:type="spellStart"/>
            <w:r w:rsidRPr="00206AA7">
              <w:rPr>
                <w:sz w:val="20"/>
                <w:szCs w:val="20"/>
                <w:lang w:val="de-DE"/>
              </w:rPr>
              <w:t>Edukatë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fizike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sportet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shëndeti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matje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raporte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përqindje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dhe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të</w:t>
            </w:r>
            <w:proofErr w:type="spellEnd"/>
            <w:r w:rsidRPr="00206AA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06AA7">
              <w:rPr>
                <w:sz w:val="20"/>
                <w:szCs w:val="20"/>
                <w:lang w:val="de-DE"/>
              </w:rPr>
              <w:t>dhëna</w:t>
            </w:r>
            <w:proofErr w:type="spellEnd"/>
            <w:r w:rsidRPr="006416F8">
              <w:rPr>
                <w:sz w:val="14"/>
                <w:lang w:val="de-DE"/>
              </w:rPr>
              <w:t>.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672E0" w:rsidRPr="00C816EF" w:rsidRDefault="000672E0" w:rsidP="000672E0">
            <w:pPr>
              <w:spacing w:after="60" w:line="228" w:lineRule="auto"/>
              <w:rPr>
                <w:sz w:val="20"/>
                <w:szCs w:val="20"/>
              </w:rPr>
            </w:pPr>
            <w:proofErr w:type="spellStart"/>
            <w:r w:rsidRPr="00C816EF">
              <w:rPr>
                <w:sz w:val="20"/>
                <w:szCs w:val="20"/>
              </w:rPr>
              <w:lastRenderedPageBreak/>
              <w:t>Matematika</w:t>
            </w:r>
            <w:proofErr w:type="spellEnd"/>
            <w:r w:rsidRPr="00C816EF">
              <w:rPr>
                <w:sz w:val="20"/>
                <w:szCs w:val="20"/>
              </w:rPr>
              <w:t xml:space="preserve"> 7 – </w:t>
            </w:r>
            <w:proofErr w:type="spellStart"/>
            <w:r w:rsidRPr="00C816EF">
              <w:rPr>
                <w:sz w:val="20"/>
                <w:szCs w:val="20"/>
              </w:rPr>
              <w:t>Botime</w:t>
            </w:r>
            <w:proofErr w:type="spellEnd"/>
            <w:r w:rsidRPr="00C816EF">
              <w:rPr>
                <w:sz w:val="20"/>
                <w:szCs w:val="20"/>
              </w:rPr>
              <w:t xml:space="preserve"> PEGI, </w:t>
            </w:r>
            <w:proofErr w:type="spellStart"/>
            <w:r w:rsidRPr="00C816EF">
              <w:rPr>
                <w:sz w:val="20"/>
                <w:szCs w:val="20"/>
              </w:rPr>
              <w:t>Kosovë</w:t>
            </w:r>
            <w:proofErr w:type="spellEnd"/>
            <w:r w:rsidRPr="00C816EF">
              <w:rPr>
                <w:sz w:val="20"/>
                <w:szCs w:val="20"/>
              </w:rPr>
              <w:t xml:space="preserve">, </w:t>
            </w:r>
            <w:proofErr w:type="spellStart"/>
            <w:r w:rsidRPr="00C816EF">
              <w:rPr>
                <w:sz w:val="20"/>
                <w:szCs w:val="20"/>
              </w:rPr>
              <w:t>Prishtinë</w:t>
            </w:r>
            <w:proofErr w:type="spellEnd"/>
            <w:r w:rsidRPr="00C816EF">
              <w:rPr>
                <w:sz w:val="20"/>
                <w:szCs w:val="20"/>
              </w:rPr>
              <w:t xml:space="preserve"> 2024.</w:t>
            </w:r>
          </w:p>
          <w:p w:rsidR="000672E0" w:rsidRDefault="000672E0" w:rsidP="000672E0">
            <w:pPr>
              <w:spacing w:after="60" w:line="228" w:lineRule="auto"/>
              <w:rPr>
                <w:sz w:val="20"/>
                <w:szCs w:val="20"/>
              </w:rPr>
            </w:pPr>
          </w:p>
          <w:p w:rsidR="000672E0" w:rsidRPr="00C816EF" w:rsidRDefault="000672E0" w:rsidP="000672E0">
            <w:pPr>
              <w:spacing w:after="60" w:line="228" w:lineRule="auto"/>
              <w:rPr>
                <w:sz w:val="20"/>
                <w:szCs w:val="20"/>
              </w:rPr>
            </w:pPr>
            <w:proofErr w:type="spellStart"/>
            <w:r w:rsidRPr="00C816EF">
              <w:rPr>
                <w:sz w:val="20"/>
                <w:szCs w:val="20"/>
              </w:rPr>
              <w:lastRenderedPageBreak/>
              <w:t>Fletore</w:t>
            </w:r>
            <w:proofErr w:type="spellEnd"/>
            <w:r w:rsidRPr="00C816EF">
              <w:rPr>
                <w:sz w:val="20"/>
                <w:szCs w:val="20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</w:rPr>
              <w:t>pune</w:t>
            </w:r>
            <w:proofErr w:type="spellEnd"/>
            <w:r w:rsidRPr="00C816EF">
              <w:rPr>
                <w:sz w:val="20"/>
                <w:szCs w:val="20"/>
              </w:rPr>
              <w:t xml:space="preserve"> – </w:t>
            </w:r>
            <w:proofErr w:type="spellStart"/>
            <w:r w:rsidRPr="00C816EF">
              <w:rPr>
                <w:sz w:val="20"/>
                <w:szCs w:val="20"/>
              </w:rPr>
              <w:t>Matematika</w:t>
            </w:r>
            <w:proofErr w:type="spellEnd"/>
            <w:r w:rsidRPr="00C816EF">
              <w:rPr>
                <w:sz w:val="20"/>
                <w:szCs w:val="20"/>
              </w:rPr>
              <w:t xml:space="preserve"> 7, PEGI.</w:t>
            </w:r>
          </w:p>
          <w:p w:rsidR="000672E0" w:rsidRPr="00C816EF" w:rsidRDefault="000672E0" w:rsidP="000672E0">
            <w:pPr>
              <w:spacing w:after="60" w:line="228" w:lineRule="auto"/>
              <w:rPr>
                <w:sz w:val="20"/>
                <w:szCs w:val="20"/>
                <w:lang w:val="de-DE"/>
              </w:rPr>
            </w:pPr>
          </w:p>
          <w:p w:rsidR="000672E0" w:rsidRPr="00C816EF" w:rsidRDefault="000672E0" w:rsidP="000672E0">
            <w:pPr>
              <w:rPr>
                <w:sz w:val="20"/>
                <w:szCs w:val="20"/>
                <w:lang w:val="de-DE"/>
              </w:rPr>
            </w:pPr>
            <w:r w:rsidRPr="00C816EF">
              <w:rPr>
                <w:sz w:val="20"/>
                <w:szCs w:val="20"/>
              </w:rPr>
              <w:t xml:space="preserve">GeoGebra, </w:t>
            </w:r>
            <w:proofErr w:type="spellStart"/>
            <w:r w:rsidRPr="00C816EF">
              <w:rPr>
                <w:sz w:val="20"/>
                <w:szCs w:val="20"/>
              </w:rPr>
              <w:t>kalkulator</w:t>
            </w:r>
            <w:proofErr w:type="spellEnd"/>
            <w:r w:rsidRPr="00C816EF">
              <w:rPr>
                <w:sz w:val="20"/>
                <w:szCs w:val="20"/>
              </w:rPr>
              <w:t xml:space="preserve">, </w:t>
            </w:r>
            <w:proofErr w:type="spellStart"/>
            <w:r w:rsidRPr="00C816EF">
              <w:rPr>
                <w:sz w:val="20"/>
                <w:szCs w:val="20"/>
              </w:rPr>
              <w:t>mjete</w:t>
            </w:r>
            <w:proofErr w:type="spellEnd"/>
            <w:r w:rsidRPr="00C816EF">
              <w:rPr>
                <w:sz w:val="20"/>
                <w:szCs w:val="20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</w:rPr>
              <w:t>gjeometrike</w:t>
            </w:r>
            <w:proofErr w:type="spellEnd"/>
            <w:r w:rsidRPr="00C816EF">
              <w:rPr>
                <w:sz w:val="20"/>
                <w:szCs w:val="20"/>
              </w:rPr>
              <w:t xml:space="preserve">, </w:t>
            </w:r>
            <w:proofErr w:type="spellStart"/>
            <w:r w:rsidRPr="00C816EF">
              <w:rPr>
                <w:sz w:val="20"/>
                <w:szCs w:val="20"/>
              </w:rPr>
              <w:t>fletë</w:t>
            </w:r>
            <w:proofErr w:type="spellEnd"/>
            <w:r w:rsidRPr="00C816EF">
              <w:rPr>
                <w:sz w:val="20"/>
                <w:szCs w:val="20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</w:rPr>
              <w:t>pune</w:t>
            </w:r>
            <w:proofErr w:type="spellEnd"/>
            <w:r w:rsidRPr="00C816EF">
              <w:rPr>
                <w:sz w:val="20"/>
                <w:szCs w:val="20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</w:rPr>
              <w:t>dhe</w:t>
            </w:r>
            <w:proofErr w:type="spellEnd"/>
            <w:r w:rsidRPr="00C816EF">
              <w:rPr>
                <w:sz w:val="20"/>
                <w:szCs w:val="20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</w:rPr>
              <w:t>burime</w:t>
            </w:r>
            <w:proofErr w:type="spellEnd"/>
            <w:r w:rsidRPr="00C816EF">
              <w:rPr>
                <w:sz w:val="20"/>
                <w:szCs w:val="20"/>
              </w:rPr>
              <w:t xml:space="preserve"> </w:t>
            </w:r>
            <w:proofErr w:type="spellStart"/>
            <w:r w:rsidRPr="00C816EF">
              <w:rPr>
                <w:sz w:val="20"/>
                <w:szCs w:val="20"/>
              </w:rPr>
              <w:t>digjitale</w:t>
            </w:r>
            <w:proofErr w:type="spellEnd"/>
          </w:p>
        </w:tc>
      </w:tr>
      <w:tr w:rsidR="000672E0" w:rsidRPr="009E1A94" w:rsidTr="00F63F2F">
        <w:tc>
          <w:tcPr>
            <w:tcW w:w="36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EF2E8"/>
          </w:tcPr>
          <w:p w:rsidR="000672E0" w:rsidRPr="009E1A94" w:rsidRDefault="000672E0" w:rsidP="000672E0">
            <w:pPr>
              <w:rPr>
                <w:sz w:val="20"/>
                <w:szCs w:val="20"/>
              </w:rPr>
            </w:pPr>
            <w:proofErr w:type="spellStart"/>
            <w:r w:rsidRPr="009E1A94">
              <w:rPr>
                <w:b/>
                <w:sz w:val="20"/>
                <w:szCs w:val="20"/>
              </w:rPr>
              <w:lastRenderedPageBreak/>
              <w:t>Arsimtari</w:t>
            </w:r>
            <w:proofErr w:type="spellEnd"/>
            <w:r w:rsidRPr="009E1A94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0858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672E0" w:rsidRDefault="000672E0" w:rsidP="000672E0">
            <w:pPr>
              <w:rPr>
                <w:sz w:val="20"/>
                <w:szCs w:val="20"/>
              </w:rPr>
            </w:pPr>
          </w:p>
          <w:p w:rsidR="000672E0" w:rsidRPr="009E1A94" w:rsidRDefault="000672E0" w:rsidP="000672E0">
            <w:pPr>
              <w:rPr>
                <w:sz w:val="20"/>
                <w:szCs w:val="20"/>
              </w:rPr>
            </w:pPr>
          </w:p>
        </w:tc>
      </w:tr>
    </w:tbl>
    <w:p w:rsidR="00F02432" w:rsidRDefault="00F02432"/>
    <w:p w:rsidR="00F02432" w:rsidRDefault="00F02432"/>
    <w:p w:rsidR="00F02432" w:rsidRDefault="00F02432"/>
    <w:p w:rsidR="00F02432" w:rsidRDefault="00F02432"/>
    <w:p w:rsidR="00F02432" w:rsidRDefault="00F02432"/>
    <w:p w:rsidR="00F02432" w:rsidRDefault="00F02432"/>
    <w:p w:rsidR="00F02432" w:rsidRDefault="00F02432"/>
    <w:p w:rsidR="00F02432" w:rsidRDefault="00F02432"/>
    <w:p w:rsidR="00F02432" w:rsidRDefault="00F02432"/>
    <w:p w:rsidR="00831FA5" w:rsidRDefault="00831FA5" w:rsidP="006E761A"/>
    <w:sectPr w:rsidR="00831FA5" w:rsidSect="00034616">
      <w:pgSz w:w="16838" w:h="11905" w:orient="landscape"/>
      <w:pgMar w:top="346" w:right="317" w:bottom="346" w:left="317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26124" w:rsidRDefault="00E26124" w:rsidP="00B34465">
      <w:r>
        <w:separator/>
      </w:r>
    </w:p>
  </w:endnote>
  <w:endnote w:type="continuationSeparator" w:id="0">
    <w:p w:rsidR="00E26124" w:rsidRDefault="00E26124" w:rsidP="00B34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ArialMT">
    <w:altName w:val="Yu Gothic UI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26124" w:rsidRDefault="00E26124" w:rsidP="00B34465">
      <w:r>
        <w:separator/>
      </w:r>
    </w:p>
  </w:footnote>
  <w:footnote w:type="continuationSeparator" w:id="0">
    <w:p w:rsidR="00E26124" w:rsidRDefault="00E26124" w:rsidP="00B344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5B6E4F"/>
    <w:multiLevelType w:val="multilevel"/>
    <w:tmpl w:val="34CAA0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085B373B"/>
    <w:multiLevelType w:val="multilevel"/>
    <w:tmpl w:val="01DE03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D260BE3"/>
    <w:multiLevelType w:val="multilevel"/>
    <w:tmpl w:val="4D1450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2B71A87"/>
    <w:multiLevelType w:val="multilevel"/>
    <w:tmpl w:val="BEFA30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170830B5"/>
    <w:multiLevelType w:val="multilevel"/>
    <w:tmpl w:val="7BF2928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6BE1280"/>
    <w:multiLevelType w:val="multilevel"/>
    <w:tmpl w:val="F9A6DF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5" w15:restartNumberingAfterBreak="0">
    <w:nsid w:val="3D715DC4"/>
    <w:multiLevelType w:val="multilevel"/>
    <w:tmpl w:val="F1525AB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C2909CC"/>
    <w:multiLevelType w:val="multilevel"/>
    <w:tmpl w:val="FB5EED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FED0F3D"/>
    <w:multiLevelType w:val="multilevel"/>
    <w:tmpl w:val="9C8E63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  <w:sz w:val="17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i w:val="0"/>
        <w:sz w:val="17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17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sz w:val="17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i w:val="0"/>
        <w:sz w:val="17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sz w:val="17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i w:val="0"/>
        <w:sz w:val="17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sz w:val="17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  <w:sz w:val="17"/>
      </w:rPr>
    </w:lvl>
  </w:abstractNum>
  <w:abstractNum w:abstractNumId="18" w15:restartNumberingAfterBreak="0">
    <w:nsid w:val="57691A1A"/>
    <w:multiLevelType w:val="multilevel"/>
    <w:tmpl w:val="343AFFE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F2C6BB1"/>
    <w:multiLevelType w:val="hybridMultilevel"/>
    <w:tmpl w:val="66F8D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F8467D"/>
    <w:multiLevelType w:val="hybridMultilevel"/>
    <w:tmpl w:val="EF005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B73CB2"/>
    <w:multiLevelType w:val="multilevel"/>
    <w:tmpl w:val="797881D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647855790">
    <w:abstractNumId w:val="8"/>
  </w:num>
  <w:num w:numId="2" w16cid:durableId="17238637">
    <w:abstractNumId w:val="6"/>
  </w:num>
  <w:num w:numId="3" w16cid:durableId="441191189">
    <w:abstractNumId w:val="5"/>
  </w:num>
  <w:num w:numId="4" w16cid:durableId="354619221">
    <w:abstractNumId w:val="4"/>
  </w:num>
  <w:num w:numId="5" w16cid:durableId="68158115">
    <w:abstractNumId w:val="7"/>
  </w:num>
  <w:num w:numId="6" w16cid:durableId="523831253">
    <w:abstractNumId w:val="3"/>
  </w:num>
  <w:num w:numId="7" w16cid:durableId="1241793773">
    <w:abstractNumId w:val="2"/>
  </w:num>
  <w:num w:numId="8" w16cid:durableId="617954815">
    <w:abstractNumId w:val="1"/>
  </w:num>
  <w:num w:numId="9" w16cid:durableId="2002075957">
    <w:abstractNumId w:val="0"/>
  </w:num>
  <w:num w:numId="10" w16cid:durableId="510605444">
    <w:abstractNumId w:val="19"/>
  </w:num>
  <w:num w:numId="11" w16cid:durableId="173154364">
    <w:abstractNumId w:val="20"/>
  </w:num>
  <w:num w:numId="12" w16cid:durableId="241574381">
    <w:abstractNumId w:val="14"/>
  </w:num>
  <w:num w:numId="13" w16cid:durableId="934746071">
    <w:abstractNumId w:val="10"/>
  </w:num>
  <w:num w:numId="14" w16cid:durableId="104540629">
    <w:abstractNumId w:val="12"/>
  </w:num>
  <w:num w:numId="15" w16cid:durableId="1850824095">
    <w:abstractNumId w:val="9"/>
  </w:num>
  <w:num w:numId="16" w16cid:durableId="2109306873">
    <w:abstractNumId w:val="16"/>
  </w:num>
  <w:num w:numId="17" w16cid:durableId="2085640531">
    <w:abstractNumId w:val="21"/>
  </w:num>
  <w:num w:numId="18" w16cid:durableId="1443955442">
    <w:abstractNumId w:val="15"/>
  </w:num>
  <w:num w:numId="19" w16cid:durableId="884295314">
    <w:abstractNumId w:val="17"/>
  </w:num>
  <w:num w:numId="20" w16cid:durableId="733700672">
    <w:abstractNumId w:val="11"/>
  </w:num>
  <w:num w:numId="21" w16cid:durableId="761685024">
    <w:abstractNumId w:val="18"/>
  </w:num>
  <w:num w:numId="22" w16cid:durableId="139862825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4AC1"/>
    <w:rsid w:val="0003202A"/>
    <w:rsid w:val="00034616"/>
    <w:rsid w:val="0006063C"/>
    <w:rsid w:val="000672E0"/>
    <w:rsid w:val="000D5A18"/>
    <w:rsid w:val="000F549D"/>
    <w:rsid w:val="00110EFD"/>
    <w:rsid w:val="001159F3"/>
    <w:rsid w:val="0012383D"/>
    <w:rsid w:val="00136068"/>
    <w:rsid w:val="0015074B"/>
    <w:rsid w:val="001654B1"/>
    <w:rsid w:val="001B0AB0"/>
    <w:rsid w:val="001B644D"/>
    <w:rsid w:val="00206AA7"/>
    <w:rsid w:val="002703CA"/>
    <w:rsid w:val="0029639D"/>
    <w:rsid w:val="00301821"/>
    <w:rsid w:val="00304244"/>
    <w:rsid w:val="00326F90"/>
    <w:rsid w:val="003723AF"/>
    <w:rsid w:val="003E7CE4"/>
    <w:rsid w:val="004E4F15"/>
    <w:rsid w:val="005B603F"/>
    <w:rsid w:val="005F4F1B"/>
    <w:rsid w:val="0062012B"/>
    <w:rsid w:val="006416F8"/>
    <w:rsid w:val="006E761A"/>
    <w:rsid w:val="00781B72"/>
    <w:rsid w:val="007B5075"/>
    <w:rsid w:val="007C6219"/>
    <w:rsid w:val="00831FA5"/>
    <w:rsid w:val="008444D5"/>
    <w:rsid w:val="008C02DD"/>
    <w:rsid w:val="00920A86"/>
    <w:rsid w:val="00947A2A"/>
    <w:rsid w:val="00974198"/>
    <w:rsid w:val="00A211EA"/>
    <w:rsid w:val="00A9116B"/>
    <w:rsid w:val="00AA1D8D"/>
    <w:rsid w:val="00B0123D"/>
    <w:rsid w:val="00B05EAF"/>
    <w:rsid w:val="00B34465"/>
    <w:rsid w:val="00B47730"/>
    <w:rsid w:val="00B62707"/>
    <w:rsid w:val="00BB5BD9"/>
    <w:rsid w:val="00C26CEF"/>
    <w:rsid w:val="00C70CBC"/>
    <w:rsid w:val="00C816EF"/>
    <w:rsid w:val="00C84F42"/>
    <w:rsid w:val="00CB0664"/>
    <w:rsid w:val="00E26124"/>
    <w:rsid w:val="00EB5C12"/>
    <w:rsid w:val="00F02432"/>
    <w:rsid w:val="00F50E61"/>
    <w:rsid w:val="00FB586F"/>
    <w:rsid w:val="00FC693F"/>
    <w:rsid w:val="00FE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4944FE73"/>
  <w14:defaultImageDpi w14:val="300"/>
  <w15:docId w15:val="{5126E384-7942-3344-BFD5-9A336CB11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eastAsia="Times New Roman" w:hAnsi="Times New Roman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99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Note"/>
    <w:rPr>
      <w:rFonts w:ascii="Times New Roman" w:eastAsia="Times New Roman" w:hAnsi="Times New Roman"/>
      <w:i/>
      <w:sz w:val="15"/>
    </w:rPr>
  </w:style>
  <w:style w:type="paragraph" w:customStyle="1" w:styleId="TableParagraph">
    <w:name w:val="Table Paragraph"/>
    <w:basedOn w:val="Normal"/>
    <w:uiPriority w:val="1"/>
    <w:qFormat/>
    <w:rsid w:val="006416F8"/>
    <w:pPr>
      <w:widowControl w:val="0"/>
      <w:autoSpaceDE w:val="0"/>
      <w:autoSpaceDN w:val="0"/>
    </w:pPr>
    <w:rPr>
      <w:rFonts w:cs="Times New Roman"/>
      <w:sz w:val="22"/>
      <w:lang w:eastAsia="en-GB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13</Pages>
  <Words>4370</Words>
  <Characters>24915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Planifikimi mësimor - Matematika 7 - 2026/2027</vt:lpstr>
    </vt:vector>
  </TitlesOfParts>
  <Manager/>
  <Company/>
  <LinksUpToDate>false</LinksUpToDate>
  <CharactersWithSpaces>29227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Planifikimi mësimor - Matematika 7 - 2026/2027</dc:title>
  <dc:subject>Matematikë, Klasa VII</dc:subject>
  <dc:creator>python-docx</dc:creator>
  <cp:keywords/>
  <dc:description>generated by python-docx</dc:description>
  <cp:lastModifiedBy>Imac</cp:lastModifiedBy>
  <cp:revision>37</cp:revision>
  <dcterms:created xsi:type="dcterms:W3CDTF">2013-12-23T23:15:00Z</dcterms:created>
  <dcterms:modified xsi:type="dcterms:W3CDTF">2026-08-24T07:28:00Z</dcterms:modified>
  <cp:category/>
</cp:coreProperties>
</file>