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600" w:type="dxa"/>
        <w:tblInd w:w="7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8"/>
        <w:gridCol w:w="1276"/>
        <w:gridCol w:w="679"/>
        <w:gridCol w:w="738"/>
        <w:gridCol w:w="1672"/>
        <w:gridCol w:w="1730"/>
        <w:gridCol w:w="851"/>
        <w:gridCol w:w="2824"/>
        <w:gridCol w:w="647"/>
        <w:gridCol w:w="356"/>
        <w:gridCol w:w="2889"/>
      </w:tblGrid>
      <w:tr w:rsidR="005B603F" w:rsidRPr="00640E39" w:rsidTr="000D5A18">
        <w:trPr>
          <w:trHeight w:val="413"/>
        </w:trPr>
        <w:tc>
          <w:tcPr>
            <w:tcW w:w="3631" w:type="dxa"/>
            <w:gridSpan w:val="4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5B603F" w:rsidRPr="00640E39" w:rsidRDefault="005B603F" w:rsidP="00F63F2F">
            <w:pPr>
              <w:rPr>
                <w:b/>
              </w:rPr>
            </w:pPr>
            <w:r>
              <w:rPr>
                <w:b/>
              </w:rPr>
              <w:t xml:space="preserve">Logo e </w:t>
            </w:r>
            <w:proofErr w:type="spellStart"/>
            <w:r>
              <w:rPr>
                <w:b/>
              </w:rPr>
              <w:t>Komunës</w:t>
            </w:r>
            <w:proofErr w:type="spellEnd"/>
          </w:p>
        </w:tc>
        <w:tc>
          <w:tcPr>
            <w:tcW w:w="3402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6F9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5B603F" w:rsidRPr="00640E39" w:rsidRDefault="005B603F" w:rsidP="00F63F2F">
            <w:pPr>
              <w:spacing w:line="228" w:lineRule="auto"/>
            </w:pPr>
            <w:r w:rsidRPr="00640E39">
              <w:rPr>
                <w:b/>
              </w:rPr>
              <w:t>SHKOLLA:</w:t>
            </w:r>
          </w:p>
        </w:tc>
        <w:tc>
          <w:tcPr>
            <w:tcW w:w="4678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5B603F" w:rsidRPr="00640E39" w:rsidRDefault="005B603F" w:rsidP="00F63F2F">
            <w:pPr>
              <w:spacing w:line="228" w:lineRule="auto"/>
            </w:pPr>
            <w:r w:rsidRPr="00640E39">
              <w:rPr>
                <w:b/>
              </w:rPr>
              <w:t xml:space="preserve">SHFMU </w:t>
            </w:r>
            <w:proofErr w:type="gramStart"/>
            <w:r w:rsidRPr="00640E39">
              <w:rPr>
                <w:b/>
              </w:rPr>
              <w:t>“ ”</w:t>
            </w:r>
            <w:proofErr w:type="gramEnd"/>
          </w:p>
        </w:tc>
        <w:tc>
          <w:tcPr>
            <w:tcW w:w="2889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FFFFFF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5B603F" w:rsidRPr="00640E39" w:rsidRDefault="005B603F" w:rsidP="00F63F2F">
            <w:pPr>
              <w:ind w:right="257"/>
              <w:rPr>
                <w:b/>
                <w:color w:val="0000CC"/>
              </w:rPr>
            </w:pPr>
            <w:r>
              <w:rPr>
                <w:b/>
                <w:color w:val="0000CC"/>
              </w:rPr>
              <w:t xml:space="preserve">Logo e </w:t>
            </w:r>
            <w:proofErr w:type="spellStart"/>
            <w:r>
              <w:rPr>
                <w:b/>
                <w:color w:val="0000CC"/>
              </w:rPr>
              <w:t>shkollës</w:t>
            </w:r>
            <w:proofErr w:type="spellEnd"/>
          </w:p>
        </w:tc>
      </w:tr>
      <w:tr w:rsidR="005B603F" w:rsidRPr="00640E39" w:rsidTr="000D5A18">
        <w:trPr>
          <w:trHeight w:val="208"/>
        </w:trPr>
        <w:tc>
          <w:tcPr>
            <w:tcW w:w="3631" w:type="dxa"/>
            <w:gridSpan w:val="4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FFFFFF"/>
          </w:tcPr>
          <w:p w:rsidR="005B603F" w:rsidRPr="00640E39" w:rsidRDefault="005B603F" w:rsidP="00F63F2F">
            <w:pPr>
              <w:ind w:firstLine="360"/>
              <w:rPr>
                <w:b/>
                <w:color w:val="0000CC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6F9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5B603F" w:rsidRPr="00640E39" w:rsidRDefault="005B603F" w:rsidP="00F63F2F">
            <w:pPr>
              <w:spacing w:line="228" w:lineRule="auto"/>
            </w:pPr>
            <w:proofErr w:type="gramStart"/>
            <w:r w:rsidRPr="00640E39">
              <w:rPr>
                <w:b/>
              </w:rPr>
              <w:t>PLANI  VJETOR</w:t>
            </w:r>
            <w:proofErr w:type="gramEnd"/>
            <w:r w:rsidRPr="00640E39">
              <w:rPr>
                <w:b/>
              </w:rPr>
              <w:t>: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5B603F" w:rsidRPr="00640E39" w:rsidRDefault="005B603F" w:rsidP="00F63F2F">
            <w:pPr>
              <w:spacing w:line="228" w:lineRule="auto"/>
            </w:pPr>
            <w:r w:rsidRPr="00640E39">
              <w:rPr>
                <w:b/>
              </w:rPr>
              <w:t>2026 / 2027</w:t>
            </w:r>
          </w:p>
        </w:tc>
        <w:tc>
          <w:tcPr>
            <w:tcW w:w="2889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FFFFFF"/>
          </w:tcPr>
          <w:p w:rsidR="005B603F" w:rsidRPr="00640E39" w:rsidRDefault="005B603F" w:rsidP="00F63F2F">
            <w:pPr>
              <w:autoSpaceDE w:val="0"/>
              <w:autoSpaceDN w:val="0"/>
              <w:adjustRightInd w:val="0"/>
              <w:ind w:left="12"/>
              <w:rPr>
                <w:b/>
                <w:bCs/>
              </w:rPr>
            </w:pPr>
          </w:p>
        </w:tc>
      </w:tr>
      <w:tr w:rsidR="005B603F" w:rsidRPr="00640E39" w:rsidTr="000D5A18">
        <w:trPr>
          <w:trHeight w:val="462"/>
        </w:trPr>
        <w:tc>
          <w:tcPr>
            <w:tcW w:w="3631" w:type="dxa"/>
            <w:gridSpan w:val="4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FFFFFF"/>
          </w:tcPr>
          <w:p w:rsidR="005B603F" w:rsidRPr="00640E39" w:rsidRDefault="005B603F" w:rsidP="00F63F2F">
            <w:pPr>
              <w:ind w:firstLine="360"/>
              <w:rPr>
                <w:b/>
                <w:color w:val="0000CC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BF6F9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5B603F" w:rsidRPr="00640E39" w:rsidRDefault="005B603F" w:rsidP="00F63F2F">
            <w:pPr>
              <w:spacing w:line="228" w:lineRule="auto"/>
            </w:pPr>
            <w:r w:rsidRPr="00640E39">
              <w:rPr>
                <w:b/>
              </w:rPr>
              <w:t>FUSHA E KURRIKULËS: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5B603F" w:rsidRPr="00640E39" w:rsidRDefault="005B603F" w:rsidP="00F63F2F">
            <w:pPr>
              <w:spacing w:line="228" w:lineRule="auto"/>
            </w:pPr>
            <w:r>
              <w:rPr>
                <w:b/>
              </w:rPr>
              <w:t>MATEMATIKË</w:t>
            </w:r>
          </w:p>
        </w:tc>
        <w:tc>
          <w:tcPr>
            <w:tcW w:w="2889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FFFFFF"/>
          </w:tcPr>
          <w:p w:rsidR="005B603F" w:rsidRPr="00640E39" w:rsidRDefault="005B603F" w:rsidP="00F63F2F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</w:tr>
      <w:tr w:rsidR="005B603F" w:rsidRPr="00640E39" w:rsidTr="000D5A18">
        <w:trPr>
          <w:trHeight w:val="336"/>
        </w:trPr>
        <w:tc>
          <w:tcPr>
            <w:tcW w:w="3631" w:type="dxa"/>
            <w:gridSpan w:val="4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FFFFFF"/>
          </w:tcPr>
          <w:p w:rsidR="005B603F" w:rsidRPr="00640E39" w:rsidRDefault="005B603F" w:rsidP="00F63F2F">
            <w:pPr>
              <w:ind w:firstLine="360"/>
              <w:rPr>
                <w:b/>
                <w:color w:val="0000CC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BF6F9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5B603F" w:rsidRPr="00640E39" w:rsidRDefault="005B603F" w:rsidP="00F63F2F">
            <w:pPr>
              <w:spacing w:line="228" w:lineRule="auto"/>
            </w:pPr>
            <w:proofErr w:type="gramStart"/>
            <w:r w:rsidRPr="00640E39">
              <w:rPr>
                <w:b/>
              </w:rPr>
              <w:t>KLASA :</w:t>
            </w:r>
            <w:proofErr w:type="gramEnd"/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516D86" w:rsidRDefault="00000000">
            <w:pPr>
              <w:jc w:val="center"/>
            </w:pPr>
            <w:r>
              <w:rPr>
                <w:rFonts w:ascii="Arial" w:eastAsia="Arial" w:hAnsi="Arial"/>
                <w:b/>
              </w:rPr>
              <w:t>IX</w:t>
            </w:r>
          </w:p>
        </w:tc>
        <w:tc>
          <w:tcPr>
            <w:tcW w:w="2889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FFFFFF"/>
          </w:tcPr>
          <w:p w:rsidR="005B603F" w:rsidRPr="00640E39" w:rsidRDefault="005B603F" w:rsidP="00F63F2F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</w:tr>
      <w:tr w:rsidR="005B603F" w:rsidRPr="006416F8" w:rsidTr="000D5A18">
        <w:trPr>
          <w:trHeight w:val="313"/>
        </w:trPr>
        <w:tc>
          <w:tcPr>
            <w:tcW w:w="93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EBF6F9"/>
            <w:tcMar>
              <w:top w:w="25" w:type="dxa"/>
              <w:left w:w="35" w:type="dxa"/>
              <w:bottom w:w="25" w:type="dxa"/>
              <w:right w:w="35" w:type="dxa"/>
            </w:tcMar>
            <w:textDirection w:val="btLr"/>
          </w:tcPr>
          <w:p w:rsidR="005B603F" w:rsidRPr="006416F8" w:rsidRDefault="005B603F" w:rsidP="00F63F2F">
            <w:pPr>
              <w:spacing w:line="228" w:lineRule="auto"/>
              <w:jc w:val="center"/>
              <w:rPr>
                <w:lang w:val="de-DE"/>
              </w:rPr>
            </w:pPr>
            <w:proofErr w:type="spellStart"/>
            <w:r w:rsidRPr="006416F8">
              <w:rPr>
                <w:b/>
                <w:lang w:val="de-DE"/>
              </w:rPr>
              <w:t>Lënda-ët</w:t>
            </w:r>
            <w:proofErr w:type="spellEnd"/>
            <w:r w:rsidRPr="006416F8">
              <w:rPr>
                <w:b/>
                <w:lang w:val="de-DE"/>
              </w:rPr>
              <w:t xml:space="preserve"> e </w:t>
            </w:r>
            <w:proofErr w:type="spellStart"/>
            <w:r w:rsidRPr="006416F8">
              <w:rPr>
                <w:b/>
                <w:lang w:val="de-DE"/>
              </w:rPr>
              <w:t>fushës</w:t>
            </w:r>
            <w:proofErr w:type="spellEnd"/>
          </w:p>
          <w:p w:rsidR="005B603F" w:rsidRPr="006416F8" w:rsidRDefault="005B603F" w:rsidP="00F63F2F">
            <w:pPr>
              <w:spacing w:line="228" w:lineRule="auto"/>
              <w:jc w:val="center"/>
              <w:rPr>
                <w:lang w:val="de-DE"/>
              </w:rPr>
            </w:pPr>
            <w:proofErr w:type="spellStart"/>
            <w:r w:rsidRPr="006416F8">
              <w:rPr>
                <w:b/>
                <w:lang w:val="de-DE"/>
              </w:rPr>
              <w:t>kurrikulare</w:t>
            </w:r>
            <w:proofErr w:type="spellEnd"/>
          </w:p>
        </w:tc>
        <w:tc>
          <w:tcPr>
            <w:tcW w:w="9770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BF6F9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5B603F" w:rsidRPr="00640E39" w:rsidRDefault="005B603F" w:rsidP="00F63F2F">
            <w:pPr>
              <w:spacing w:line="228" w:lineRule="auto"/>
              <w:jc w:val="center"/>
            </w:pPr>
            <w:r w:rsidRPr="00640E39">
              <w:rPr>
                <w:b/>
              </w:rPr>
              <w:t>T E M A T   M Ë S I M O R E   T Ë   S H P Ë R N D A R A   G J A T Ë   M U A J V E</w:t>
            </w:r>
          </w:p>
        </w:tc>
        <w:tc>
          <w:tcPr>
            <w:tcW w:w="3892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DD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516D86" w:rsidRDefault="00000000">
            <w:pPr>
              <w:jc w:val="center"/>
            </w:pPr>
            <w:r>
              <w:rPr>
                <w:rFonts w:ascii="Arial" w:eastAsia="Arial" w:hAnsi="Arial"/>
                <w:b/>
                <w:sz w:val="20"/>
              </w:rPr>
              <w:t>Kontributi në rezultatet e të nxënit për kompetencat kryesore të shkallës IV (Klasa IX)</w:t>
            </w:r>
          </w:p>
        </w:tc>
      </w:tr>
      <w:tr w:rsidR="005B603F" w:rsidRPr="00640E39" w:rsidTr="000D5A18">
        <w:trPr>
          <w:trHeight w:val="19"/>
        </w:trPr>
        <w:tc>
          <w:tcPr>
            <w:tcW w:w="93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EBF6F9"/>
          </w:tcPr>
          <w:p w:rsidR="005B603F" w:rsidRPr="00280E86" w:rsidRDefault="005B603F" w:rsidP="00F63F2F">
            <w:pPr>
              <w:autoSpaceDE w:val="0"/>
              <w:autoSpaceDN w:val="0"/>
              <w:adjustRightInd w:val="0"/>
              <w:jc w:val="center"/>
              <w:rPr>
                <w:rFonts w:eastAsia="ArialMT"/>
                <w:b/>
                <w:lang w:val="en-US"/>
              </w:rPr>
            </w:pPr>
          </w:p>
        </w:tc>
        <w:tc>
          <w:tcPr>
            <w:tcW w:w="4365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BF6F9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5B603F" w:rsidRPr="00640E39" w:rsidRDefault="005B603F" w:rsidP="00F63F2F">
            <w:pPr>
              <w:spacing w:line="228" w:lineRule="auto"/>
              <w:jc w:val="center"/>
            </w:pPr>
            <w:r w:rsidRPr="00640E39">
              <w:rPr>
                <w:b/>
              </w:rPr>
              <w:t>GJYSMËVJETORI I PARË</w:t>
            </w:r>
          </w:p>
        </w:tc>
        <w:tc>
          <w:tcPr>
            <w:tcW w:w="540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BF6F9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5B603F" w:rsidRPr="00640E39" w:rsidRDefault="005B603F" w:rsidP="00F63F2F">
            <w:pPr>
              <w:spacing w:line="228" w:lineRule="auto"/>
              <w:jc w:val="center"/>
            </w:pPr>
            <w:r w:rsidRPr="00640E39">
              <w:rPr>
                <w:b/>
              </w:rPr>
              <w:t>GJYSMËVJETORI I DYTË</w:t>
            </w:r>
          </w:p>
        </w:tc>
        <w:tc>
          <w:tcPr>
            <w:tcW w:w="3892" w:type="dxa"/>
            <w:gridSpan w:val="3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DF6FF"/>
          </w:tcPr>
          <w:p w:rsidR="005B603F" w:rsidRPr="00640E39" w:rsidRDefault="005B603F" w:rsidP="00F63F2F">
            <w:pPr>
              <w:autoSpaceDE w:val="0"/>
              <w:autoSpaceDN w:val="0"/>
              <w:adjustRightInd w:val="0"/>
              <w:rPr>
                <w:rFonts w:eastAsia="ArialMT"/>
                <w:b/>
              </w:rPr>
            </w:pPr>
          </w:p>
        </w:tc>
      </w:tr>
      <w:tr w:rsidR="005B603F" w:rsidRPr="00280E86" w:rsidTr="000D5A18">
        <w:trPr>
          <w:cantSplit/>
          <w:trHeight w:val="679"/>
        </w:trPr>
        <w:tc>
          <w:tcPr>
            <w:tcW w:w="93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BF6F9"/>
          </w:tcPr>
          <w:p w:rsidR="005B603F" w:rsidRPr="00640E39" w:rsidRDefault="005B603F" w:rsidP="00F63F2F">
            <w:pPr>
              <w:autoSpaceDE w:val="0"/>
              <w:autoSpaceDN w:val="0"/>
              <w:adjustRightInd w:val="0"/>
              <w:jc w:val="center"/>
              <w:rPr>
                <w:rFonts w:eastAsia="ArialMT"/>
                <w:b/>
              </w:rPr>
            </w:pPr>
          </w:p>
        </w:tc>
        <w:tc>
          <w:tcPr>
            <w:tcW w:w="195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EBF6F9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5B603F" w:rsidRPr="00640E39" w:rsidRDefault="005B603F" w:rsidP="00F63F2F">
            <w:pPr>
              <w:spacing w:line="228" w:lineRule="auto"/>
              <w:jc w:val="center"/>
            </w:pPr>
            <w:r w:rsidRPr="00640E39">
              <w:rPr>
                <w:b/>
              </w:rPr>
              <w:t>SHTATOR - TETOR</w:t>
            </w:r>
          </w:p>
        </w:tc>
        <w:tc>
          <w:tcPr>
            <w:tcW w:w="2410" w:type="dxa"/>
            <w:gridSpan w:val="2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BF6F9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5B603F" w:rsidRPr="00640E39" w:rsidRDefault="005B603F" w:rsidP="00F63F2F">
            <w:pPr>
              <w:spacing w:line="228" w:lineRule="auto"/>
              <w:jc w:val="center"/>
            </w:pPr>
            <w:r w:rsidRPr="00640E39">
              <w:rPr>
                <w:b/>
              </w:rPr>
              <w:t>NËNTOR - DHJETOR</w:t>
            </w:r>
          </w:p>
          <w:p w:rsidR="005B603F" w:rsidRPr="00640E39" w:rsidRDefault="005B603F" w:rsidP="00F63F2F">
            <w:pPr>
              <w:spacing w:line="228" w:lineRule="auto"/>
              <w:jc w:val="center"/>
            </w:pPr>
          </w:p>
        </w:tc>
        <w:tc>
          <w:tcPr>
            <w:tcW w:w="258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BF6F9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5B603F" w:rsidRPr="00640E39" w:rsidRDefault="005B603F" w:rsidP="00F63F2F">
            <w:pPr>
              <w:spacing w:line="228" w:lineRule="auto"/>
              <w:jc w:val="center"/>
            </w:pPr>
            <w:r w:rsidRPr="00640E39">
              <w:rPr>
                <w:b/>
              </w:rPr>
              <w:t>JANAR - SHKURT - MARS</w:t>
            </w:r>
          </w:p>
          <w:p w:rsidR="005B603F" w:rsidRPr="00640E39" w:rsidRDefault="005B603F" w:rsidP="00F63F2F">
            <w:pPr>
              <w:spacing w:line="228" w:lineRule="auto"/>
              <w:jc w:val="center"/>
            </w:pPr>
          </w:p>
        </w:tc>
        <w:tc>
          <w:tcPr>
            <w:tcW w:w="28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BF6F9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5B603F" w:rsidRPr="00640E39" w:rsidRDefault="005B603F" w:rsidP="00F63F2F">
            <w:pPr>
              <w:spacing w:line="228" w:lineRule="auto"/>
              <w:jc w:val="center"/>
            </w:pPr>
            <w:r w:rsidRPr="00640E39">
              <w:rPr>
                <w:b/>
              </w:rPr>
              <w:t>PRILL - MAJ - QERSHOR</w:t>
            </w:r>
          </w:p>
          <w:p w:rsidR="005B603F" w:rsidRPr="00640E39" w:rsidRDefault="005B603F" w:rsidP="00F63F2F">
            <w:pPr>
              <w:spacing w:line="228" w:lineRule="auto"/>
              <w:jc w:val="center"/>
            </w:pPr>
          </w:p>
        </w:tc>
        <w:tc>
          <w:tcPr>
            <w:tcW w:w="647" w:type="dxa"/>
            <w:vMerge w:val="restart"/>
            <w:tcBorders>
              <w:top w:val="single" w:sz="18" w:space="0" w:color="auto"/>
              <w:left w:val="single" w:sz="18" w:space="0" w:color="auto"/>
              <w:right w:val="dotted" w:sz="4" w:space="0" w:color="auto"/>
            </w:tcBorders>
            <w:shd w:val="clear" w:color="auto" w:fill="EBF6F9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516D86" w:rsidRDefault="00000000">
            <w:pPr>
              <w:jc w:val="center"/>
            </w:pPr>
            <w:r>
              <w:rPr>
                <w:rFonts w:ascii="Arial" w:eastAsia="Arial" w:hAnsi="Arial"/>
                <w:b/>
                <w:sz w:val="20"/>
              </w:rPr>
              <w:t>I</w:t>
            </w:r>
          </w:p>
        </w:tc>
        <w:tc>
          <w:tcPr>
            <w:tcW w:w="3245" w:type="dxa"/>
            <w:gridSpan w:val="2"/>
            <w:tcBorders>
              <w:top w:val="single" w:sz="18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EBF6F9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516D86" w:rsidRPr="00280E86" w:rsidRDefault="00280E86">
            <w:pPr>
              <w:rPr>
                <w:lang w:val="de-DE"/>
              </w:rPr>
            </w:pPr>
            <w:proofErr w:type="spellStart"/>
            <w:r w:rsidRPr="00280E86">
              <w:rPr>
                <w:b/>
                <w:lang w:val="de-DE"/>
              </w:rPr>
              <w:t>Kompetenca</w:t>
            </w:r>
            <w:proofErr w:type="spellEnd"/>
            <w:r w:rsidRPr="00280E86">
              <w:rPr>
                <w:b/>
                <w:lang w:val="de-DE"/>
              </w:rPr>
              <w:t xml:space="preserve"> e </w:t>
            </w:r>
            <w:proofErr w:type="spellStart"/>
            <w:r w:rsidRPr="00280E86">
              <w:rPr>
                <w:b/>
                <w:lang w:val="de-DE"/>
              </w:rPr>
              <w:t>komunikimit</w:t>
            </w:r>
            <w:proofErr w:type="spellEnd"/>
            <w:r w:rsidRPr="00280E86">
              <w:rPr>
                <w:b/>
                <w:lang w:val="de-DE"/>
              </w:rPr>
              <w:t xml:space="preserve"> </w:t>
            </w:r>
            <w:proofErr w:type="spellStart"/>
            <w:r w:rsidRPr="00280E86">
              <w:rPr>
                <w:b/>
                <w:lang w:val="de-DE"/>
              </w:rPr>
              <w:t>dhe</w:t>
            </w:r>
            <w:proofErr w:type="spellEnd"/>
            <w:r w:rsidRPr="00280E86">
              <w:rPr>
                <w:b/>
                <w:lang w:val="de-DE"/>
              </w:rPr>
              <w:t xml:space="preserve"> e </w:t>
            </w:r>
            <w:proofErr w:type="spellStart"/>
            <w:r w:rsidRPr="00280E86">
              <w:rPr>
                <w:b/>
                <w:lang w:val="de-DE"/>
              </w:rPr>
              <w:t>të</w:t>
            </w:r>
            <w:proofErr w:type="spellEnd"/>
            <w:r w:rsidRPr="00280E86">
              <w:rPr>
                <w:b/>
                <w:lang w:val="de-DE"/>
              </w:rPr>
              <w:t xml:space="preserve"> </w:t>
            </w:r>
            <w:proofErr w:type="spellStart"/>
            <w:r w:rsidRPr="00280E86">
              <w:rPr>
                <w:b/>
                <w:lang w:val="de-DE"/>
              </w:rPr>
              <w:t>shprehurit</w:t>
            </w:r>
            <w:proofErr w:type="spellEnd"/>
            <w:r w:rsidRPr="00280E86">
              <w:rPr>
                <w:b/>
                <w:lang w:val="de-DE"/>
              </w:rPr>
              <w:t xml:space="preserve"> – </w:t>
            </w:r>
            <w:proofErr w:type="spellStart"/>
            <w:r w:rsidRPr="00280E86">
              <w:rPr>
                <w:b/>
                <w:color w:val="C00000"/>
                <w:lang w:val="de-DE"/>
              </w:rPr>
              <w:t>Komunikues</w:t>
            </w:r>
            <w:proofErr w:type="spellEnd"/>
            <w:r w:rsidRPr="00280E86">
              <w:rPr>
                <w:b/>
                <w:color w:val="C00000"/>
                <w:lang w:val="de-DE"/>
              </w:rPr>
              <w:t xml:space="preserve"> </w:t>
            </w:r>
            <w:proofErr w:type="spellStart"/>
            <w:r w:rsidRPr="00280E86">
              <w:rPr>
                <w:b/>
                <w:color w:val="C00000"/>
                <w:lang w:val="de-DE"/>
              </w:rPr>
              <w:t>efektiv</w:t>
            </w:r>
            <w:proofErr w:type="spellEnd"/>
          </w:p>
        </w:tc>
      </w:tr>
      <w:tr w:rsidR="005B603F" w:rsidRPr="00640E39" w:rsidTr="000D5A18">
        <w:trPr>
          <w:cantSplit/>
          <w:trHeight w:val="322"/>
        </w:trPr>
        <w:tc>
          <w:tcPr>
            <w:tcW w:w="93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/>
            <w:tcMar>
              <w:top w:w="25" w:type="dxa"/>
              <w:left w:w="35" w:type="dxa"/>
              <w:bottom w:w="25" w:type="dxa"/>
              <w:right w:w="35" w:type="dxa"/>
            </w:tcMar>
            <w:textDirection w:val="btLr"/>
          </w:tcPr>
          <w:p w:rsidR="005B603F" w:rsidRPr="00640E39" w:rsidRDefault="005B603F" w:rsidP="00F63F2F">
            <w:pPr>
              <w:spacing w:line="228" w:lineRule="auto"/>
              <w:jc w:val="center"/>
            </w:pPr>
            <w:proofErr w:type="spellStart"/>
            <w:r w:rsidRPr="00640E39">
              <w:rPr>
                <w:b/>
              </w:rPr>
              <w:t>Lënda</w:t>
            </w:r>
            <w:proofErr w:type="spellEnd"/>
            <w:r w:rsidRPr="00640E39">
              <w:rPr>
                <w:b/>
              </w:rPr>
              <w:t xml:space="preserve">: </w:t>
            </w:r>
            <w:proofErr w:type="spellStart"/>
            <w:r>
              <w:rPr>
                <w:b/>
              </w:rPr>
              <w:t>Matematikë</w:t>
            </w:r>
            <w:proofErr w:type="spellEnd"/>
          </w:p>
        </w:tc>
        <w:tc>
          <w:tcPr>
            <w:tcW w:w="1955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FFFFFF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516D86" w:rsidRDefault="00000000">
            <w:pPr>
              <w:rPr>
                <w:rFonts w:ascii="Arial" w:eastAsia="Arial" w:hAnsi="Arial"/>
                <w:b/>
                <w:sz w:val="20"/>
              </w:rPr>
            </w:pPr>
            <w:r>
              <w:rPr>
                <w:rFonts w:ascii="Arial" w:eastAsia="Arial" w:hAnsi="Arial"/>
                <w:b/>
                <w:sz w:val="20"/>
              </w:rPr>
              <w:t xml:space="preserve">1. </w:t>
            </w:r>
            <w:proofErr w:type="spellStart"/>
            <w:r>
              <w:rPr>
                <w:rFonts w:ascii="Arial" w:eastAsia="Arial" w:hAnsi="Arial"/>
                <w:b/>
                <w:sz w:val="20"/>
              </w:rPr>
              <w:t>Bashkësitë</w:t>
            </w:r>
            <w:proofErr w:type="spellEnd"/>
            <w:r>
              <w:rPr>
                <w:rFonts w:ascii="Arial" w:eastAsia="Arial" w:hAnsi="Arial"/>
                <w:b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/>
                <w:b/>
                <w:sz w:val="20"/>
              </w:rPr>
              <w:t>numerike</w:t>
            </w:r>
            <w:proofErr w:type="spellEnd"/>
          </w:p>
          <w:p w:rsidR="000E7B4B" w:rsidRDefault="000E7B4B"/>
          <w:p w:rsidR="000E7B4B" w:rsidRDefault="000E7B4B"/>
          <w:p w:rsidR="000E7B4B" w:rsidRDefault="000E7B4B"/>
          <w:p w:rsidR="000E7B4B" w:rsidRDefault="000E7B4B"/>
          <w:p w:rsidR="00516D86" w:rsidRDefault="00000000">
            <w:r>
              <w:rPr>
                <w:rFonts w:ascii="Arial" w:eastAsia="Arial" w:hAnsi="Arial"/>
                <w:b/>
                <w:sz w:val="20"/>
              </w:rPr>
              <w:t>2. Shprehjet me ndryshore</w:t>
            </w:r>
          </w:p>
          <w:p w:rsidR="000E7B4B" w:rsidRDefault="000E7B4B">
            <w:pPr>
              <w:rPr>
                <w:rFonts w:ascii="Arial" w:eastAsia="Arial" w:hAnsi="Arial"/>
                <w:b/>
                <w:sz w:val="20"/>
              </w:rPr>
            </w:pPr>
          </w:p>
          <w:p w:rsidR="000E7B4B" w:rsidRDefault="000E7B4B">
            <w:pPr>
              <w:rPr>
                <w:rFonts w:ascii="Arial" w:eastAsia="Arial" w:hAnsi="Arial"/>
                <w:b/>
                <w:sz w:val="20"/>
              </w:rPr>
            </w:pPr>
          </w:p>
          <w:p w:rsidR="000E7B4B" w:rsidRDefault="000E7B4B">
            <w:pPr>
              <w:rPr>
                <w:rFonts w:ascii="Arial" w:eastAsia="Arial" w:hAnsi="Arial"/>
                <w:b/>
                <w:sz w:val="20"/>
              </w:rPr>
            </w:pPr>
          </w:p>
          <w:p w:rsidR="000E7B4B" w:rsidRDefault="000E7B4B">
            <w:pPr>
              <w:rPr>
                <w:rFonts w:ascii="Arial" w:eastAsia="Arial" w:hAnsi="Arial"/>
                <w:b/>
                <w:sz w:val="20"/>
              </w:rPr>
            </w:pPr>
          </w:p>
          <w:p w:rsidR="00516D86" w:rsidRPr="00213EAA" w:rsidRDefault="00213EAA">
            <w:pPr>
              <w:rPr>
                <w:sz w:val="16"/>
                <w:szCs w:val="16"/>
              </w:rPr>
            </w:pPr>
            <w:r>
              <w:rPr>
                <w:rFonts w:ascii="Arial" w:eastAsia="Arial" w:hAnsi="Arial"/>
                <w:b/>
                <w:sz w:val="20"/>
              </w:rPr>
              <w:t xml:space="preserve"> </w:t>
            </w:r>
            <w:r w:rsidR="00000000" w:rsidRPr="00213EAA">
              <w:rPr>
                <w:rFonts w:ascii="Arial" w:eastAsia="Arial" w:hAnsi="Arial"/>
                <w:b/>
                <w:sz w:val="16"/>
                <w:szCs w:val="16"/>
              </w:rPr>
              <w:t>(</w:t>
            </w:r>
            <w:r w:rsidRPr="00213EAA">
              <w:rPr>
                <w:rFonts w:ascii="Arial" w:eastAsia="Arial" w:hAnsi="Arial"/>
                <w:b/>
                <w:sz w:val="16"/>
                <w:szCs w:val="16"/>
              </w:rPr>
              <w:t>17 + 15</w:t>
            </w:r>
            <w:r w:rsidR="00000000" w:rsidRPr="00213EAA">
              <w:rPr>
                <w:rFonts w:ascii="Arial" w:eastAsia="Arial" w:hAnsi="Arial"/>
                <w:b/>
                <w:sz w:val="16"/>
                <w:szCs w:val="16"/>
              </w:rPr>
              <w:t xml:space="preserve"> </w:t>
            </w:r>
            <w:proofErr w:type="spellStart"/>
            <w:r w:rsidR="00000000" w:rsidRPr="00213EAA">
              <w:rPr>
                <w:rFonts w:ascii="Arial" w:eastAsia="Arial" w:hAnsi="Arial"/>
                <w:b/>
                <w:sz w:val="16"/>
                <w:szCs w:val="16"/>
              </w:rPr>
              <w:t>orë</w:t>
            </w:r>
            <w:proofErr w:type="spellEnd"/>
            <w:r w:rsidR="00000000" w:rsidRPr="00213EAA">
              <w:rPr>
                <w:rFonts w:ascii="Arial" w:eastAsia="Arial" w:hAnsi="Arial"/>
                <w:b/>
                <w:sz w:val="16"/>
                <w:szCs w:val="16"/>
              </w:rPr>
              <w:t xml:space="preserve"> </w:t>
            </w:r>
            <w:proofErr w:type="spellStart"/>
            <w:r w:rsidR="00000000" w:rsidRPr="00213EAA">
              <w:rPr>
                <w:rFonts w:ascii="Arial" w:eastAsia="Arial" w:hAnsi="Arial"/>
                <w:b/>
                <w:sz w:val="16"/>
                <w:szCs w:val="16"/>
              </w:rPr>
              <w:t>mësimore</w:t>
            </w:r>
            <w:proofErr w:type="spellEnd"/>
            <w:r w:rsidR="00000000" w:rsidRPr="00213EAA">
              <w:rPr>
                <w:rFonts w:ascii="Arial" w:eastAsia="Arial" w:hAnsi="Arial"/>
                <w:b/>
                <w:sz w:val="16"/>
                <w:szCs w:val="16"/>
              </w:rPr>
              <w:t>)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18" w:space="0" w:color="auto"/>
              <w:right w:val="single" w:sz="18" w:space="0" w:color="auto"/>
            </w:tcBorders>
            <w:shd w:val="clear" w:color="auto" w:fill="FFFFFF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516D86" w:rsidRDefault="00000000">
            <w:pPr>
              <w:rPr>
                <w:rFonts w:ascii="Arial" w:eastAsia="Arial" w:hAnsi="Arial"/>
                <w:b/>
                <w:sz w:val="20"/>
              </w:rPr>
            </w:pPr>
            <w:r>
              <w:rPr>
                <w:rFonts w:ascii="Arial" w:eastAsia="Arial" w:hAnsi="Arial"/>
                <w:b/>
                <w:sz w:val="20"/>
              </w:rPr>
              <w:t xml:space="preserve">3. Ekuacionet dhe inekuacionet </w:t>
            </w:r>
            <w:proofErr w:type="spellStart"/>
            <w:r>
              <w:rPr>
                <w:rFonts w:ascii="Arial" w:eastAsia="Arial" w:hAnsi="Arial"/>
                <w:b/>
                <w:sz w:val="20"/>
              </w:rPr>
              <w:t>lineare</w:t>
            </w:r>
            <w:proofErr w:type="spellEnd"/>
            <w:r>
              <w:rPr>
                <w:rFonts w:ascii="Arial" w:eastAsia="Arial" w:hAnsi="Arial"/>
                <w:b/>
                <w:sz w:val="20"/>
              </w:rPr>
              <w:t xml:space="preserve"> me </w:t>
            </w:r>
            <w:proofErr w:type="spellStart"/>
            <w:r>
              <w:rPr>
                <w:rFonts w:ascii="Arial" w:eastAsia="Arial" w:hAnsi="Arial"/>
                <w:b/>
                <w:sz w:val="20"/>
              </w:rPr>
              <w:t>një</w:t>
            </w:r>
            <w:proofErr w:type="spellEnd"/>
            <w:r>
              <w:rPr>
                <w:rFonts w:ascii="Arial" w:eastAsia="Arial" w:hAnsi="Arial"/>
                <w:b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/>
                <w:b/>
                <w:sz w:val="20"/>
              </w:rPr>
              <w:t>ndryshore</w:t>
            </w:r>
            <w:proofErr w:type="spellEnd"/>
          </w:p>
          <w:p w:rsidR="000E7B4B" w:rsidRDefault="000E7B4B">
            <w:pPr>
              <w:rPr>
                <w:rFonts w:ascii="Arial" w:eastAsia="Arial" w:hAnsi="Arial"/>
                <w:b/>
                <w:sz w:val="20"/>
              </w:rPr>
            </w:pPr>
          </w:p>
          <w:p w:rsidR="000E7B4B" w:rsidRDefault="000E7B4B">
            <w:pPr>
              <w:rPr>
                <w:rFonts w:ascii="Arial" w:eastAsia="Arial" w:hAnsi="Arial"/>
                <w:b/>
                <w:sz w:val="20"/>
              </w:rPr>
            </w:pPr>
          </w:p>
          <w:p w:rsidR="000E7B4B" w:rsidRDefault="000E7B4B">
            <w:pPr>
              <w:rPr>
                <w:rFonts w:ascii="Arial" w:eastAsia="Arial" w:hAnsi="Arial"/>
                <w:b/>
                <w:sz w:val="20"/>
              </w:rPr>
            </w:pPr>
          </w:p>
          <w:p w:rsidR="000E7B4B" w:rsidRDefault="000E7B4B"/>
          <w:p w:rsidR="00516D86" w:rsidRDefault="00000000">
            <w:r>
              <w:rPr>
                <w:rFonts w:ascii="Arial" w:eastAsia="Arial" w:hAnsi="Arial"/>
                <w:b/>
                <w:sz w:val="20"/>
              </w:rPr>
              <w:t>4. Gjeometria në rrafsh</w:t>
            </w:r>
          </w:p>
          <w:p w:rsidR="000E7B4B" w:rsidRDefault="000E7B4B">
            <w:pPr>
              <w:rPr>
                <w:rFonts w:ascii="Arial" w:eastAsia="Arial" w:hAnsi="Arial"/>
                <w:b/>
                <w:sz w:val="20"/>
              </w:rPr>
            </w:pPr>
          </w:p>
          <w:p w:rsidR="000E7B4B" w:rsidRDefault="000E7B4B">
            <w:pPr>
              <w:rPr>
                <w:rFonts w:ascii="Arial" w:eastAsia="Arial" w:hAnsi="Arial"/>
                <w:b/>
                <w:sz w:val="20"/>
              </w:rPr>
            </w:pPr>
          </w:p>
          <w:p w:rsidR="000E7B4B" w:rsidRDefault="000E7B4B">
            <w:pPr>
              <w:rPr>
                <w:rFonts w:ascii="Arial" w:eastAsia="Arial" w:hAnsi="Arial"/>
                <w:b/>
                <w:sz w:val="20"/>
              </w:rPr>
            </w:pPr>
          </w:p>
          <w:p w:rsidR="000E7B4B" w:rsidRDefault="000E7B4B">
            <w:pPr>
              <w:rPr>
                <w:rFonts w:ascii="Arial" w:eastAsia="Arial" w:hAnsi="Arial"/>
                <w:b/>
                <w:sz w:val="20"/>
              </w:rPr>
            </w:pPr>
          </w:p>
          <w:p w:rsidR="00516D86" w:rsidRPr="00213EAA" w:rsidRDefault="00000000">
            <w:pPr>
              <w:rPr>
                <w:sz w:val="16"/>
                <w:szCs w:val="16"/>
              </w:rPr>
            </w:pPr>
            <w:r w:rsidRPr="00213EAA">
              <w:rPr>
                <w:rFonts w:ascii="Arial" w:eastAsia="Arial" w:hAnsi="Arial"/>
                <w:b/>
                <w:sz w:val="16"/>
                <w:szCs w:val="16"/>
              </w:rPr>
              <w:t>(</w:t>
            </w:r>
            <w:r w:rsidR="00213EAA" w:rsidRPr="00213EAA">
              <w:rPr>
                <w:rFonts w:ascii="Arial" w:eastAsia="Arial" w:hAnsi="Arial"/>
                <w:b/>
                <w:sz w:val="16"/>
                <w:szCs w:val="16"/>
              </w:rPr>
              <w:t>16 + 14</w:t>
            </w:r>
            <w:r w:rsidRPr="00213EAA">
              <w:rPr>
                <w:rFonts w:ascii="Arial" w:eastAsia="Arial" w:hAnsi="Arial"/>
                <w:b/>
                <w:sz w:val="16"/>
                <w:szCs w:val="16"/>
              </w:rPr>
              <w:t xml:space="preserve"> </w:t>
            </w:r>
            <w:proofErr w:type="spellStart"/>
            <w:r w:rsidRPr="00213EAA">
              <w:rPr>
                <w:rFonts w:ascii="Arial" w:eastAsia="Arial" w:hAnsi="Arial"/>
                <w:b/>
                <w:sz w:val="16"/>
                <w:szCs w:val="16"/>
              </w:rPr>
              <w:t>orë</w:t>
            </w:r>
            <w:proofErr w:type="spellEnd"/>
            <w:r w:rsidRPr="00213EAA">
              <w:rPr>
                <w:rFonts w:ascii="Arial" w:eastAsia="Arial" w:hAnsi="Arial"/>
                <w:b/>
                <w:sz w:val="16"/>
                <w:szCs w:val="16"/>
              </w:rPr>
              <w:t xml:space="preserve"> </w:t>
            </w:r>
            <w:proofErr w:type="spellStart"/>
            <w:r w:rsidRPr="00213EAA">
              <w:rPr>
                <w:rFonts w:ascii="Arial" w:eastAsia="Arial" w:hAnsi="Arial"/>
                <w:b/>
                <w:sz w:val="16"/>
                <w:szCs w:val="16"/>
              </w:rPr>
              <w:t>mësimore</w:t>
            </w:r>
            <w:proofErr w:type="spellEnd"/>
            <w:r w:rsidRPr="00213EAA">
              <w:rPr>
                <w:rFonts w:ascii="Arial" w:eastAsia="Arial" w:hAnsi="Arial"/>
                <w:b/>
                <w:sz w:val="16"/>
                <w:szCs w:val="16"/>
              </w:rPr>
              <w:t>)</w:t>
            </w:r>
          </w:p>
        </w:tc>
        <w:tc>
          <w:tcPr>
            <w:tcW w:w="2581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516D86" w:rsidRDefault="00000000">
            <w:pPr>
              <w:rPr>
                <w:rFonts w:ascii="Arial" w:eastAsia="Arial" w:hAnsi="Arial"/>
                <w:b/>
                <w:sz w:val="20"/>
              </w:rPr>
            </w:pPr>
            <w:r>
              <w:rPr>
                <w:rFonts w:ascii="Arial" w:eastAsia="Arial" w:hAnsi="Arial"/>
                <w:b/>
                <w:sz w:val="20"/>
              </w:rPr>
              <w:t xml:space="preserve">5. </w:t>
            </w:r>
            <w:proofErr w:type="spellStart"/>
            <w:r>
              <w:rPr>
                <w:rFonts w:ascii="Arial" w:eastAsia="Arial" w:hAnsi="Arial"/>
                <w:b/>
                <w:sz w:val="20"/>
              </w:rPr>
              <w:t>Proporcionaliteti</w:t>
            </w:r>
            <w:proofErr w:type="spellEnd"/>
          </w:p>
          <w:p w:rsidR="000E7B4B" w:rsidRDefault="000E7B4B">
            <w:pPr>
              <w:rPr>
                <w:rFonts w:ascii="Arial" w:eastAsia="Arial" w:hAnsi="Arial"/>
                <w:b/>
                <w:sz w:val="20"/>
              </w:rPr>
            </w:pPr>
          </w:p>
          <w:p w:rsidR="000E7B4B" w:rsidRDefault="000E7B4B"/>
          <w:p w:rsidR="00516D86" w:rsidRDefault="00000000">
            <w:pPr>
              <w:rPr>
                <w:rFonts w:ascii="Arial" w:eastAsia="Arial" w:hAnsi="Arial"/>
                <w:b/>
                <w:sz w:val="20"/>
              </w:rPr>
            </w:pPr>
            <w:r>
              <w:rPr>
                <w:rFonts w:ascii="Arial" w:eastAsia="Arial" w:hAnsi="Arial"/>
                <w:b/>
                <w:sz w:val="20"/>
              </w:rPr>
              <w:t xml:space="preserve">6. Ekuacionet lineare me dy ndryshore </w:t>
            </w:r>
            <w:proofErr w:type="spellStart"/>
            <w:r>
              <w:rPr>
                <w:rFonts w:ascii="Arial" w:eastAsia="Arial" w:hAnsi="Arial"/>
                <w:b/>
                <w:sz w:val="20"/>
              </w:rPr>
              <w:t>dhe</w:t>
            </w:r>
            <w:proofErr w:type="spellEnd"/>
            <w:r>
              <w:rPr>
                <w:rFonts w:ascii="Arial" w:eastAsia="Arial" w:hAnsi="Arial"/>
                <w:b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/>
                <w:b/>
                <w:sz w:val="20"/>
              </w:rPr>
              <w:t>sistemet</w:t>
            </w:r>
            <w:proofErr w:type="spellEnd"/>
            <w:r>
              <w:rPr>
                <w:rFonts w:ascii="Arial" w:eastAsia="Arial" w:hAnsi="Arial"/>
                <w:b/>
                <w:sz w:val="20"/>
              </w:rPr>
              <w:t xml:space="preserve"> e </w:t>
            </w:r>
            <w:proofErr w:type="spellStart"/>
            <w:r>
              <w:rPr>
                <w:rFonts w:ascii="Arial" w:eastAsia="Arial" w:hAnsi="Arial"/>
                <w:b/>
                <w:sz w:val="20"/>
              </w:rPr>
              <w:t>tyre</w:t>
            </w:r>
            <w:proofErr w:type="spellEnd"/>
          </w:p>
          <w:p w:rsidR="000E7B4B" w:rsidRDefault="000E7B4B">
            <w:pPr>
              <w:rPr>
                <w:rFonts w:ascii="Arial" w:eastAsia="Arial" w:hAnsi="Arial"/>
                <w:b/>
                <w:sz w:val="20"/>
              </w:rPr>
            </w:pPr>
          </w:p>
          <w:p w:rsidR="000E7B4B" w:rsidRDefault="000E7B4B"/>
          <w:p w:rsidR="00516D86" w:rsidRDefault="00000000">
            <w:pPr>
              <w:rPr>
                <w:rFonts w:ascii="Arial" w:eastAsia="Arial" w:hAnsi="Arial"/>
                <w:b/>
                <w:sz w:val="20"/>
              </w:rPr>
            </w:pPr>
            <w:r>
              <w:rPr>
                <w:rFonts w:ascii="Arial" w:eastAsia="Arial" w:hAnsi="Arial"/>
                <w:b/>
                <w:sz w:val="20"/>
              </w:rPr>
              <w:t xml:space="preserve">7. </w:t>
            </w:r>
            <w:proofErr w:type="spellStart"/>
            <w:r>
              <w:rPr>
                <w:rFonts w:ascii="Arial" w:eastAsia="Arial" w:hAnsi="Arial"/>
                <w:b/>
                <w:sz w:val="20"/>
              </w:rPr>
              <w:t>Vektorët</w:t>
            </w:r>
            <w:proofErr w:type="spellEnd"/>
          </w:p>
          <w:p w:rsidR="000E7B4B" w:rsidRDefault="000E7B4B">
            <w:pPr>
              <w:rPr>
                <w:rFonts w:ascii="Arial" w:eastAsia="Arial" w:hAnsi="Arial"/>
                <w:b/>
                <w:sz w:val="20"/>
              </w:rPr>
            </w:pPr>
          </w:p>
          <w:p w:rsidR="000E7B4B" w:rsidRDefault="000E7B4B"/>
          <w:p w:rsidR="00516D86" w:rsidRDefault="00000000">
            <w:r>
              <w:rPr>
                <w:rFonts w:ascii="Arial" w:eastAsia="Arial" w:hAnsi="Arial"/>
                <w:b/>
                <w:sz w:val="20"/>
              </w:rPr>
              <w:t>8. Ngjashmëria dhe homotetia</w:t>
            </w:r>
          </w:p>
          <w:p w:rsidR="000E7B4B" w:rsidRDefault="000E7B4B">
            <w:pPr>
              <w:rPr>
                <w:rFonts w:ascii="Arial" w:eastAsia="Arial" w:hAnsi="Arial"/>
                <w:b/>
                <w:sz w:val="20"/>
              </w:rPr>
            </w:pPr>
          </w:p>
          <w:p w:rsidR="000E7B4B" w:rsidRDefault="000E7B4B">
            <w:pPr>
              <w:rPr>
                <w:rFonts w:ascii="Arial" w:eastAsia="Arial" w:hAnsi="Arial"/>
                <w:b/>
                <w:sz w:val="20"/>
              </w:rPr>
            </w:pPr>
          </w:p>
          <w:p w:rsidR="000E7B4B" w:rsidRDefault="000E7B4B">
            <w:pPr>
              <w:rPr>
                <w:rFonts w:ascii="Arial" w:eastAsia="Arial" w:hAnsi="Arial"/>
                <w:b/>
                <w:sz w:val="20"/>
              </w:rPr>
            </w:pPr>
          </w:p>
          <w:p w:rsidR="000E7B4B" w:rsidRDefault="000E7B4B">
            <w:pPr>
              <w:rPr>
                <w:rFonts w:ascii="Arial" w:eastAsia="Arial" w:hAnsi="Arial"/>
                <w:b/>
                <w:sz w:val="20"/>
              </w:rPr>
            </w:pPr>
          </w:p>
          <w:p w:rsidR="000E7B4B" w:rsidRDefault="000E7B4B">
            <w:pPr>
              <w:rPr>
                <w:rFonts w:ascii="Arial" w:eastAsia="Arial" w:hAnsi="Arial"/>
                <w:b/>
                <w:sz w:val="20"/>
              </w:rPr>
            </w:pPr>
          </w:p>
          <w:p w:rsidR="00516D86" w:rsidRPr="00213EAA" w:rsidRDefault="00000000">
            <w:pPr>
              <w:rPr>
                <w:sz w:val="16"/>
                <w:szCs w:val="16"/>
              </w:rPr>
            </w:pPr>
            <w:r w:rsidRPr="00213EAA">
              <w:rPr>
                <w:rFonts w:ascii="Arial" w:eastAsia="Arial" w:hAnsi="Arial"/>
                <w:b/>
                <w:sz w:val="16"/>
                <w:szCs w:val="16"/>
              </w:rPr>
              <w:t>(</w:t>
            </w:r>
            <w:r w:rsidR="00213EAA" w:rsidRPr="00213EAA">
              <w:rPr>
                <w:rFonts w:ascii="Arial" w:eastAsia="Arial" w:hAnsi="Arial"/>
                <w:b/>
                <w:sz w:val="16"/>
                <w:szCs w:val="16"/>
              </w:rPr>
              <w:t>12+15+20</w:t>
            </w:r>
            <w:r w:rsidRPr="00213EAA">
              <w:rPr>
                <w:rFonts w:ascii="Arial" w:eastAsia="Arial" w:hAnsi="Arial"/>
                <w:b/>
                <w:sz w:val="16"/>
                <w:szCs w:val="16"/>
              </w:rPr>
              <w:t xml:space="preserve"> </w:t>
            </w:r>
            <w:proofErr w:type="spellStart"/>
            <w:r w:rsidRPr="00213EAA">
              <w:rPr>
                <w:rFonts w:ascii="Arial" w:eastAsia="Arial" w:hAnsi="Arial"/>
                <w:b/>
                <w:sz w:val="16"/>
                <w:szCs w:val="16"/>
              </w:rPr>
              <w:t>orë</w:t>
            </w:r>
            <w:proofErr w:type="spellEnd"/>
            <w:r w:rsidRPr="00213EAA">
              <w:rPr>
                <w:rFonts w:ascii="Arial" w:eastAsia="Arial" w:hAnsi="Arial"/>
                <w:b/>
                <w:sz w:val="16"/>
                <w:szCs w:val="16"/>
              </w:rPr>
              <w:t xml:space="preserve"> </w:t>
            </w:r>
            <w:proofErr w:type="spellStart"/>
            <w:r w:rsidRPr="00213EAA">
              <w:rPr>
                <w:rFonts w:ascii="Arial" w:eastAsia="Arial" w:hAnsi="Arial"/>
                <w:b/>
                <w:sz w:val="16"/>
                <w:szCs w:val="16"/>
              </w:rPr>
              <w:t>mësimore</w:t>
            </w:r>
            <w:proofErr w:type="spellEnd"/>
            <w:r w:rsidRPr="00213EAA">
              <w:rPr>
                <w:rFonts w:ascii="Arial" w:eastAsia="Arial" w:hAnsi="Arial"/>
                <w:b/>
                <w:sz w:val="16"/>
                <w:szCs w:val="16"/>
              </w:rPr>
              <w:t>)</w:t>
            </w:r>
          </w:p>
        </w:tc>
        <w:tc>
          <w:tcPr>
            <w:tcW w:w="28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516D86" w:rsidRDefault="00000000">
            <w:pPr>
              <w:rPr>
                <w:rFonts w:ascii="Arial" w:eastAsia="Arial" w:hAnsi="Arial"/>
                <w:b/>
                <w:sz w:val="20"/>
              </w:rPr>
            </w:pPr>
            <w:r>
              <w:rPr>
                <w:rFonts w:ascii="Arial" w:eastAsia="Arial" w:hAnsi="Arial"/>
                <w:b/>
                <w:sz w:val="20"/>
              </w:rPr>
              <w:t xml:space="preserve">9. </w:t>
            </w:r>
            <w:proofErr w:type="spellStart"/>
            <w:r>
              <w:rPr>
                <w:rFonts w:ascii="Arial" w:eastAsia="Arial" w:hAnsi="Arial"/>
                <w:b/>
                <w:sz w:val="20"/>
              </w:rPr>
              <w:t>Trigonometria</w:t>
            </w:r>
            <w:proofErr w:type="spellEnd"/>
            <w:r>
              <w:rPr>
                <w:rFonts w:ascii="Arial" w:eastAsia="Arial" w:hAnsi="Arial"/>
                <w:b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/>
                <w:b/>
                <w:sz w:val="20"/>
              </w:rPr>
              <w:t>në</w:t>
            </w:r>
            <w:proofErr w:type="spellEnd"/>
            <w:r>
              <w:rPr>
                <w:rFonts w:ascii="Arial" w:eastAsia="Arial" w:hAnsi="Arial"/>
                <w:b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/>
                <w:b/>
                <w:sz w:val="20"/>
              </w:rPr>
              <w:t>trekëndëshin</w:t>
            </w:r>
            <w:proofErr w:type="spellEnd"/>
            <w:r>
              <w:rPr>
                <w:rFonts w:ascii="Arial" w:eastAsia="Arial" w:hAnsi="Arial"/>
                <w:b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/>
                <w:b/>
                <w:sz w:val="20"/>
              </w:rPr>
              <w:t>kënddrejtë</w:t>
            </w:r>
            <w:proofErr w:type="spellEnd"/>
          </w:p>
          <w:p w:rsidR="000E7B4B" w:rsidRDefault="000E7B4B">
            <w:pPr>
              <w:rPr>
                <w:rFonts w:ascii="Arial" w:eastAsia="Arial" w:hAnsi="Arial"/>
                <w:b/>
                <w:sz w:val="20"/>
              </w:rPr>
            </w:pPr>
          </w:p>
          <w:p w:rsidR="000E7B4B" w:rsidRDefault="000E7B4B">
            <w:pPr>
              <w:rPr>
                <w:rFonts w:ascii="Arial" w:eastAsia="Arial" w:hAnsi="Arial"/>
                <w:b/>
                <w:sz w:val="20"/>
              </w:rPr>
            </w:pPr>
          </w:p>
          <w:p w:rsidR="000E7B4B" w:rsidRDefault="000E7B4B"/>
          <w:p w:rsidR="00516D86" w:rsidRDefault="00000000">
            <w:r>
              <w:rPr>
                <w:rFonts w:ascii="Arial" w:eastAsia="Arial" w:hAnsi="Arial"/>
                <w:b/>
                <w:sz w:val="20"/>
              </w:rPr>
              <w:t>10. Të dhënat dhe probabiliteti</w:t>
            </w:r>
          </w:p>
          <w:p w:rsidR="000E7B4B" w:rsidRDefault="000E7B4B">
            <w:pPr>
              <w:rPr>
                <w:rFonts w:ascii="Arial" w:eastAsia="Arial" w:hAnsi="Arial"/>
                <w:b/>
                <w:sz w:val="20"/>
              </w:rPr>
            </w:pPr>
          </w:p>
          <w:p w:rsidR="000E7B4B" w:rsidRDefault="000E7B4B">
            <w:pPr>
              <w:rPr>
                <w:rFonts w:ascii="Arial" w:eastAsia="Arial" w:hAnsi="Arial"/>
                <w:b/>
                <w:sz w:val="20"/>
              </w:rPr>
            </w:pPr>
          </w:p>
          <w:p w:rsidR="000E7B4B" w:rsidRDefault="000E7B4B">
            <w:pPr>
              <w:rPr>
                <w:rFonts w:ascii="Arial" w:eastAsia="Arial" w:hAnsi="Arial"/>
                <w:b/>
                <w:sz w:val="20"/>
              </w:rPr>
            </w:pPr>
          </w:p>
          <w:p w:rsidR="000E7B4B" w:rsidRDefault="000E7B4B">
            <w:pPr>
              <w:rPr>
                <w:rFonts w:ascii="Arial" w:eastAsia="Arial" w:hAnsi="Arial"/>
                <w:b/>
                <w:sz w:val="20"/>
              </w:rPr>
            </w:pPr>
          </w:p>
          <w:p w:rsidR="000E7B4B" w:rsidRDefault="000E7B4B">
            <w:pPr>
              <w:rPr>
                <w:rFonts w:ascii="Arial" w:eastAsia="Arial" w:hAnsi="Arial"/>
                <w:b/>
                <w:sz w:val="20"/>
              </w:rPr>
            </w:pPr>
          </w:p>
          <w:p w:rsidR="000E7B4B" w:rsidRDefault="000E7B4B">
            <w:pPr>
              <w:rPr>
                <w:rFonts w:ascii="Arial" w:eastAsia="Arial" w:hAnsi="Arial"/>
                <w:b/>
                <w:sz w:val="20"/>
              </w:rPr>
            </w:pPr>
          </w:p>
          <w:p w:rsidR="000E7B4B" w:rsidRDefault="000E7B4B">
            <w:pPr>
              <w:rPr>
                <w:rFonts w:ascii="Arial" w:eastAsia="Arial" w:hAnsi="Arial"/>
                <w:b/>
                <w:sz w:val="20"/>
              </w:rPr>
            </w:pPr>
          </w:p>
          <w:p w:rsidR="000E7B4B" w:rsidRDefault="000E7B4B">
            <w:pPr>
              <w:rPr>
                <w:rFonts w:ascii="Arial" w:eastAsia="Arial" w:hAnsi="Arial"/>
                <w:b/>
                <w:sz w:val="20"/>
              </w:rPr>
            </w:pPr>
          </w:p>
          <w:p w:rsidR="00516D86" w:rsidRPr="00213EAA" w:rsidRDefault="00213EAA">
            <w:pPr>
              <w:rPr>
                <w:sz w:val="16"/>
                <w:szCs w:val="16"/>
              </w:rPr>
            </w:pPr>
            <w:r>
              <w:rPr>
                <w:rFonts w:ascii="Arial" w:eastAsia="Arial" w:hAnsi="Arial"/>
                <w:b/>
                <w:sz w:val="20"/>
              </w:rPr>
              <w:t xml:space="preserve"> </w:t>
            </w:r>
            <w:r w:rsidR="00000000" w:rsidRPr="00213EAA">
              <w:rPr>
                <w:rFonts w:ascii="Arial" w:eastAsia="Arial" w:hAnsi="Arial"/>
                <w:b/>
                <w:sz w:val="16"/>
                <w:szCs w:val="16"/>
              </w:rPr>
              <w:t>(</w:t>
            </w:r>
            <w:r w:rsidRPr="00213EAA">
              <w:rPr>
                <w:rFonts w:ascii="Arial" w:eastAsia="Arial" w:hAnsi="Arial"/>
                <w:b/>
                <w:sz w:val="16"/>
                <w:szCs w:val="16"/>
              </w:rPr>
              <w:t xml:space="preserve">12 + 13 +7 </w:t>
            </w:r>
            <w:proofErr w:type="spellStart"/>
            <w:r w:rsidR="00000000" w:rsidRPr="00213EAA">
              <w:rPr>
                <w:rFonts w:ascii="Arial" w:eastAsia="Arial" w:hAnsi="Arial"/>
                <w:b/>
                <w:sz w:val="16"/>
                <w:szCs w:val="16"/>
              </w:rPr>
              <w:t>orë</w:t>
            </w:r>
            <w:proofErr w:type="spellEnd"/>
            <w:r w:rsidR="00000000" w:rsidRPr="00213EAA">
              <w:rPr>
                <w:rFonts w:ascii="Arial" w:eastAsia="Arial" w:hAnsi="Arial"/>
                <w:b/>
                <w:sz w:val="16"/>
                <w:szCs w:val="16"/>
              </w:rPr>
              <w:t xml:space="preserve"> </w:t>
            </w:r>
            <w:proofErr w:type="spellStart"/>
            <w:r w:rsidR="00000000" w:rsidRPr="00213EAA">
              <w:rPr>
                <w:rFonts w:ascii="Arial" w:eastAsia="Arial" w:hAnsi="Arial"/>
                <w:b/>
                <w:sz w:val="16"/>
                <w:szCs w:val="16"/>
              </w:rPr>
              <w:t>mësimore</w:t>
            </w:r>
            <w:proofErr w:type="spellEnd"/>
            <w:r w:rsidR="00000000" w:rsidRPr="00213EAA">
              <w:rPr>
                <w:rFonts w:ascii="Arial" w:eastAsia="Arial" w:hAnsi="Arial"/>
                <w:b/>
                <w:sz w:val="16"/>
                <w:szCs w:val="16"/>
              </w:rPr>
              <w:t>)</w:t>
            </w:r>
          </w:p>
        </w:tc>
        <w:tc>
          <w:tcPr>
            <w:tcW w:w="647" w:type="dxa"/>
            <w:vMerge/>
            <w:tcBorders>
              <w:left w:val="single" w:sz="18" w:space="0" w:color="auto"/>
              <w:bottom w:val="single" w:sz="4" w:space="0" w:color="auto"/>
              <w:right w:val="dotted" w:sz="4" w:space="0" w:color="auto"/>
            </w:tcBorders>
            <w:shd w:val="clear" w:color="auto" w:fill="EBF6F9"/>
          </w:tcPr>
          <w:p w:rsidR="005B603F" w:rsidRPr="00640E39" w:rsidRDefault="005B603F" w:rsidP="00F63F2F">
            <w:pPr>
              <w:rPr>
                <w:rFonts w:eastAsia="ArialMT"/>
                <w:b/>
                <w:bCs/>
              </w:rPr>
            </w:pPr>
          </w:p>
        </w:tc>
        <w:tc>
          <w:tcPr>
            <w:tcW w:w="3245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516D86" w:rsidRDefault="00000000">
            <w:r>
              <w:rPr>
                <w:rFonts w:ascii="Arial" w:eastAsia="Arial" w:hAnsi="Arial"/>
                <w:b/>
                <w:sz w:val="18"/>
              </w:rPr>
              <w:t>1, 2, 3, 4, 5, 6, 7, 8.</w:t>
            </w:r>
          </w:p>
        </w:tc>
      </w:tr>
      <w:tr w:rsidR="005B603F" w:rsidRPr="00280E86" w:rsidTr="000D5A18">
        <w:trPr>
          <w:cantSplit/>
          <w:trHeight w:val="671"/>
        </w:trPr>
        <w:tc>
          <w:tcPr>
            <w:tcW w:w="93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  <w:textDirection w:val="btLr"/>
          </w:tcPr>
          <w:p w:rsidR="005B603F" w:rsidRPr="00640E39" w:rsidRDefault="005B603F" w:rsidP="00F63F2F">
            <w:pPr>
              <w:autoSpaceDE w:val="0"/>
              <w:autoSpaceDN w:val="0"/>
              <w:adjustRightInd w:val="0"/>
              <w:ind w:left="113" w:right="113"/>
              <w:rPr>
                <w:rFonts w:eastAsia="ArialMT"/>
                <w:b/>
              </w:rPr>
            </w:pPr>
          </w:p>
        </w:tc>
        <w:tc>
          <w:tcPr>
            <w:tcW w:w="1955" w:type="dxa"/>
            <w:gridSpan w:val="2"/>
            <w:vMerge/>
            <w:tcBorders>
              <w:left w:val="single" w:sz="18" w:space="0" w:color="auto"/>
            </w:tcBorders>
            <w:shd w:val="clear" w:color="auto" w:fill="FFFFFF"/>
          </w:tcPr>
          <w:p w:rsidR="005B603F" w:rsidRPr="00640E39" w:rsidRDefault="005B603F" w:rsidP="00F63F2F">
            <w:pPr>
              <w:jc w:val="center"/>
              <w:rPr>
                <w:b/>
              </w:rPr>
            </w:pPr>
          </w:p>
        </w:tc>
        <w:tc>
          <w:tcPr>
            <w:tcW w:w="2410" w:type="dxa"/>
            <w:gridSpan w:val="2"/>
            <w:vMerge/>
            <w:tcBorders>
              <w:right w:val="single" w:sz="18" w:space="0" w:color="auto"/>
            </w:tcBorders>
            <w:shd w:val="clear" w:color="auto" w:fill="FFFFFF"/>
          </w:tcPr>
          <w:p w:rsidR="005B603F" w:rsidRPr="00640E39" w:rsidRDefault="005B603F" w:rsidP="00F63F2F">
            <w:pPr>
              <w:jc w:val="center"/>
              <w:rPr>
                <w:b/>
              </w:rPr>
            </w:pPr>
          </w:p>
        </w:tc>
        <w:tc>
          <w:tcPr>
            <w:tcW w:w="2581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5B603F" w:rsidRPr="00640E39" w:rsidRDefault="005B603F" w:rsidP="00F63F2F">
            <w:pPr>
              <w:pStyle w:val="TableParagraph"/>
              <w:ind w:left="108"/>
              <w:rPr>
                <w:b/>
                <w:sz w:val="24"/>
              </w:rPr>
            </w:pPr>
          </w:p>
        </w:tc>
        <w:tc>
          <w:tcPr>
            <w:tcW w:w="282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5B603F" w:rsidRPr="00640E39" w:rsidRDefault="005B603F" w:rsidP="00F63F2F">
            <w:pPr>
              <w:rPr>
                <w:b/>
              </w:rPr>
            </w:pPr>
          </w:p>
        </w:tc>
        <w:tc>
          <w:tcPr>
            <w:tcW w:w="647" w:type="dxa"/>
            <w:vMerge w:val="restart"/>
            <w:tcBorders>
              <w:top w:val="single" w:sz="4" w:space="0" w:color="auto"/>
              <w:left w:val="single" w:sz="18" w:space="0" w:color="auto"/>
              <w:right w:val="dotted" w:sz="4" w:space="0" w:color="auto"/>
            </w:tcBorders>
            <w:shd w:val="clear" w:color="auto" w:fill="EBF6F9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516D86" w:rsidRDefault="00000000">
            <w:pPr>
              <w:jc w:val="center"/>
            </w:pPr>
            <w:r>
              <w:rPr>
                <w:rFonts w:ascii="Arial" w:eastAsia="Arial" w:hAnsi="Arial"/>
                <w:b/>
                <w:sz w:val="20"/>
              </w:rPr>
              <w:t>II</w:t>
            </w:r>
          </w:p>
        </w:tc>
        <w:tc>
          <w:tcPr>
            <w:tcW w:w="3245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EBF6F9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516D86" w:rsidRPr="00280E86" w:rsidRDefault="00280E86">
            <w:pPr>
              <w:rPr>
                <w:lang w:val="de-DE"/>
              </w:rPr>
            </w:pPr>
            <w:proofErr w:type="spellStart"/>
            <w:r w:rsidRPr="00280E86">
              <w:rPr>
                <w:b/>
                <w:lang w:val="de-DE"/>
              </w:rPr>
              <w:t>Kompetenca</w:t>
            </w:r>
            <w:proofErr w:type="spellEnd"/>
            <w:r w:rsidRPr="00280E86">
              <w:rPr>
                <w:b/>
                <w:lang w:val="de-DE"/>
              </w:rPr>
              <w:t xml:space="preserve"> e </w:t>
            </w:r>
            <w:proofErr w:type="spellStart"/>
            <w:r w:rsidRPr="00280E86">
              <w:rPr>
                <w:b/>
                <w:lang w:val="de-DE"/>
              </w:rPr>
              <w:t>të</w:t>
            </w:r>
            <w:proofErr w:type="spellEnd"/>
            <w:r w:rsidRPr="00280E86">
              <w:rPr>
                <w:b/>
                <w:lang w:val="de-DE"/>
              </w:rPr>
              <w:t xml:space="preserve"> </w:t>
            </w:r>
            <w:proofErr w:type="spellStart"/>
            <w:r w:rsidRPr="00280E86">
              <w:rPr>
                <w:b/>
                <w:lang w:val="de-DE"/>
              </w:rPr>
              <w:t>menduarit</w:t>
            </w:r>
            <w:proofErr w:type="spellEnd"/>
            <w:r w:rsidRPr="00280E86">
              <w:rPr>
                <w:b/>
                <w:lang w:val="de-DE"/>
              </w:rPr>
              <w:t xml:space="preserve"> – </w:t>
            </w:r>
            <w:proofErr w:type="spellStart"/>
            <w:r w:rsidRPr="00280E86">
              <w:rPr>
                <w:b/>
                <w:color w:val="C00000"/>
                <w:lang w:val="de-DE"/>
              </w:rPr>
              <w:t>Mendimtar</w:t>
            </w:r>
            <w:proofErr w:type="spellEnd"/>
            <w:r w:rsidRPr="00280E86">
              <w:rPr>
                <w:b/>
                <w:color w:val="C00000"/>
                <w:lang w:val="de-DE"/>
              </w:rPr>
              <w:t xml:space="preserve"> kreativ</w:t>
            </w:r>
          </w:p>
        </w:tc>
      </w:tr>
      <w:tr w:rsidR="005B603F" w:rsidRPr="00640E39" w:rsidTr="000D5A18">
        <w:trPr>
          <w:cantSplit/>
          <w:trHeight w:val="387"/>
        </w:trPr>
        <w:tc>
          <w:tcPr>
            <w:tcW w:w="93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  <w:textDirection w:val="btLr"/>
          </w:tcPr>
          <w:p w:rsidR="005B603F" w:rsidRPr="006416F8" w:rsidRDefault="005B603F" w:rsidP="00F63F2F">
            <w:pPr>
              <w:autoSpaceDE w:val="0"/>
              <w:autoSpaceDN w:val="0"/>
              <w:adjustRightInd w:val="0"/>
              <w:ind w:left="113" w:right="113"/>
              <w:rPr>
                <w:rFonts w:eastAsia="ArialMT"/>
                <w:b/>
                <w:lang w:val="de-DE"/>
              </w:rPr>
            </w:pPr>
          </w:p>
        </w:tc>
        <w:tc>
          <w:tcPr>
            <w:tcW w:w="1955" w:type="dxa"/>
            <w:gridSpan w:val="2"/>
            <w:vMerge/>
            <w:tcBorders>
              <w:left w:val="single" w:sz="18" w:space="0" w:color="auto"/>
            </w:tcBorders>
            <w:shd w:val="clear" w:color="auto" w:fill="FFFFFF"/>
          </w:tcPr>
          <w:p w:rsidR="005B603F" w:rsidRPr="006416F8" w:rsidRDefault="005B603F" w:rsidP="00F63F2F">
            <w:pPr>
              <w:jc w:val="center"/>
              <w:rPr>
                <w:b/>
                <w:lang w:val="de-DE"/>
              </w:rPr>
            </w:pPr>
          </w:p>
        </w:tc>
        <w:tc>
          <w:tcPr>
            <w:tcW w:w="2410" w:type="dxa"/>
            <w:gridSpan w:val="2"/>
            <w:vMerge/>
            <w:tcBorders>
              <w:right w:val="single" w:sz="18" w:space="0" w:color="auto"/>
            </w:tcBorders>
            <w:shd w:val="clear" w:color="auto" w:fill="FFFFFF"/>
          </w:tcPr>
          <w:p w:rsidR="005B603F" w:rsidRPr="006416F8" w:rsidRDefault="005B603F" w:rsidP="00F63F2F">
            <w:pPr>
              <w:jc w:val="center"/>
              <w:rPr>
                <w:b/>
                <w:lang w:val="de-DE"/>
              </w:rPr>
            </w:pPr>
          </w:p>
        </w:tc>
        <w:tc>
          <w:tcPr>
            <w:tcW w:w="2581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5B603F" w:rsidRPr="00640E39" w:rsidRDefault="005B603F" w:rsidP="00F63F2F">
            <w:pPr>
              <w:pStyle w:val="TableParagraph"/>
              <w:ind w:left="108"/>
              <w:rPr>
                <w:b/>
                <w:sz w:val="24"/>
                <w:lang w:val="sv-SE"/>
              </w:rPr>
            </w:pPr>
          </w:p>
        </w:tc>
        <w:tc>
          <w:tcPr>
            <w:tcW w:w="282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5B603F" w:rsidRPr="006416F8" w:rsidRDefault="005B603F" w:rsidP="00F63F2F">
            <w:pPr>
              <w:rPr>
                <w:b/>
                <w:lang w:val="de-DE"/>
              </w:rPr>
            </w:pPr>
          </w:p>
        </w:tc>
        <w:tc>
          <w:tcPr>
            <w:tcW w:w="647" w:type="dxa"/>
            <w:vMerge/>
            <w:tcBorders>
              <w:left w:val="single" w:sz="18" w:space="0" w:color="auto"/>
              <w:bottom w:val="single" w:sz="4" w:space="0" w:color="auto"/>
              <w:right w:val="dotted" w:sz="4" w:space="0" w:color="auto"/>
            </w:tcBorders>
            <w:shd w:val="clear" w:color="auto" w:fill="EBF6F9"/>
          </w:tcPr>
          <w:p w:rsidR="005B603F" w:rsidRPr="006416F8" w:rsidRDefault="005B603F" w:rsidP="00F63F2F">
            <w:pPr>
              <w:rPr>
                <w:rFonts w:eastAsia="ArialMT"/>
                <w:b/>
                <w:lang w:val="de-DE"/>
              </w:rPr>
            </w:pPr>
          </w:p>
        </w:tc>
        <w:tc>
          <w:tcPr>
            <w:tcW w:w="3245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516D86" w:rsidRDefault="00000000">
            <w:r>
              <w:rPr>
                <w:rFonts w:ascii="Arial" w:eastAsia="Arial" w:hAnsi="Arial"/>
                <w:b/>
                <w:sz w:val="18"/>
              </w:rPr>
              <w:t>1, 2, 3, 4, 5, 6, 7, 8.</w:t>
            </w:r>
          </w:p>
        </w:tc>
      </w:tr>
      <w:tr w:rsidR="005B603F" w:rsidRPr="00640E39" w:rsidTr="000D5A18">
        <w:trPr>
          <w:cantSplit/>
          <w:trHeight w:val="611"/>
        </w:trPr>
        <w:tc>
          <w:tcPr>
            <w:tcW w:w="93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  <w:textDirection w:val="btLr"/>
          </w:tcPr>
          <w:p w:rsidR="005B603F" w:rsidRPr="00640E39" w:rsidRDefault="005B603F" w:rsidP="00F63F2F">
            <w:pPr>
              <w:autoSpaceDE w:val="0"/>
              <w:autoSpaceDN w:val="0"/>
              <w:adjustRightInd w:val="0"/>
              <w:ind w:left="113" w:right="113"/>
              <w:rPr>
                <w:rFonts w:eastAsia="ArialMT"/>
                <w:b/>
              </w:rPr>
            </w:pPr>
          </w:p>
        </w:tc>
        <w:tc>
          <w:tcPr>
            <w:tcW w:w="1955" w:type="dxa"/>
            <w:gridSpan w:val="2"/>
            <w:vMerge/>
            <w:tcBorders>
              <w:left w:val="single" w:sz="18" w:space="0" w:color="auto"/>
            </w:tcBorders>
            <w:shd w:val="clear" w:color="auto" w:fill="FFFFFF"/>
          </w:tcPr>
          <w:p w:rsidR="005B603F" w:rsidRPr="00640E39" w:rsidRDefault="005B603F" w:rsidP="00F63F2F">
            <w:pPr>
              <w:jc w:val="center"/>
              <w:rPr>
                <w:b/>
              </w:rPr>
            </w:pPr>
          </w:p>
        </w:tc>
        <w:tc>
          <w:tcPr>
            <w:tcW w:w="2410" w:type="dxa"/>
            <w:gridSpan w:val="2"/>
            <w:vMerge/>
            <w:tcBorders>
              <w:right w:val="single" w:sz="18" w:space="0" w:color="auto"/>
            </w:tcBorders>
            <w:shd w:val="clear" w:color="auto" w:fill="FFFFFF"/>
          </w:tcPr>
          <w:p w:rsidR="005B603F" w:rsidRPr="00640E39" w:rsidRDefault="005B603F" w:rsidP="00F63F2F">
            <w:pPr>
              <w:jc w:val="center"/>
              <w:rPr>
                <w:b/>
              </w:rPr>
            </w:pPr>
          </w:p>
        </w:tc>
        <w:tc>
          <w:tcPr>
            <w:tcW w:w="2581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5B603F" w:rsidRPr="00640E39" w:rsidRDefault="005B603F" w:rsidP="00F63F2F">
            <w:pPr>
              <w:pStyle w:val="TableParagraph"/>
              <w:ind w:left="108"/>
              <w:rPr>
                <w:b/>
                <w:sz w:val="24"/>
              </w:rPr>
            </w:pPr>
          </w:p>
        </w:tc>
        <w:tc>
          <w:tcPr>
            <w:tcW w:w="282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5B603F" w:rsidRPr="00640E39" w:rsidRDefault="005B603F" w:rsidP="00F63F2F">
            <w:pPr>
              <w:rPr>
                <w:b/>
              </w:rPr>
            </w:pPr>
          </w:p>
        </w:tc>
        <w:tc>
          <w:tcPr>
            <w:tcW w:w="647" w:type="dxa"/>
            <w:vMerge w:val="restart"/>
            <w:tcBorders>
              <w:top w:val="single" w:sz="4" w:space="0" w:color="auto"/>
              <w:left w:val="single" w:sz="18" w:space="0" w:color="auto"/>
              <w:right w:val="dotted" w:sz="4" w:space="0" w:color="auto"/>
            </w:tcBorders>
            <w:shd w:val="clear" w:color="auto" w:fill="EBF6F9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516D86" w:rsidRDefault="00000000">
            <w:pPr>
              <w:jc w:val="center"/>
            </w:pPr>
            <w:r>
              <w:rPr>
                <w:rFonts w:ascii="Arial" w:eastAsia="Arial" w:hAnsi="Arial"/>
                <w:b/>
                <w:sz w:val="20"/>
              </w:rPr>
              <w:t>III</w:t>
            </w:r>
          </w:p>
        </w:tc>
        <w:tc>
          <w:tcPr>
            <w:tcW w:w="3245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EBF6F9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516D86" w:rsidRDefault="00280E86">
            <w:proofErr w:type="spellStart"/>
            <w:r w:rsidRPr="00640E39">
              <w:rPr>
                <w:b/>
              </w:rPr>
              <w:t>Kompetenca</w:t>
            </w:r>
            <w:proofErr w:type="spellEnd"/>
            <w:r w:rsidRPr="00640E39">
              <w:rPr>
                <w:b/>
              </w:rPr>
              <w:t xml:space="preserve"> e </w:t>
            </w:r>
            <w:proofErr w:type="spellStart"/>
            <w:r w:rsidRPr="00640E39">
              <w:rPr>
                <w:b/>
              </w:rPr>
              <w:t>të</w:t>
            </w:r>
            <w:proofErr w:type="spellEnd"/>
            <w:r w:rsidRPr="00640E39">
              <w:rPr>
                <w:b/>
              </w:rPr>
              <w:t xml:space="preserve"> </w:t>
            </w:r>
            <w:proofErr w:type="spellStart"/>
            <w:r w:rsidRPr="00640E39">
              <w:rPr>
                <w:b/>
              </w:rPr>
              <w:t>nxënit</w:t>
            </w:r>
            <w:proofErr w:type="spellEnd"/>
            <w:r w:rsidRPr="00640E39">
              <w:rPr>
                <w:b/>
              </w:rPr>
              <w:t xml:space="preserve"> – </w:t>
            </w:r>
            <w:proofErr w:type="spellStart"/>
            <w:r w:rsidRPr="00640E39">
              <w:rPr>
                <w:b/>
                <w:color w:val="C00000"/>
              </w:rPr>
              <w:t>Nxënës</w:t>
            </w:r>
            <w:proofErr w:type="spellEnd"/>
            <w:r w:rsidRPr="00640E39">
              <w:rPr>
                <w:b/>
                <w:color w:val="C00000"/>
              </w:rPr>
              <w:t xml:space="preserve"> </w:t>
            </w:r>
            <w:proofErr w:type="spellStart"/>
            <w:r w:rsidRPr="00640E39">
              <w:rPr>
                <w:b/>
                <w:color w:val="C00000"/>
              </w:rPr>
              <w:t>i</w:t>
            </w:r>
            <w:proofErr w:type="spellEnd"/>
            <w:r w:rsidRPr="00640E39">
              <w:rPr>
                <w:b/>
                <w:color w:val="C00000"/>
              </w:rPr>
              <w:t xml:space="preserve"> </w:t>
            </w:r>
            <w:proofErr w:type="spellStart"/>
            <w:r w:rsidRPr="00640E39">
              <w:rPr>
                <w:b/>
                <w:color w:val="C00000"/>
              </w:rPr>
              <w:t>suksesshëm</w:t>
            </w:r>
            <w:proofErr w:type="spellEnd"/>
          </w:p>
        </w:tc>
      </w:tr>
      <w:tr w:rsidR="005B603F" w:rsidRPr="00640E39" w:rsidTr="000D5A18">
        <w:trPr>
          <w:cantSplit/>
          <w:trHeight w:val="276"/>
        </w:trPr>
        <w:tc>
          <w:tcPr>
            <w:tcW w:w="93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  <w:textDirection w:val="btLr"/>
          </w:tcPr>
          <w:p w:rsidR="005B603F" w:rsidRPr="00640E39" w:rsidRDefault="005B603F" w:rsidP="00F63F2F">
            <w:pPr>
              <w:autoSpaceDE w:val="0"/>
              <w:autoSpaceDN w:val="0"/>
              <w:adjustRightInd w:val="0"/>
              <w:ind w:left="113" w:right="113"/>
              <w:rPr>
                <w:rFonts w:eastAsia="ArialMT"/>
                <w:b/>
              </w:rPr>
            </w:pPr>
          </w:p>
        </w:tc>
        <w:tc>
          <w:tcPr>
            <w:tcW w:w="1955" w:type="dxa"/>
            <w:gridSpan w:val="2"/>
            <w:vMerge/>
            <w:tcBorders>
              <w:left w:val="single" w:sz="18" w:space="0" w:color="auto"/>
            </w:tcBorders>
            <w:shd w:val="clear" w:color="auto" w:fill="FFFFFF"/>
          </w:tcPr>
          <w:p w:rsidR="005B603F" w:rsidRPr="00640E39" w:rsidRDefault="005B603F" w:rsidP="00F63F2F">
            <w:pPr>
              <w:jc w:val="center"/>
              <w:rPr>
                <w:b/>
              </w:rPr>
            </w:pPr>
          </w:p>
        </w:tc>
        <w:tc>
          <w:tcPr>
            <w:tcW w:w="2410" w:type="dxa"/>
            <w:gridSpan w:val="2"/>
            <w:vMerge/>
            <w:tcBorders>
              <w:right w:val="single" w:sz="18" w:space="0" w:color="auto"/>
            </w:tcBorders>
            <w:shd w:val="clear" w:color="auto" w:fill="FFFFFF"/>
          </w:tcPr>
          <w:p w:rsidR="005B603F" w:rsidRPr="00640E39" w:rsidRDefault="005B603F" w:rsidP="00F63F2F">
            <w:pPr>
              <w:jc w:val="center"/>
              <w:rPr>
                <w:b/>
              </w:rPr>
            </w:pPr>
          </w:p>
        </w:tc>
        <w:tc>
          <w:tcPr>
            <w:tcW w:w="2581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5B603F" w:rsidRPr="00640E39" w:rsidRDefault="005B603F" w:rsidP="00F63F2F">
            <w:pPr>
              <w:pStyle w:val="TableParagraph"/>
              <w:ind w:left="108"/>
              <w:rPr>
                <w:b/>
                <w:sz w:val="24"/>
                <w:lang w:val="sq-AL"/>
              </w:rPr>
            </w:pPr>
          </w:p>
        </w:tc>
        <w:tc>
          <w:tcPr>
            <w:tcW w:w="282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5B603F" w:rsidRPr="00640E39" w:rsidRDefault="005B603F" w:rsidP="00F63F2F">
            <w:pPr>
              <w:rPr>
                <w:b/>
              </w:rPr>
            </w:pPr>
          </w:p>
        </w:tc>
        <w:tc>
          <w:tcPr>
            <w:tcW w:w="647" w:type="dxa"/>
            <w:vMerge/>
            <w:tcBorders>
              <w:left w:val="single" w:sz="18" w:space="0" w:color="auto"/>
              <w:bottom w:val="single" w:sz="4" w:space="0" w:color="auto"/>
              <w:right w:val="dotted" w:sz="4" w:space="0" w:color="auto"/>
            </w:tcBorders>
            <w:shd w:val="clear" w:color="auto" w:fill="EBF6F9"/>
          </w:tcPr>
          <w:p w:rsidR="005B603F" w:rsidRPr="00640E39" w:rsidRDefault="005B603F" w:rsidP="00F63F2F">
            <w:pPr>
              <w:rPr>
                <w:rFonts w:eastAsia="ArialMT"/>
                <w:b/>
              </w:rPr>
            </w:pPr>
          </w:p>
        </w:tc>
        <w:tc>
          <w:tcPr>
            <w:tcW w:w="3245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516D86" w:rsidRDefault="00000000">
            <w:r>
              <w:rPr>
                <w:rFonts w:ascii="Arial" w:eastAsia="Arial" w:hAnsi="Arial"/>
                <w:b/>
                <w:sz w:val="18"/>
              </w:rPr>
              <w:t>1, 2, 3, 4, 5, 6, 7.</w:t>
            </w:r>
          </w:p>
        </w:tc>
      </w:tr>
      <w:tr w:rsidR="005B603F" w:rsidRPr="00280E86" w:rsidTr="000D5A18">
        <w:trPr>
          <w:cantSplit/>
          <w:trHeight w:val="551"/>
        </w:trPr>
        <w:tc>
          <w:tcPr>
            <w:tcW w:w="93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  <w:textDirection w:val="btLr"/>
          </w:tcPr>
          <w:p w:rsidR="005B603F" w:rsidRPr="00640E39" w:rsidRDefault="005B603F" w:rsidP="00F63F2F">
            <w:pPr>
              <w:autoSpaceDE w:val="0"/>
              <w:autoSpaceDN w:val="0"/>
              <w:adjustRightInd w:val="0"/>
              <w:ind w:left="113" w:right="113"/>
              <w:rPr>
                <w:rFonts w:eastAsia="ArialMT"/>
                <w:b/>
              </w:rPr>
            </w:pPr>
          </w:p>
        </w:tc>
        <w:tc>
          <w:tcPr>
            <w:tcW w:w="1955" w:type="dxa"/>
            <w:gridSpan w:val="2"/>
            <w:vMerge/>
            <w:tcBorders>
              <w:left w:val="single" w:sz="18" w:space="0" w:color="auto"/>
            </w:tcBorders>
            <w:shd w:val="clear" w:color="auto" w:fill="FFFFFF"/>
          </w:tcPr>
          <w:p w:rsidR="005B603F" w:rsidRPr="00640E39" w:rsidRDefault="005B603F" w:rsidP="00F63F2F">
            <w:pPr>
              <w:jc w:val="center"/>
              <w:rPr>
                <w:b/>
              </w:rPr>
            </w:pPr>
          </w:p>
        </w:tc>
        <w:tc>
          <w:tcPr>
            <w:tcW w:w="2410" w:type="dxa"/>
            <w:gridSpan w:val="2"/>
            <w:vMerge/>
            <w:tcBorders>
              <w:right w:val="single" w:sz="18" w:space="0" w:color="auto"/>
            </w:tcBorders>
            <w:shd w:val="clear" w:color="auto" w:fill="FFFFFF"/>
          </w:tcPr>
          <w:p w:rsidR="005B603F" w:rsidRPr="00640E39" w:rsidRDefault="005B603F" w:rsidP="00F63F2F">
            <w:pPr>
              <w:jc w:val="center"/>
              <w:rPr>
                <w:b/>
              </w:rPr>
            </w:pPr>
          </w:p>
        </w:tc>
        <w:tc>
          <w:tcPr>
            <w:tcW w:w="2581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5B603F" w:rsidRPr="00640E39" w:rsidRDefault="005B603F" w:rsidP="00F63F2F">
            <w:pPr>
              <w:pStyle w:val="TableParagraph"/>
              <w:ind w:left="108"/>
              <w:rPr>
                <w:b/>
                <w:sz w:val="24"/>
              </w:rPr>
            </w:pPr>
          </w:p>
        </w:tc>
        <w:tc>
          <w:tcPr>
            <w:tcW w:w="282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5B603F" w:rsidRPr="00640E39" w:rsidRDefault="005B603F" w:rsidP="00F63F2F">
            <w:pPr>
              <w:rPr>
                <w:b/>
              </w:rPr>
            </w:pPr>
          </w:p>
        </w:tc>
        <w:tc>
          <w:tcPr>
            <w:tcW w:w="647" w:type="dxa"/>
            <w:vMerge w:val="restart"/>
            <w:tcBorders>
              <w:top w:val="single" w:sz="4" w:space="0" w:color="auto"/>
              <w:left w:val="single" w:sz="18" w:space="0" w:color="auto"/>
              <w:right w:val="dotted" w:sz="4" w:space="0" w:color="auto"/>
            </w:tcBorders>
            <w:shd w:val="clear" w:color="auto" w:fill="EBF6F9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516D86" w:rsidRDefault="00516D86"/>
          <w:p w:rsidR="00280E86" w:rsidRPr="00280E86" w:rsidRDefault="00280E86" w:rsidP="00280E86">
            <w:pPr>
              <w:jc w:val="center"/>
              <w:rPr>
                <w:b/>
                <w:bCs/>
              </w:rPr>
            </w:pPr>
            <w:r w:rsidRPr="00280E86">
              <w:rPr>
                <w:b/>
                <w:bCs/>
              </w:rPr>
              <w:t>IV</w:t>
            </w:r>
          </w:p>
        </w:tc>
        <w:tc>
          <w:tcPr>
            <w:tcW w:w="3245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EBF6F9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516D86" w:rsidRPr="00280E86" w:rsidRDefault="00280E86">
            <w:pPr>
              <w:rPr>
                <w:lang w:val="de-DE"/>
              </w:rPr>
            </w:pPr>
            <w:proofErr w:type="spellStart"/>
            <w:r w:rsidRPr="00280E86">
              <w:rPr>
                <w:b/>
                <w:lang w:val="de-DE"/>
              </w:rPr>
              <w:t>Kompetenca</w:t>
            </w:r>
            <w:proofErr w:type="spellEnd"/>
            <w:r w:rsidRPr="00280E86">
              <w:rPr>
                <w:b/>
                <w:lang w:val="de-DE"/>
              </w:rPr>
              <w:t xml:space="preserve"> </w:t>
            </w:r>
            <w:proofErr w:type="spellStart"/>
            <w:r w:rsidRPr="00280E86">
              <w:rPr>
                <w:b/>
                <w:lang w:val="de-DE"/>
              </w:rPr>
              <w:t>për</w:t>
            </w:r>
            <w:proofErr w:type="spellEnd"/>
            <w:r w:rsidRPr="00280E86">
              <w:rPr>
                <w:b/>
                <w:lang w:val="de-DE"/>
              </w:rPr>
              <w:t xml:space="preserve"> </w:t>
            </w:r>
            <w:proofErr w:type="spellStart"/>
            <w:r w:rsidRPr="00280E86">
              <w:rPr>
                <w:b/>
                <w:lang w:val="de-DE"/>
              </w:rPr>
              <w:t>jetë</w:t>
            </w:r>
            <w:proofErr w:type="spellEnd"/>
            <w:r w:rsidRPr="00280E86">
              <w:rPr>
                <w:b/>
                <w:lang w:val="de-DE"/>
              </w:rPr>
              <w:t xml:space="preserve">, </w:t>
            </w:r>
            <w:proofErr w:type="spellStart"/>
            <w:r w:rsidRPr="00280E86">
              <w:rPr>
                <w:b/>
                <w:lang w:val="de-DE"/>
              </w:rPr>
              <w:t>për</w:t>
            </w:r>
            <w:proofErr w:type="spellEnd"/>
            <w:r w:rsidRPr="00280E86">
              <w:rPr>
                <w:b/>
                <w:lang w:val="de-DE"/>
              </w:rPr>
              <w:t xml:space="preserve"> </w:t>
            </w:r>
            <w:proofErr w:type="spellStart"/>
            <w:r w:rsidRPr="00280E86">
              <w:rPr>
                <w:b/>
                <w:lang w:val="de-DE"/>
              </w:rPr>
              <w:t>punë</w:t>
            </w:r>
            <w:proofErr w:type="spellEnd"/>
            <w:r w:rsidRPr="00280E86">
              <w:rPr>
                <w:b/>
                <w:lang w:val="de-DE"/>
              </w:rPr>
              <w:t xml:space="preserve"> </w:t>
            </w:r>
            <w:proofErr w:type="spellStart"/>
            <w:r w:rsidRPr="00280E86">
              <w:rPr>
                <w:b/>
                <w:lang w:val="de-DE"/>
              </w:rPr>
              <w:t>dhe</w:t>
            </w:r>
            <w:proofErr w:type="spellEnd"/>
            <w:r w:rsidRPr="00280E86">
              <w:rPr>
                <w:b/>
                <w:lang w:val="de-DE"/>
              </w:rPr>
              <w:t xml:space="preserve"> </w:t>
            </w:r>
            <w:proofErr w:type="spellStart"/>
            <w:r w:rsidRPr="00280E86">
              <w:rPr>
                <w:b/>
                <w:lang w:val="de-DE"/>
              </w:rPr>
              <w:t>për</w:t>
            </w:r>
            <w:proofErr w:type="spellEnd"/>
            <w:r w:rsidRPr="00280E86">
              <w:rPr>
                <w:b/>
                <w:lang w:val="de-DE"/>
              </w:rPr>
              <w:t xml:space="preserve"> </w:t>
            </w:r>
            <w:proofErr w:type="spellStart"/>
            <w:r w:rsidRPr="00280E86">
              <w:rPr>
                <w:b/>
                <w:lang w:val="de-DE"/>
              </w:rPr>
              <w:t>mjedis</w:t>
            </w:r>
            <w:proofErr w:type="spellEnd"/>
            <w:r w:rsidRPr="00280E86">
              <w:rPr>
                <w:b/>
                <w:lang w:val="de-DE"/>
              </w:rPr>
              <w:t xml:space="preserve"> – </w:t>
            </w:r>
            <w:proofErr w:type="spellStart"/>
            <w:r w:rsidRPr="00280E86">
              <w:rPr>
                <w:b/>
                <w:color w:val="C00000"/>
                <w:lang w:val="de-DE"/>
              </w:rPr>
              <w:t>Kontribues</w:t>
            </w:r>
            <w:proofErr w:type="spellEnd"/>
            <w:r w:rsidRPr="00280E86">
              <w:rPr>
                <w:b/>
                <w:color w:val="C00000"/>
                <w:lang w:val="de-DE"/>
              </w:rPr>
              <w:t xml:space="preserve"> produktiv</w:t>
            </w:r>
          </w:p>
        </w:tc>
      </w:tr>
      <w:tr w:rsidR="005B603F" w:rsidRPr="00640E39" w:rsidTr="000D5A18">
        <w:trPr>
          <w:cantSplit/>
          <w:trHeight w:val="338"/>
        </w:trPr>
        <w:tc>
          <w:tcPr>
            <w:tcW w:w="93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  <w:textDirection w:val="btLr"/>
          </w:tcPr>
          <w:p w:rsidR="005B603F" w:rsidRPr="006416F8" w:rsidRDefault="005B603F" w:rsidP="00F63F2F">
            <w:pPr>
              <w:autoSpaceDE w:val="0"/>
              <w:autoSpaceDN w:val="0"/>
              <w:adjustRightInd w:val="0"/>
              <w:ind w:left="113" w:right="113"/>
              <w:rPr>
                <w:rFonts w:eastAsia="ArialMT"/>
                <w:b/>
                <w:lang w:val="de-DE"/>
              </w:rPr>
            </w:pPr>
          </w:p>
        </w:tc>
        <w:tc>
          <w:tcPr>
            <w:tcW w:w="1955" w:type="dxa"/>
            <w:gridSpan w:val="2"/>
            <w:vMerge/>
            <w:tcBorders>
              <w:left w:val="single" w:sz="18" w:space="0" w:color="auto"/>
            </w:tcBorders>
            <w:shd w:val="clear" w:color="auto" w:fill="FFFFFF"/>
          </w:tcPr>
          <w:p w:rsidR="005B603F" w:rsidRPr="006416F8" w:rsidRDefault="005B603F" w:rsidP="00F63F2F">
            <w:pPr>
              <w:jc w:val="center"/>
              <w:rPr>
                <w:b/>
                <w:lang w:val="de-DE"/>
              </w:rPr>
            </w:pPr>
          </w:p>
        </w:tc>
        <w:tc>
          <w:tcPr>
            <w:tcW w:w="2410" w:type="dxa"/>
            <w:gridSpan w:val="2"/>
            <w:vMerge/>
            <w:tcBorders>
              <w:right w:val="single" w:sz="18" w:space="0" w:color="auto"/>
            </w:tcBorders>
            <w:shd w:val="clear" w:color="auto" w:fill="FFFFFF"/>
          </w:tcPr>
          <w:p w:rsidR="005B603F" w:rsidRPr="006416F8" w:rsidRDefault="005B603F" w:rsidP="00F63F2F">
            <w:pPr>
              <w:jc w:val="center"/>
              <w:rPr>
                <w:b/>
                <w:lang w:val="de-DE"/>
              </w:rPr>
            </w:pPr>
          </w:p>
        </w:tc>
        <w:tc>
          <w:tcPr>
            <w:tcW w:w="2581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5B603F" w:rsidRPr="00640E39" w:rsidRDefault="005B603F" w:rsidP="00F63F2F">
            <w:pPr>
              <w:pStyle w:val="TableParagraph"/>
              <w:ind w:left="108"/>
              <w:rPr>
                <w:b/>
                <w:sz w:val="24"/>
                <w:lang w:val="sv-SE"/>
              </w:rPr>
            </w:pPr>
          </w:p>
        </w:tc>
        <w:tc>
          <w:tcPr>
            <w:tcW w:w="282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5B603F" w:rsidRPr="006416F8" w:rsidRDefault="005B603F" w:rsidP="00F63F2F">
            <w:pPr>
              <w:rPr>
                <w:b/>
                <w:lang w:val="de-DE"/>
              </w:rPr>
            </w:pPr>
          </w:p>
        </w:tc>
        <w:tc>
          <w:tcPr>
            <w:tcW w:w="647" w:type="dxa"/>
            <w:vMerge/>
            <w:tcBorders>
              <w:left w:val="single" w:sz="18" w:space="0" w:color="auto"/>
              <w:bottom w:val="single" w:sz="4" w:space="0" w:color="auto"/>
              <w:right w:val="dotted" w:sz="4" w:space="0" w:color="auto"/>
            </w:tcBorders>
            <w:shd w:val="clear" w:color="auto" w:fill="EBF6F9"/>
          </w:tcPr>
          <w:p w:rsidR="005B603F" w:rsidRPr="006416F8" w:rsidRDefault="005B603F" w:rsidP="00F63F2F">
            <w:pPr>
              <w:rPr>
                <w:rFonts w:eastAsia="ArialMT"/>
                <w:b/>
                <w:lang w:val="de-DE"/>
              </w:rPr>
            </w:pPr>
          </w:p>
        </w:tc>
        <w:tc>
          <w:tcPr>
            <w:tcW w:w="3245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516D86" w:rsidRDefault="00280E86">
            <w:r w:rsidRPr="007F5E9F">
              <w:rPr>
                <w:bCs/>
              </w:rPr>
              <w:t>5, 7</w:t>
            </w:r>
            <w:r>
              <w:rPr>
                <w:bCs/>
              </w:rPr>
              <w:t xml:space="preserve">   </w:t>
            </w:r>
          </w:p>
        </w:tc>
      </w:tr>
      <w:tr w:rsidR="005B603F" w:rsidRPr="00280E86" w:rsidTr="00280E86">
        <w:trPr>
          <w:cantSplit/>
          <w:trHeight w:val="414"/>
        </w:trPr>
        <w:tc>
          <w:tcPr>
            <w:tcW w:w="93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  <w:textDirection w:val="btLr"/>
          </w:tcPr>
          <w:p w:rsidR="005B603F" w:rsidRPr="00640E39" w:rsidRDefault="005B603F" w:rsidP="00F63F2F">
            <w:pPr>
              <w:autoSpaceDE w:val="0"/>
              <w:autoSpaceDN w:val="0"/>
              <w:adjustRightInd w:val="0"/>
              <w:ind w:left="113" w:right="113"/>
              <w:rPr>
                <w:rFonts w:eastAsia="ArialMT"/>
                <w:b/>
              </w:rPr>
            </w:pPr>
          </w:p>
        </w:tc>
        <w:tc>
          <w:tcPr>
            <w:tcW w:w="1955" w:type="dxa"/>
            <w:gridSpan w:val="2"/>
            <w:vMerge/>
            <w:tcBorders>
              <w:left w:val="single" w:sz="18" w:space="0" w:color="auto"/>
            </w:tcBorders>
            <w:shd w:val="clear" w:color="auto" w:fill="FFFFFF"/>
          </w:tcPr>
          <w:p w:rsidR="005B603F" w:rsidRPr="00640E39" w:rsidRDefault="005B603F" w:rsidP="00F63F2F">
            <w:pPr>
              <w:jc w:val="center"/>
              <w:rPr>
                <w:b/>
              </w:rPr>
            </w:pPr>
          </w:p>
        </w:tc>
        <w:tc>
          <w:tcPr>
            <w:tcW w:w="2410" w:type="dxa"/>
            <w:gridSpan w:val="2"/>
            <w:vMerge/>
            <w:tcBorders>
              <w:right w:val="single" w:sz="18" w:space="0" w:color="auto"/>
            </w:tcBorders>
            <w:shd w:val="clear" w:color="auto" w:fill="FFFFFF"/>
          </w:tcPr>
          <w:p w:rsidR="005B603F" w:rsidRPr="00640E39" w:rsidRDefault="005B603F" w:rsidP="00F63F2F">
            <w:pPr>
              <w:jc w:val="center"/>
              <w:rPr>
                <w:b/>
              </w:rPr>
            </w:pPr>
          </w:p>
        </w:tc>
        <w:tc>
          <w:tcPr>
            <w:tcW w:w="2581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5B603F" w:rsidRPr="00640E39" w:rsidRDefault="005B603F" w:rsidP="00F63F2F">
            <w:pPr>
              <w:pStyle w:val="TableParagraph"/>
              <w:ind w:left="108"/>
              <w:rPr>
                <w:b/>
                <w:sz w:val="24"/>
              </w:rPr>
            </w:pPr>
          </w:p>
        </w:tc>
        <w:tc>
          <w:tcPr>
            <w:tcW w:w="282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5B603F" w:rsidRPr="00640E39" w:rsidRDefault="005B603F" w:rsidP="00F63F2F">
            <w:pPr>
              <w:rPr>
                <w:b/>
              </w:rPr>
            </w:pPr>
          </w:p>
        </w:tc>
        <w:tc>
          <w:tcPr>
            <w:tcW w:w="647" w:type="dxa"/>
            <w:vMerge w:val="restart"/>
            <w:tcBorders>
              <w:top w:val="single" w:sz="4" w:space="0" w:color="auto"/>
              <w:left w:val="single" w:sz="18" w:space="0" w:color="auto"/>
              <w:right w:val="dotted" w:sz="4" w:space="0" w:color="auto"/>
            </w:tcBorders>
            <w:shd w:val="clear" w:color="auto" w:fill="EBF6F9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516D86" w:rsidRPr="00280E86" w:rsidRDefault="00280E86" w:rsidP="00280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</w:tc>
        <w:tc>
          <w:tcPr>
            <w:tcW w:w="3245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EBF6F9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516D86" w:rsidRPr="00280E86" w:rsidRDefault="00280E86">
            <w:pPr>
              <w:rPr>
                <w:lang w:val="en-US"/>
              </w:rPr>
            </w:pPr>
            <w:proofErr w:type="spellStart"/>
            <w:r w:rsidRPr="00640E39">
              <w:rPr>
                <w:b/>
              </w:rPr>
              <w:t>Kompetenca</w:t>
            </w:r>
            <w:proofErr w:type="spellEnd"/>
            <w:r w:rsidRPr="00640E39">
              <w:rPr>
                <w:b/>
              </w:rPr>
              <w:t xml:space="preserve"> </w:t>
            </w:r>
            <w:proofErr w:type="spellStart"/>
            <w:r w:rsidRPr="00640E39">
              <w:rPr>
                <w:b/>
              </w:rPr>
              <w:t>personale</w:t>
            </w:r>
            <w:proofErr w:type="spellEnd"/>
            <w:r w:rsidRPr="00640E39">
              <w:rPr>
                <w:b/>
              </w:rPr>
              <w:t xml:space="preserve"> – </w:t>
            </w:r>
            <w:proofErr w:type="spellStart"/>
            <w:r w:rsidRPr="00640E39">
              <w:rPr>
                <w:b/>
                <w:color w:val="C00000"/>
              </w:rPr>
              <w:t>Individ</w:t>
            </w:r>
            <w:proofErr w:type="spellEnd"/>
            <w:r w:rsidRPr="00640E39">
              <w:rPr>
                <w:b/>
                <w:color w:val="C00000"/>
              </w:rPr>
              <w:t xml:space="preserve"> </w:t>
            </w:r>
            <w:proofErr w:type="spellStart"/>
            <w:r w:rsidRPr="00640E39">
              <w:rPr>
                <w:b/>
                <w:color w:val="C00000"/>
              </w:rPr>
              <w:t>i</w:t>
            </w:r>
            <w:proofErr w:type="spellEnd"/>
            <w:r w:rsidRPr="00640E39">
              <w:rPr>
                <w:b/>
                <w:color w:val="C00000"/>
              </w:rPr>
              <w:t xml:space="preserve"> </w:t>
            </w:r>
            <w:proofErr w:type="spellStart"/>
            <w:r w:rsidRPr="00640E39">
              <w:rPr>
                <w:b/>
                <w:color w:val="C00000"/>
              </w:rPr>
              <w:t>shëndoshë</w:t>
            </w:r>
            <w:proofErr w:type="spellEnd"/>
          </w:p>
        </w:tc>
      </w:tr>
      <w:tr w:rsidR="005B603F" w:rsidRPr="00280E86" w:rsidTr="000D5A18">
        <w:trPr>
          <w:cantSplit/>
          <w:trHeight w:val="294"/>
        </w:trPr>
        <w:tc>
          <w:tcPr>
            <w:tcW w:w="93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  <w:textDirection w:val="btLr"/>
          </w:tcPr>
          <w:p w:rsidR="005B603F" w:rsidRPr="00280E86" w:rsidRDefault="005B603F" w:rsidP="00F63F2F">
            <w:pPr>
              <w:autoSpaceDE w:val="0"/>
              <w:autoSpaceDN w:val="0"/>
              <w:adjustRightInd w:val="0"/>
              <w:ind w:left="113" w:right="113"/>
              <w:rPr>
                <w:rFonts w:eastAsia="ArialMT"/>
                <w:b/>
                <w:lang w:val="en-US"/>
              </w:rPr>
            </w:pPr>
          </w:p>
        </w:tc>
        <w:tc>
          <w:tcPr>
            <w:tcW w:w="1955" w:type="dxa"/>
            <w:gridSpan w:val="2"/>
            <w:vMerge/>
            <w:tcBorders>
              <w:left w:val="single" w:sz="18" w:space="0" w:color="auto"/>
            </w:tcBorders>
            <w:shd w:val="clear" w:color="auto" w:fill="FFFFFF"/>
          </w:tcPr>
          <w:p w:rsidR="005B603F" w:rsidRPr="00280E86" w:rsidRDefault="005B603F" w:rsidP="00F63F2F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2410" w:type="dxa"/>
            <w:gridSpan w:val="2"/>
            <w:vMerge/>
            <w:tcBorders>
              <w:right w:val="single" w:sz="18" w:space="0" w:color="auto"/>
            </w:tcBorders>
            <w:shd w:val="clear" w:color="auto" w:fill="FFFFFF"/>
          </w:tcPr>
          <w:p w:rsidR="005B603F" w:rsidRPr="00280E86" w:rsidRDefault="005B603F" w:rsidP="00F63F2F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2581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5B603F" w:rsidRPr="00640E39" w:rsidRDefault="005B603F" w:rsidP="00F63F2F">
            <w:pPr>
              <w:pStyle w:val="TableParagraph"/>
              <w:ind w:left="108"/>
              <w:rPr>
                <w:b/>
                <w:sz w:val="24"/>
                <w:lang w:val="sv-SE"/>
              </w:rPr>
            </w:pPr>
          </w:p>
        </w:tc>
        <w:tc>
          <w:tcPr>
            <w:tcW w:w="282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5B603F" w:rsidRPr="00280E86" w:rsidRDefault="005B603F" w:rsidP="00F63F2F">
            <w:pPr>
              <w:rPr>
                <w:b/>
                <w:lang w:val="en-US"/>
              </w:rPr>
            </w:pPr>
          </w:p>
        </w:tc>
        <w:tc>
          <w:tcPr>
            <w:tcW w:w="647" w:type="dxa"/>
            <w:vMerge/>
            <w:tcBorders>
              <w:left w:val="single" w:sz="18" w:space="0" w:color="auto"/>
              <w:bottom w:val="single" w:sz="4" w:space="0" w:color="auto"/>
              <w:right w:val="dotted" w:sz="4" w:space="0" w:color="auto"/>
            </w:tcBorders>
            <w:shd w:val="clear" w:color="auto" w:fill="EBF6F9"/>
          </w:tcPr>
          <w:p w:rsidR="005B603F" w:rsidRPr="00280E86" w:rsidRDefault="005B603F" w:rsidP="00F63F2F">
            <w:pPr>
              <w:rPr>
                <w:rFonts w:eastAsia="ArialMT"/>
                <w:b/>
                <w:lang w:val="en-US"/>
              </w:rPr>
            </w:pPr>
          </w:p>
        </w:tc>
        <w:tc>
          <w:tcPr>
            <w:tcW w:w="3245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516D86" w:rsidRPr="00280E86" w:rsidRDefault="00280E86" w:rsidP="00280E86">
            <w:pPr>
              <w:rPr>
                <w:lang w:val="de-DE"/>
              </w:rPr>
            </w:pPr>
            <w:r w:rsidRPr="007F5E9F">
              <w:rPr>
                <w:bCs/>
              </w:rPr>
              <w:t>1, 2, 8</w:t>
            </w:r>
          </w:p>
        </w:tc>
      </w:tr>
      <w:tr w:rsidR="005B603F" w:rsidRPr="00280E86" w:rsidTr="000D5A18">
        <w:trPr>
          <w:cantSplit/>
          <w:trHeight w:val="498"/>
        </w:trPr>
        <w:tc>
          <w:tcPr>
            <w:tcW w:w="93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  <w:textDirection w:val="btLr"/>
          </w:tcPr>
          <w:p w:rsidR="005B603F" w:rsidRPr="00280E86" w:rsidRDefault="005B603F" w:rsidP="00F63F2F">
            <w:pPr>
              <w:autoSpaceDE w:val="0"/>
              <w:autoSpaceDN w:val="0"/>
              <w:adjustRightInd w:val="0"/>
              <w:ind w:left="113" w:right="113"/>
              <w:rPr>
                <w:rFonts w:eastAsia="ArialMT"/>
                <w:b/>
                <w:lang w:val="de-DE"/>
              </w:rPr>
            </w:pPr>
          </w:p>
        </w:tc>
        <w:tc>
          <w:tcPr>
            <w:tcW w:w="1955" w:type="dxa"/>
            <w:gridSpan w:val="2"/>
            <w:vMerge/>
            <w:tcBorders>
              <w:left w:val="single" w:sz="18" w:space="0" w:color="auto"/>
            </w:tcBorders>
            <w:shd w:val="clear" w:color="auto" w:fill="FFFFFF"/>
          </w:tcPr>
          <w:p w:rsidR="005B603F" w:rsidRPr="00280E86" w:rsidRDefault="005B603F" w:rsidP="00F63F2F">
            <w:pPr>
              <w:jc w:val="center"/>
              <w:rPr>
                <w:b/>
                <w:lang w:val="de-DE"/>
              </w:rPr>
            </w:pPr>
          </w:p>
        </w:tc>
        <w:tc>
          <w:tcPr>
            <w:tcW w:w="2410" w:type="dxa"/>
            <w:gridSpan w:val="2"/>
            <w:vMerge/>
            <w:tcBorders>
              <w:right w:val="single" w:sz="18" w:space="0" w:color="auto"/>
            </w:tcBorders>
            <w:shd w:val="clear" w:color="auto" w:fill="FFFFFF"/>
          </w:tcPr>
          <w:p w:rsidR="005B603F" w:rsidRPr="00280E86" w:rsidRDefault="005B603F" w:rsidP="00F63F2F">
            <w:pPr>
              <w:jc w:val="center"/>
              <w:rPr>
                <w:b/>
                <w:lang w:val="de-DE"/>
              </w:rPr>
            </w:pPr>
          </w:p>
        </w:tc>
        <w:tc>
          <w:tcPr>
            <w:tcW w:w="2581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5B603F" w:rsidRPr="00280E86" w:rsidRDefault="005B603F" w:rsidP="00F63F2F">
            <w:pPr>
              <w:pStyle w:val="TableParagraph"/>
              <w:ind w:left="108"/>
              <w:rPr>
                <w:b/>
                <w:sz w:val="24"/>
                <w:lang w:val="de-DE"/>
              </w:rPr>
            </w:pPr>
          </w:p>
        </w:tc>
        <w:tc>
          <w:tcPr>
            <w:tcW w:w="282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5B603F" w:rsidRPr="00280E86" w:rsidRDefault="005B603F" w:rsidP="00F63F2F">
            <w:pPr>
              <w:rPr>
                <w:b/>
                <w:lang w:val="de-DE"/>
              </w:rPr>
            </w:pPr>
          </w:p>
        </w:tc>
        <w:tc>
          <w:tcPr>
            <w:tcW w:w="647" w:type="dxa"/>
            <w:vMerge w:val="restart"/>
            <w:tcBorders>
              <w:top w:val="single" w:sz="4" w:space="0" w:color="auto"/>
              <w:left w:val="single" w:sz="18" w:space="0" w:color="auto"/>
              <w:right w:val="dotted" w:sz="4" w:space="0" w:color="auto"/>
            </w:tcBorders>
            <w:shd w:val="clear" w:color="auto" w:fill="EBF6F9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516D86" w:rsidRPr="00280E86" w:rsidRDefault="00280E86" w:rsidP="00280E86">
            <w:pPr>
              <w:jc w:val="center"/>
              <w:rPr>
                <w:b/>
                <w:bCs/>
                <w:lang w:val="de-DE"/>
              </w:rPr>
            </w:pPr>
            <w:r>
              <w:rPr>
                <w:b/>
                <w:bCs/>
                <w:lang w:val="de-DE"/>
              </w:rPr>
              <w:t>VI</w:t>
            </w:r>
          </w:p>
        </w:tc>
        <w:tc>
          <w:tcPr>
            <w:tcW w:w="3245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EBF6F9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280E86" w:rsidRPr="00280E86" w:rsidRDefault="00280E86" w:rsidP="00280E86">
            <w:pPr>
              <w:rPr>
                <w:lang w:val="en-US"/>
              </w:rPr>
            </w:pPr>
            <w:proofErr w:type="spellStart"/>
            <w:r w:rsidRPr="00640E39">
              <w:rPr>
                <w:b/>
              </w:rPr>
              <w:t>Kompetenca</w:t>
            </w:r>
            <w:proofErr w:type="spellEnd"/>
            <w:r w:rsidRPr="00640E39">
              <w:rPr>
                <w:b/>
              </w:rPr>
              <w:t xml:space="preserve"> </w:t>
            </w:r>
            <w:proofErr w:type="spellStart"/>
            <w:r w:rsidRPr="00640E39">
              <w:rPr>
                <w:b/>
              </w:rPr>
              <w:t>qytetare</w:t>
            </w:r>
            <w:proofErr w:type="spellEnd"/>
            <w:r w:rsidRPr="00640E39">
              <w:rPr>
                <w:b/>
              </w:rPr>
              <w:t xml:space="preserve"> – </w:t>
            </w:r>
            <w:proofErr w:type="spellStart"/>
            <w:r w:rsidRPr="00640E39">
              <w:rPr>
                <w:b/>
                <w:color w:val="C00000"/>
              </w:rPr>
              <w:t>Qytetar</w:t>
            </w:r>
            <w:proofErr w:type="spellEnd"/>
            <w:r w:rsidRPr="00640E39">
              <w:rPr>
                <w:b/>
                <w:color w:val="C00000"/>
              </w:rPr>
              <w:t xml:space="preserve"> </w:t>
            </w:r>
            <w:proofErr w:type="spellStart"/>
            <w:r w:rsidRPr="00640E39">
              <w:rPr>
                <w:b/>
                <w:color w:val="C00000"/>
              </w:rPr>
              <w:t>i</w:t>
            </w:r>
            <w:proofErr w:type="spellEnd"/>
            <w:r w:rsidRPr="00640E39">
              <w:rPr>
                <w:b/>
                <w:color w:val="C00000"/>
              </w:rPr>
              <w:t xml:space="preserve"> </w:t>
            </w:r>
            <w:proofErr w:type="spellStart"/>
            <w:r w:rsidRPr="00640E39">
              <w:rPr>
                <w:b/>
                <w:color w:val="C00000"/>
              </w:rPr>
              <w:t>përgjegjshëm</w:t>
            </w:r>
            <w:proofErr w:type="spellEnd"/>
          </w:p>
        </w:tc>
      </w:tr>
      <w:tr w:rsidR="00280E86" w:rsidRPr="00280E86" w:rsidTr="000D5A18">
        <w:trPr>
          <w:cantSplit/>
          <w:trHeight w:val="356"/>
        </w:trPr>
        <w:tc>
          <w:tcPr>
            <w:tcW w:w="938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textDirection w:val="btLr"/>
          </w:tcPr>
          <w:p w:rsidR="00280E86" w:rsidRPr="00280E86" w:rsidRDefault="00280E86" w:rsidP="00280E86">
            <w:pPr>
              <w:autoSpaceDE w:val="0"/>
              <w:autoSpaceDN w:val="0"/>
              <w:adjustRightInd w:val="0"/>
              <w:ind w:left="113" w:right="113"/>
              <w:rPr>
                <w:rFonts w:eastAsia="ArialMT"/>
                <w:b/>
                <w:lang w:val="en-US"/>
              </w:rPr>
            </w:pPr>
          </w:p>
        </w:tc>
        <w:tc>
          <w:tcPr>
            <w:tcW w:w="1955" w:type="dxa"/>
            <w:gridSpan w:val="2"/>
            <w:vMerge/>
            <w:tcBorders>
              <w:left w:val="single" w:sz="18" w:space="0" w:color="auto"/>
              <w:bottom w:val="single" w:sz="4" w:space="0" w:color="auto"/>
            </w:tcBorders>
            <w:shd w:val="clear" w:color="auto" w:fill="FFFFFF"/>
          </w:tcPr>
          <w:p w:rsidR="00280E86" w:rsidRPr="00280E86" w:rsidRDefault="00280E86" w:rsidP="00280E86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2410" w:type="dxa"/>
            <w:gridSpan w:val="2"/>
            <w:vMerge/>
            <w:tcBorders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80E86" w:rsidRPr="00280E86" w:rsidRDefault="00280E86" w:rsidP="00280E86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2581" w:type="dxa"/>
            <w:gridSpan w:val="2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80E86" w:rsidRPr="00640E39" w:rsidRDefault="00280E86" w:rsidP="00280E86">
            <w:pPr>
              <w:pStyle w:val="TableParagraph"/>
              <w:ind w:left="108"/>
              <w:rPr>
                <w:b/>
                <w:sz w:val="24"/>
                <w:lang w:val="sv-SE"/>
              </w:rPr>
            </w:pPr>
          </w:p>
        </w:tc>
        <w:tc>
          <w:tcPr>
            <w:tcW w:w="2824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80E86" w:rsidRPr="00280E86" w:rsidRDefault="00280E86" w:rsidP="00280E86">
            <w:pPr>
              <w:rPr>
                <w:b/>
                <w:lang w:val="en-US"/>
              </w:rPr>
            </w:pPr>
          </w:p>
        </w:tc>
        <w:tc>
          <w:tcPr>
            <w:tcW w:w="647" w:type="dxa"/>
            <w:vMerge/>
            <w:tcBorders>
              <w:left w:val="single" w:sz="18" w:space="0" w:color="auto"/>
              <w:bottom w:val="single" w:sz="4" w:space="0" w:color="auto"/>
              <w:right w:val="dotted" w:sz="4" w:space="0" w:color="auto"/>
            </w:tcBorders>
            <w:shd w:val="clear" w:color="auto" w:fill="EBF6F9"/>
          </w:tcPr>
          <w:p w:rsidR="00280E86" w:rsidRPr="00280E86" w:rsidRDefault="00280E86" w:rsidP="00280E86">
            <w:pPr>
              <w:autoSpaceDE w:val="0"/>
              <w:autoSpaceDN w:val="0"/>
              <w:adjustRightInd w:val="0"/>
              <w:rPr>
                <w:rFonts w:eastAsia="ArialMT"/>
                <w:b/>
                <w:bCs/>
                <w:lang w:val="en-US"/>
              </w:rPr>
            </w:pPr>
          </w:p>
        </w:tc>
        <w:tc>
          <w:tcPr>
            <w:tcW w:w="3245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280E86" w:rsidRPr="007F5E9F" w:rsidRDefault="00280E86" w:rsidP="00280E86">
            <w:pPr>
              <w:autoSpaceDE w:val="0"/>
              <w:autoSpaceDN w:val="0"/>
              <w:adjustRightInd w:val="0"/>
              <w:rPr>
                <w:rFonts w:eastAsia="ArialMT"/>
                <w:bCs/>
              </w:rPr>
            </w:pPr>
            <w:r w:rsidRPr="007F5E9F">
              <w:rPr>
                <w:rFonts w:eastAsia="ArialMT"/>
                <w:bCs/>
              </w:rPr>
              <w:t>1, 4</w:t>
            </w:r>
          </w:p>
        </w:tc>
      </w:tr>
      <w:tr w:rsidR="00280E86" w:rsidRPr="00640E39" w:rsidTr="000D5A18">
        <w:trPr>
          <w:trHeight w:val="313"/>
        </w:trPr>
        <w:tc>
          <w:tcPr>
            <w:tcW w:w="221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B9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280E86" w:rsidRPr="00640E39" w:rsidRDefault="00280E86" w:rsidP="00280E86">
            <w:pPr>
              <w:spacing w:line="228" w:lineRule="auto"/>
            </w:pPr>
            <w:proofErr w:type="spellStart"/>
            <w:r w:rsidRPr="00640E39">
              <w:rPr>
                <w:b/>
              </w:rPr>
              <w:t>Arsimtari</w:t>
            </w:r>
            <w:proofErr w:type="spellEnd"/>
            <w:r w:rsidRPr="00640E39">
              <w:rPr>
                <w:b/>
              </w:rPr>
              <w:t>:</w:t>
            </w:r>
          </w:p>
        </w:tc>
        <w:tc>
          <w:tcPr>
            <w:tcW w:w="12386" w:type="dxa"/>
            <w:gridSpan w:val="9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280E86" w:rsidRPr="00640E39" w:rsidRDefault="00280E86" w:rsidP="00280E86">
            <w:pPr>
              <w:spacing w:line="228" w:lineRule="auto"/>
            </w:pPr>
          </w:p>
        </w:tc>
      </w:tr>
    </w:tbl>
    <w:p w:rsidR="006416F8" w:rsidRDefault="005B603F">
      <w:r>
        <w:t xml:space="preserve"> </w:t>
      </w:r>
    </w:p>
    <w:p w:rsidR="005B603F" w:rsidRDefault="005B603F"/>
    <w:p w:rsidR="005B603F" w:rsidRDefault="005B603F"/>
    <w:p w:rsidR="00B62707" w:rsidRDefault="00B62707"/>
    <w:p w:rsidR="00B62707" w:rsidRDefault="00B62707"/>
    <w:tbl>
      <w:tblPr>
        <w:tblW w:w="14458" w:type="dxa"/>
        <w:tblInd w:w="8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1350"/>
        <w:gridCol w:w="720"/>
        <w:gridCol w:w="285"/>
        <w:gridCol w:w="226"/>
        <w:gridCol w:w="2693"/>
        <w:gridCol w:w="850"/>
        <w:gridCol w:w="142"/>
        <w:gridCol w:w="1701"/>
        <w:gridCol w:w="1701"/>
        <w:gridCol w:w="1843"/>
        <w:gridCol w:w="1417"/>
      </w:tblGrid>
      <w:tr w:rsidR="00B62707" w:rsidRPr="00DE5029" w:rsidTr="000D5A18">
        <w:trPr>
          <w:trHeight w:val="420"/>
        </w:trPr>
        <w:tc>
          <w:tcPr>
            <w:tcW w:w="3885" w:type="dxa"/>
            <w:gridSpan w:val="4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B62707" w:rsidRPr="00983ADC" w:rsidRDefault="00B62707" w:rsidP="00F63F2F">
            <w:pPr>
              <w:jc w:val="center"/>
              <w:rPr>
                <w:sz w:val="28"/>
                <w:szCs w:val="28"/>
              </w:rPr>
            </w:pPr>
            <w:r w:rsidRPr="00983ADC">
              <w:rPr>
                <w:b/>
                <w:sz w:val="28"/>
                <w:szCs w:val="28"/>
              </w:rPr>
              <w:lastRenderedPageBreak/>
              <w:t xml:space="preserve">Logo e </w:t>
            </w:r>
            <w:proofErr w:type="spellStart"/>
            <w:r w:rsidRPr="00983ADC">
              <w:rPr>
                <w:b/>
                <w:sz w:val="28"/>
                <w:szCs w:val="28"/>
              </w:rPr>
              <w:t>Komunës</w:t>
            </w:r>
            <w:proofErr w:type="spellEnd"/>
          </w:p>
        </w:tc>
        <w:tc>
          <w:tcPr>
            <w:tcW w:w="3911" w:type="dxa"/>
            <w:gridSpan w:val="4"/>
            <w:tcBorders>
              <w:top w:val="single" w:sz="12" w:space="0" w:color="auto"/>
              <w:left w:val="single" w:sz="12" w:space="0" w:color="auto"/>
            </w:tcBorders>
            <w:shd w:val="clear" w:color="auto" w:fill="FEF2E8"/>
          </w:tcPr>
          <w:p w:rsidR="00516D86" w:rsidRPr="00983ADC" w:rsidRDefault="00000000">
            <w:pPr>
              <w:rPr>
                <w:sz w:val="28"/>
                <w:szCs w:val="28"/>
              </w:rPr>
            </w:pPr>
            <w:r w:rsidRPr="00983ADC">
              <w:rPr>
                <w:rFonts w:eastAsia="Arial"/>
                <w:b/>
                <w:sz w:val="28"/>
                <w:szCs w:val="28"/>
              </w:rPr>
              <w:t>PLANI DYMUJOR: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516D86" w:rsidRPr="00983ADC" w:rsidRDefault="00000000">
            <w:pPr>
              <w:jc w:val="center"/>
              <w:rPr>
                <w:sz w:val="28"/>
                <w:szCs w:val="28"/>
              </w:rPr>
            </w:pPr>
            <w:r w:rsidRPr="00983ADC">
              <w:rPr>
                <w:rFonts w:eastAsia="Arial"/>
                <w:b/>
                <w:sz w:val="28"/>
                <w:szCs w:val="28"/>
              </w:rPr>
              <w:t>SHTATOR - TETOR</w:t>
            </w:r>
          </w:p>
        </w:tc>
        <w:tc>
          <w:tcPr>
            <w:tcW w:w="326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B62707" w:rsidRPr="00983ADC" w:rsidRDefault="00B62707" w:rsidP="00F63F2F">
            <w:pPr>
              <w:jc w:val="center"/>
              <w:rPr>
                <w:sz w:val="28"/>
                <w:szCs w:val="28"/>
              </w:rPr>
            </w:pPr>
            <w:r w:rsidRPr="00983ADC">
              <w:rPr>
                <w:b/>
                <w:sz w:val="28"/>
                <w:szCs w:val="28"/>
              </w:rPr>
              <w:t xml:space="preserve">Logo e </w:t>
            </w:r>
            <w:proofErr w:type="spellStart"/>
            <w:r w:rsidRPr="00983ADC">
              <w:rPr>
                <w:b/>
                <w:sz w:val="28"/>
                <w:szCs w:val="28"/>
              </w:rPr>
              <w:t>shkollës</w:t>
            </w:r>
            <w:proofErr w:type="spellEnd"/>
          </w:p>
        </w:tc>
      </w:tr>
      <w:tr w:rsidR="00B62707" w:rsidRPr="00DE5029" w:rsidTr="000D5A18">
        <w:trPr>
          <w:trHeight w:val="420"/>
        </w:trPr>
        <w:tc>
          <w:tcPr>
            <w:tcW w:w="3885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B62707" w:rsidRPr="00983ADC" w:rsidRDefault="00B62707" w:rsidP="00F63F2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11" w:type="dxa"/>
            <w:gridSpan w:val="4"/>
            <w:tcBorders>
              <w:left w:val="single" w:sz="12" w:space="0" w:color="auto"/>
            </w:tcBorders>
            <w:shd w:val="clear" w:color="auto" w:fill="FEF2E8"/>
          </w:tcPr>
          <w:p w:rsidR="00516D86" w:rsidRPr="00983ADC" w:rsidRDefault="00000000">
            <w:pPr>
              <w:rPr>
                <w:sz w:val="28"/>
                <w:szCs w:val="28"/>
              </w:rPr>
            </w:pPr>
            <w:r w:rsidRPr="00983ADC">
              <w:rPr>
                <w:rFonts w:eastAsia="Arial"/>
                <w:b/>
                <w:sz w:val="28"/>
                <w:szCs w:val="28"/>
              </w:rPr>
              <w:t>VITI SHKOLLOR:</w:t>
            </w:r>
          </w:p>
        </w:tc>
        <w:tc>
          <w:tcPr>
            <w:tcW w:w="3402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516D86" w:rsidRPr="00983ADC" w:rsidRDefault="00000000">
            <w:pPr>
              <w:jc w:val="center"/>
              <w:rPr>
                <w:sz w:val="28"/>
                <w:szCs w:val="28"/>
              </w:rPr>
            </w:pPr>
            <w:r w:rsidRPr="00983ADC">
              <w:rPr>
                <w:rFonts w:eastAsia="Arial"/>
                <w:b/>
                <w:sz w:val="28"/>
                <w:szCs w:val="28"/>
              </w:rPr>
              <w:t>2026 /2027</w:t>
            </w:r>
          </w:p>
        </w:tc>
        <w:tc>
          <w:tcPr>
            <w:tcW w:w="326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B62707" w:rsidRPr="00983ADC" w:rsidRDefault="00B62707" w:rsidP="00F63F2F">
            <w:pPr>
              <w:rPr>
                <w:b/>
                <w:sz w:val="28"/>
                <w:szCs w:val="28"/>
              </w:rPr>
            </w:pPr>
          </w:p>
        </w:tc>
      </w:tr>
      <w:tr w:rsidR="00B62707" w:rsidRPr="00DE5029" w:rsidTr="000D5A18">
        <w:trPr>
          <w:trHeight w:val="368"/>
        </w:trPr>
        <w:tc>
          <w:tcPr>
            <w:tcW w:w="3885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B62707" w:rsidRPr="00983ADC" w:rsidRDefault="00B62707" w:rsidP="00F63F2F">
            <w:pPr>
              <w:jc w:val="center"/>
              <w:rPr>
                <w:noProof/>
                <w:sz w:val="28"/>
                <w:szCs w:val="28"/>
              </w:rPr>
            </w:pPr>
          </w:p>
        </w:tc>
        <w:tc>
          <w:tcPr>
            <w:tcW w:w="3911" w:type="dxa"/>
            <w:gridSpan w:val="4"/>
            <w:tcBorders>
              <w:left w:val="single" w:sz="12" w:space="0" w:color="auto"/>
            </w:tcBorders>
            <w:shd w:val="clear" w:color="auto" w:fill="FEF2E8"/>
          </w:tcPr>
          <w:p w:rsidR="00516D86" w:rsidRPr="00983ADC" w:rsidRDefault="00000000">
            <w:pPr>
              <w:rPr>
                <w:sz w:val="28"/>
                <w:szCs w:val="28"/>
              </w:rPr>
            </w:pPr>
            <w:r w:rsidRPr="00983ADC">
              <w:rPr>
                <w:rFonts w:eastAsia="Arial"/>
                <w:b/>
                <w:sz w:val="28"/>
                <w:szCs w:val="28"/>
              </w:rPr>
              <w:t>FUSHA E KURRIKULËS:</w:t>
            </w:r>
          </w:p>
        </w:tc>
        <w:tc>
          <w:tcPr>
            <w:tcW w:w="3402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516D86" w:rsidRPr="00983ADC" w:rsidRDefault="00000000">
            <w:pPr>
              <w:jc w:val="center"/>
              <w:rPr>
                <w:sz w:val="28"/>
                <w:szCs w:val="28"/>
              </w:rPr>
            </w:pPr>
            <w:r w:rsidRPr="00983ADC">
              <w:rPr>
                <w:rFonts w:eastAsia="Arial"/>
                <w:b/>
                <w:sz w:val="28"/>
                <w:szCs w:val="28"/>
              </w:rPr>
              <w:t>MATEMATIKË</w:t>
            </w:r>
          </w:p>
        </w:tc>
        <w:tc>
          <w:tcPr>
            <w:tcW w:w="326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B62707" w:rsidRPr="00983ADC" w:rsidRDefault="00B62707" w:rsidP="00F63F2F">
            <w:pPr>
              <w:rPr>
                <w:b/>
                <w:sz w:val="28"/>
                <w:szCs w:val="28"/>
              </w:rPr>
            </w:pPr>
          </w:p>
        </w:tc>
      </w:tr>
      <w:tr w:rsidR="00B62707" w:rsidRPr="00DE5029" w:rsidTr="000D5A18">
        <w:trPr>
          <w:trHeight w:val="345"/>
        </w:trPr>
        <w:tc>
          <w:tcPr>
            <w:tcW w:w="3885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B62707" w:rsidRPr="00983ADC" w:rsidRDefault="00B62707" w:rsidP="00F63F2F">
            <w:pPr>
              <w:jc w:val="center"/>
              <w:rPr>
                <w:noProof/>
                <w:sz w:val="28"/>
                <w:szCs w:val="28"/>
              </w:rPr>
            </w:pPr>
          </w:p>
        </w:tc>
        <w:tc>
          <w:tcPr>
            <w:tcW w:w="3911" w:type="dxa"/>
            <w:gridSpan w:val="4"/>
            <w:tcBorders>
              <w:left w:val="single" w:sz="12" w:space="0" w:color="auto"/>
            </w:tcBorders>
            <w:shd w:val="clear" w:color="auto" w:fill="FEF2E8"/>
          </w:tcPr>
          <w:p w:rsidR="00516D86" w:rsidRPr="00983ADC" w:rsidRDefault="00000000">
            <w:pPr>
              <w:rPr>
                <w:sz w:val="28"/>
                <w:szCs w:val="28"/>
              </w:rPr>
            </w:pPr>
            <w:r w:rsidRPr="00983ADC">
              <w:rPr>
                <w:rFonts w:eastAsia="Arial"/>
                <w:b/>
                <w:sz w:val="28"/>
                <w:szCs w:val="28"/>
              </w:rPr>
              <w:t>LËNDA :</w:t>
            </w:r>
          </w:p>
        </w:tc>
        <w:tc>
          <w:tcPr>
            <w:tcW w:w="3402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516D86" w:rsidRPr="00983ADC" w:rsidRDefault="00000000">
            <w:pPr>
              <w:jc w:val="center"/>
              <w:rPr>
                <w:sz w:val="28"/>
                <w:szCs w:val="28"/>
              </w:rPr>
            </w:pPr>
            <w:r w:rsidRPr="00983ADC">
              <w:rPr>
                <w:rFonts w:eastAsia="Arial"/>
                <w:b/>
                <w:sz w:val="28"/>
                <w:szCs w:val="28"/>
              </w:rPr>
              <w:t>Matematikë</w:t>
            </w:r>
          </w:p>
        </w:tc>
        <w:tc>
          <w:tcPr>
            <w:tcW w:w="326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B62707" w:rsidRPr="00983ADC" w:rsidRDefault="00B62707" w:rsidP="00F63F2F">
            <w:pPr>
              <w:rPr>
                <w:b/>
                <w:sz w:val="28"/>
                <w:szCs w:val="28"/>
              </w:rPr>
            </w:pPr>
          </w:p>
        </w:tc>
      </w:tr>
      <w:tr w:rsidR="00B62707" w:rsidRPr="00DE5029" w:rsidTr="000D5A18">
        <w:trPr>
          <w:trHeight w:val="390"/>
        </w:trPr>
        <w:tc>
          <w:tcPr>
            <w:tcW w:w="3885" w:type="dxa"/>
            <w:gridSpan w:val="4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B62707" w:rsidRPr="00983ADC" w:rsidRDefault="00B62707" w:rsidP="00F63F2F">
            <w:pPr>
              <w:jc w:val="center"/>
              <w:rPr>
                <w:noProof/>
                <w:sz w:val="28"/>
                <w:szCs w:val="28"/>
              </w:rPr>
            </w:pPr>
          </w:p>
        </w:tc>
        <w:tc>
          <w:tcPr>
            <w:tcW w:w="3911" w:type="dxa"/>
            <w:gridSpan w:val="4"/>
            <w:tcBorders>
              <w:left w:val="single" w:sz="12" w:space="0" w:color="auto"/>
              <w:bottom w:val="single" w:sz="12" w:space="0" w:color="auto"/>
            </w:tcBorders>
            <w:shd w:val="clear" w:color="auto" w:fill="FEF2E8"/>
          </w:tcPr>
          <w:p w:rsidR="00516D86" w:rsidRPr="00983ADC" w:rsidRDefault="00000000">
            <w:pPr>
              <w:rPr>
                <w:sz w:val="28"/>
                <w:szCs w:val="28"/>
              </w:rPr>
            </w:pPr>
            <w:r w:rsidRPr="00983ADC">
              <w:rPr>
                <w:rFonts w:eastAsia="Arial"/>
                <w:b/>
                <w:sz w:val="28"/>
                <w:szCs w:val="28"/>
              </w:rPr>
              <w:t>KLASA :</w:t>
            </w:r>
          </w:p>
        </w:tc>
        <w:tc>
          <w:tcPr>
            <w:tcW w:w="3402" w:type="dxa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16D86" w:rsidRPr="00983ADC" w:rsidRDefault="00000000">
            <w:pPr>
              <w:jc w:val="center"/>
              <w:rPr>
                <w:sz w:val="28"/>
                <w:szCs w:val="28"/>
              </w:rPr>
            </w:pPr>
            <w:r w:rsidRPr="00983ADC">
              <w:rPr>
                <w:rFonts w:eastAsia="Arial"/>
                <w:b/>
                <w:sz w:val="28"/>
                <w:szCs w:val="28"/>
              </w:rPr>
              <w:t>IX</w:t>
            </w:r>
          </w:p>
        </w:tc>
        <w:tc>
          <w:tcPr>
            <w:tcW w:w="3260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62707" w:rsidRPr="00983ADC" w:rsidRDefault="00B62707" w:rsidP="00F63F2F">
            <w:pPr>
              <w:rPr>
                <w:b/>
                <w:sz w:val="28"/>
                <w:szCs w:val="28"/>
              </w:rPr>
            </w:pPr>
          </w:p>
        </w:tc>
      </w:tr>
      <w:tr w:rsidR="00B62707" w:rsidRPr="00DE5029" w:rsidTr="000D5A18">
        <w:tc>
          <w:tcPr>
            <w:tcW w:w="28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EF2E8"/>
          </w:tcPr>
          <w:p w:rsidR="00B62707" w:rsidRPr="00983ADC" w:rsidRDefault="00B62707" w:rsidP="00F63F2F">
            <w:pPr>
              <w:rPr>
                <w:sz w:val="28"/>
                <w:szCs w:val="28"/>
              </w:rPr>
            </w:pPr>
            <w:r w:rsidRPr="00983ADC">
              <w:rPr>
                <w:b/>
                <w:sz w:val="28"/>
                <w:szCs w:val="28"/>
              </w:rPr>
              <w:t xml:space="preserve">TEMA-T  </w:t>
            </w:r>
            <w:proofErr w:type="spellStart"/>
            <w:r w:rsidRPr="00983ADC">
              <w:rPr>
                <w:b/>
                <w:sz w:val="28"/>
                <w:szCs w:val="28"/>
              </w:rPr>
              <w:t>mësimore</w:t>
            </w:r>
            <w:proofErr w:type="spellEnd"/>
            <w:r w:rsidRPr="00983ADC">
              <w:rPr>
                <w:b/>
                <w:sz w:val="28"/>
                <w:szCs w:val="28"/>
              </w:rPr>
              <w:t>:</w:t>
            </w:r>
          </w:p>
        </w:tc>
        <w:tc>
          <w:tcPr>
            <w:tcW w:w="11578" w:type="dxa"/>
            <w:gridSpan w:val="10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16D86" w:rsidRPr="00983ADC" w:rsidRDefault="00000000">
            <w:pPr>
              <w:rPr>
                <w:sz w:val="28"/>
                <w:szCs w:val="28"/>
              </w:rPr>
            </w:pPr>
            <w:r w:rsidRPr="00983ADC">
              <w:rPr>
                <w:rFonts w:eastAsia="Arial"/>
                <w:b/>
                <w:sz w:val="28"/>
                <w:szCs w:val="28"/>
              </w:rPr>
              <w:t>1. Bashkësitë numerike    2. Shprehjet me ndryshore</w:t>
            </w:r>
          </w:p>
        </w:tc>
      </w:tr>
      <w:tr w:rsidR="00B62707" w:rsidRPr="00DE5029" w:rsidTr="000D5A18">
        <w:tc>
          <w:tcPr>
            <w:tcW w:w="14458" w:type="dxa"/>
            <w:gridSpan w:val="12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F2F2F2"/>
          </w:tcPr>
          <w:p w:rsidR="00B62707" w:rsidRPr="009E1A94" w:rsidRDefault="00B62707" w:rsidP="00F63F2F">
            <w:pPr>
              <w:rPr>
                <w:sz w:val="28"/>
                <w:szCs w:val="28"/>
              </w:rPr>
            </w:pPr>
            <w:r w:rsidRPr="009E1A94">
              <w:rPr>
                <w:b/>
                <w:sz w:val="28"/>
                <w:szCs w:val="28"/>
              </w:rPr>
              <w:t xml:space="preserve">RNK- </w:t>
            </w:r>
            <w:proofErr w:type="spellStart"/>
            <w:r w:rsidRPr="009E1A94">
              <w:rPr>
                <w:b/>
                <w:sz w:val="28"/>
                <w:szCs w:val="28"/>
              </w:rPr>
              <w:t>Rezultatet</w:t>
            </w:r>
            <w:proofErr w:type="spellEnd"/>
            <w:r w:rsidRPr="009E1A94">
              <w:rPr>
                <w:b/>
                <w:sz w:val="28"/>
                <w:szCs w:val="28"/>
              </w:rPr>
              <w:t xml:space="preserve"> e </w:t>
            </w:r>
            <w:proofErr w:type="spellStart"/>
            <w:r w:rsidRPr="009E1A94">
              <w:rPr>
                <w:b/>
                <w:sz w:val="28"/>
                <w:szCs w:val="28"/>
              </w:rPr>
              <w:t>të</w:t>
            </w:r>
            <w:proofErr w:type="spellEnd"/>
            <w:r w:rsidRPr="009E1A94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9E1A94">
              <w:rPr>
                <w:b/>
                <w:sz w:val="28"/>
                <w:szCs w:val="28"/>
              </w:rPr>
              <w:t>nxënit</w:t>
            </w:r>
            <w:proofErr w:type="spellEnd"/>
            <w:r w:rsidRPr="009E1A94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9E1A94">
              <w:rPr>
                <w:b/>
                <w:sz w:val="28"/>
                <w:szCs w:val="28"/>
              </w:rPr>
              <w:t>për</w:t>
            </w:r>
            <w:proofErr w:type="spellEnd"/>
            <w:r w:rsidRPr="009E1A94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9E1A94">
              <w:rPr>
                <w:b/>
                <w:sz w:val="28"/>
                <w:szCs w:val="28"/>
              </w:rPr>
              <w:t>kompetencat</w:t>
            </w:r>
            <w:proofErr w:type="spellEnd"/>
            <w:r w:rsidRPr="009E1A94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9E1A94">
              <w:rPr>
                <w:b/>
                <w:sz w:val="28"/>
                <w:szCs w:val="28"/>
              </w:rPr>
              <w:t>kryesore</w:t>
            </w:r>
            <w:proofErr w:type="spellEnd"/>
            <w:r w:rsidRPr="009E1A94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9E1A94">
              <w:rPr>
                <w:b/>
                <w:sz w:val="28"/>
                <w:szCs w:val="28"/>
              </w:rPr>
              <w:t>të</w:t>
            </w:r>
            <w:proofErr w:type="spellEnd"/>
            <w:r w:rsidRPr="009E1A94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9E1A94">
              <w:rPr>
                <w:b/>
                <w:sz w:val="28"/>
                <w:szCs w:val="28"/>
              </w:rPr>
              <w:t>shkallës</w:t>
            </w:r>
            <w:proofErr w:type="spellEnd"/>
            <w:r w:rsidRPr="009E1A94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9E1A94">
              <w:rPr>
                <w:b/>
                <w:sz w:val="28"/>
                <w:szCs w:val="28"/>
              </w:rPr>
              <w:t>që</w:t>
            </w:r>
            <w:proofErr w:type="spellEnd"/>
            <w:r w:rsidRPr="009E1A94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9E1A94">
              <w:rPr>
                <w:b/>
                <w:sz w:val="28"/>
                <w:szCs w:val="28"/>
              </w:rPr>
              <w:t>synohen</w:t>
            </w:r>
            <w:proofErr w:type="spellEnd"/>
            <w:r w:rsidRPr="009E1A94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9E1A94">
              <w:rPr>
                <w:b/>
                <w:sz w:val="28"/>
                <w:szCs w:val="28"/>
              </w:rPr>
              <w:t>të</w:t>
            </w:r>
            <w:proofErr w:type="spellEnd"/>
            <w:r w:rsidRPr="009E1A94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9E1A94">
              <w:rPr>
                <w:b/>
                <w:sz w:val="28"/>
                <w:szCs w:val="28"/>
              </w:rPr>
              <w:t>arrihen</w:t>
            </w:r>
            <w:proofErr w:type="spellEnd"/>
            <w:r w:rsidRPr="009E1A94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9E1A94">
              <w:rPr>
                <w:b/>
                <w:sz w:val="28"/>
                <w:szCs w:val="28"/>
              </w:rPr>
              <w:t>përmes</w:t>
            </w:r>
            <w:proofErr w:type="spellEnd"/>
            <w:r w:rsidRPr="009E1A94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9E1A94">
              <w:rPr>
                <w:b/>
                <w:sz w:val="28"/>
                <w:szCs w:val="28"/>
              </w:rPr>
              <w:t>shtjellimit</w:t>
            </w:r>
            <w:proofErr w:type="spellEnd"/>
            <w:r w:rsidRPr="009E1A94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9E1A94">
              <w:rPr>
                <w:b/>
                <w:sz w:val="28"/>
                <w:szCs w:val="28"/>
              </w:rPr>
              <w:t>të</w:t>
            </w:r>
            <w:proofErr w:type="spellEnd"/>
            <w:r w:rsidRPr="009E1A94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9E1A94">
              <w:rPr>
                <w:b/>
                <w:sz w:val="28"/>
                <w:szCs w:val="28"/>
              </w:rPr>
              <w:t>temës</w:t>
            </w:r>
            <w:proofErr w:type="spellEnd"/>
            <w:r w:rsidRPr="009E1A94">
              <w:rPr>
                <w:b/>
                <w:sz w:val="28"/>
                <w:szCs w:val="28"/>
              </w:rPr>
              <w:t>/</w:t>
            </w:r>
            <w:proofErr w:type="spellStart"/>
            <w:r w:rsidRPr="009E1A94">
              <w:rPr>
                <w:b/>
                <w:sz w:val="28"/>
                <w:szCs w:val="28"/>
              </w:rPr>
              <w:t>ve</w:t>
            </w:r>
            <w:proofErr w:type="spellEnd"/>
            <w:r w:rsidRPr="009E1A94">
              <w:rPr>
                <w:b/>
                <w:sz w:val="28"/>
                <w:szCs w:val="28"/>
              </w:rPr>
              <w:t>:</w:t>
            </w:r>
          </w:p>
        </w:tc>
      </w:tr>
      <w:tr w:rsidR="00B62707" w:rsidRPr="00B62707" w:rsidTr="000D5A18">
        <w:tc>
          <w:tcPr>
            <w:tcW w:w="14458" w:type="dxa"/>
            <w:gridSpan w:val="12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16D86" w:rsidRPr="00983ADC" w:rsidRDefault="00983ADC">
            <w:pPr>
              <w:rPr>
                <w:sz w:val="20"/>
                <w:szCs w:val="20"/>
              </w:rPr>
            </w:pPr>
            <w:r w:rsidRPr="00983ADC">
              <w:rPr>
                <w:rFonts w:eastAsia="Arial"/>
                <w:b/>
                <w:sz w:val="20"/>
                <w:szCs w:val="20"/>
              </w:rPr>
              <w:t xml:space="preserve">TEMA 1 dhe 2: </w:t>
            </w:r>
            <w:r w:rsidR="00000000" w:rsidRPr="00983ADC">
              <w:rPr>
                <w:rFonts w:eastAsia="Arial"/>
                <w:b/>
                <w:sz w:val="20"/>
                <w:szCs w:val="20"/>
              </w:rPr>
              <w:t>I.1, I.2, I.6, I.7; II.3, II.4, II.5, II.6; III.2, III.3, III.5.</w:t>
            </w:r>
          </w:p>
        </w:tc>
      </w:tr>
      <w:tr w:rsidR="00B62707" w:rsidRPr="00B62707" w:rsidTr="000D5A18">
        <w:tc>
          <w:tcPr>
            <w:tcW w:w="14458" w:type="dxa"/>
            <w:gridSpan w:val="12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F2F2F2"/>
          </w:tcPr>
          <w:p w:rsidR="00B62707" w:rsidRPr="00280E86" w:rsidRDefault="00B62707" w:rsidP="00F63F2F">
            <w:pPr>
              <w:rPr>
                <w:sz w:val="28"/>
                <w:szCs w:val="28"/>
                <w:lang w:val="en-US"/>
              </w:rPr>
            </w:pPr>
            <w:r w:rsidRPr="00280E86">
              <w:rPr>
                <w:b/>
                <w:sz w:val="28"/>
                <w:szCs w:val="28"/>
                <w:lang w:val="en-US"/>
              </w:rPr>
              <w:t xml:space="preserve">RNF- </w:t>
            </w:r>
            <w:proofErr w:type="spellStart"/>
            <w:r w:rsidRPr="00280E86">
              <w:rPr>
                <w:b/>
                <w:sz w:val="28"/>
                <w:szCs w:val="28"/>
                <w:lang w:val="en-US"/>
              </w:rPr>
              <w:t>Rezultatet</w:t>
            </w:r>
            <w:proofErr w:type="spellEnd"/>
            <w:r w:rsidRPr="00280E86">
              <w:rPr>
                <w:b/>
                <w:sz w:val="28"/>
                <w:szCs w:val="28"/>
                <w:lang w:val="en-US"/>
              </w:rPr>
              <w:t xml:space="preserve"> e </w:t>
            </w:r>
            <w:proofErr w:type="spellStart"/>
            <w:r w:rsidRPr="00280E86">
              <w:rPr>
                <w:b/>
                <w:sz w:val="28"/>
                <w:szCs w:val="28"/>
                <w:lang w:val="en-US"/>
              </w:rPr>
              <w:t>të</w:t>
            </w:r>
            <w:proofErr w:type="spellEnd"/>
            <w:r w:rsidRPr="00280E86">
              <w:rPr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80E86">
              <w:rPr>
                <w:b/>
                <w:sz w:val="28"/>
                <w:szCs w:val="28"/>
                <w:lang w:val="en-US"/>
              </w:rPr>
              <w:t>nxënit</w:t>
            </w:r>
            <w:proofErr w:type="spellEnd"/>
            <w:r w:rsidRPr="00280E86">
              <w:rPr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80E86">
              <w:rPr>
                <w:b/>
                <w:sz w:val="28"/>
                <w:szCs w:val="28"/>
                <w:lang w:val="en-US"/>
              </w:rPr>
              <w:t>të</w:t>
            </w:r>
            <w:proofErr w:type="spellEnd"/>
            <w:r w:rsidRPr="00280E86">
              <w:rPr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80E86">
              <w:rPr>
                <w:b/>
                <w:sz w:val="28"/>
                <w:szCs w:val="28"/>
                <w:lang w:val="en-US"/>
              </w:rPr>
              <w:t>fushës</w:t>
            </w:r>
            <w:proofErr w:type="spellEnd"/>
            <w:r w:rsidRPr="00280E86">
              <w:rPr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80E86">
              <w:rPr>
                <w:b/>
                <w:sz w:val="28"/>
                <w:szCs w:val="28"/>
                <w:lang w:val="en-US"/>
              </w:rPr>
              <w:t>kurrikulare</w:t>
            </w:r>
            <w:proofErr w:type="spellEnd"/>
            <w:r w:rsidRPr="00280E86">
              <w:rPr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80E86">
              <w:rPr>
                <w:b/>
                <w:sz w:val="28"/>
                <w:szCs w:val="28"/>
                <w:lang w:val="en-US"/>
              </w:rPr>
              <w:t>të</w:t>
            </w:r>
            <w:proofErr w:type="spellEnd"/>
            <w:r w:rsidRPr="00280E86">
              <w:rPr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80E86">
              <w:rPr>
                <w:b/>
                <w:sz w:val="28"/>
                <w:szCs w:val="28"/>
                <w:lang w:val="en-US"/>
              </w:rPr>
              <w:t>shkallës</w:t>
            </w:r>
            <w:proofErr w:type="spellEnd"/>
            <w:r w:rsidRPr="00280E86">
              <w:rPr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80E86">
              <w:rPr>
                <w:b/>
                <w:sz w:val="28"/>
                <w:szCs w:val="28"/>
                <w:lang w:val="en-US"/>
              </w:rPr>
              <w:t>që</w:t>
            </w:r>
            <w:proofErr w:type="spellEnd"/>
            <w:r w:rsidRPr="00280E86">
              <w:rPr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80E86">
              <w:rPr>
                <w:b/>
                <w:sz w:val="28"/>
                <w:szCs w:val="28"/>
                <w:lang w:val="en-US"/>
              </w:rPr>
              <w:t>synohen</w:t>
            </w:r>
            <w:proofErr w:type="spellEnd"/>
            <w:r w:rsidRPr="00280E86">
              <w:rPr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80E86">
              <w:rPr>
                <w:b/>
                <w:sz w:val="28"/>
                <w:szCs w:val="28"/>
                <w:lang w:val="en-US"/>
              </w:rPr>
              <w:t>të</w:t>
            </w:r>
            <w:proofErr w:type="spellEnd"/>
            <w:r w:rsidRPr="00280E86">
              <w:rPr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80E86">
              <w:rPr>
                <w:b/>
                <w:sz w:val="28"/>
                <w:szCs w:val="28"/>
                <w:lang w:val="en-US"/>
              </w:rPr>
              <w:t>arrihen</w:t>
            </w:r>
            <w:proofErr w:type="spellEnd"/>
            <w:r w:rsidRPr="00280E86">
              <w:rPr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80E86">
              <w:rPr>
                <w:b/>
                <w:sz w:val="28"/>
                <w:szCs w:val="28"/>
                <w:lang w:val="en-US"/>
              </w:rPr>
              <w:t>përmes</w:t>
            </w:r>
            <w:proofErr w:type="spellEnd"/>
            <w:r w:rsidRPr="00280E86">
              <w:rPr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80E86">
              <w:rPr>
                <w:b/>
                <w:sz w:val="28"/>
                <w:szCs w:val="28"/>
                <w:lang w:val="en-US"/>
              </w:rPr>
              <w:t>shtjellimit</w:t>
            </w:r>
            <w:proofErr w:type="spellEnd"/>
            <w:r w:rsidRPr="00280E86">
              <w:rPr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80E86">
              <w:rPr>
                <w:b/>
                <w:sz w:val="28"/>
                <w:szCs w:val="28"/>
                <w:lang w:val="en-US"/>
              </w:rPr>
              <w:t>të</w:t>
            </w:r>
            <w:proofErr w:type="spellEnd"/>
            <w:r w:rsidRPr="00280E86">
              <w:rPr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80E86">
              <w:rPr>
                <w:b/>
                <w:sz w:val="28"/>
                <w:szCs w:val="28"/>
                <w:lang w:val="en-US"/>
              </w:rPr>
              <w:t>temës</w:t>
            </w:r>
            <w:proofErr w:type="spellEnd"/>
            <w:r w:rsidRPr="00280E86">
              <w:rPr>
                <w:b/>
                <w:sz w:val="28"/>
                <w:szCs w:val="28"/>
                <w:lang w:val="en-US"/>
              </w:rPr>
              <w:t>/</w:t>
            </w:r>
            <w:proofErr w:type="spellStart"/>
            <w:r w:rsidRPr="00280E86">
              <w:rPr>
                <w:b/>
                <w:sz w:val="28"/>
                <w:szCs w:val="28"/>
                <w:lang w:val="en-US"/>
              </w:rPr>
              <w:t>ve</w:t>
            </w:r>
            <w:proofErr w:type="spellEnd"/>
            <w:r w:rsidRPr="00280E86">
              <w:rPr>
                <w:b/>
                <w:sz w:val="28"/>
                <w:szCs w:val="28"/>
                <w:lang w:val="en-US"/>
              </w:rPr>
              <w:t>:</w:t>
            </w:r>
          </w:p>
        </w:tc>
      </w:tr>
      <w:tr w:rsidR="00B62707" w:rsidRPr="00BF4518" w:rsidTr="000D5A18">
        <w:tc>
          <w:tcPr>
            <w:tcW w:w="14458" w:type="dxa"/>
            <w:gridSpan w:val="12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BF4518" w:rsidRPr="00BF4518" w:rsidRDefault="00BF4518" w:rsidP="00BF4518">
            <w:pPr>
              <w:rPr>
                <w:i/>
                <w:iCs/>
                <w:sz w:val="20"/>
                <w:szCs w:val="20"/>
              </w:rPr>
            </w:pPr>
            <w:proofErr w:type="gramStart"/>
            <w:r w:rsidRPr="00BF4518">
              <w:rPr>
                <w:rStyle w:val="Strong"/>
                <w:i/>
                <w:iCs/>
                <w:sz w:val="20"/>
                <w:szCs w:val="20"/>
              </w:rPr>
              <w:t>1.1</w:t>
            </w:r>
            <w:r w:rsidRPr="00BF4518">
              <w:rPr>
                <w:i/>
                <w:iCs/>
                <w:sz w:val="20"/>
                <w:szCs w:val="20"/>
              </w:rPr>
              <w:t xml:space="preserve">  </w:t>
            </w:r>
            <w:proofErr w:type="spellStart"/>
            <w:r w:rsidRPr="00BF4518">
              <w:rPr>
                <w:i/>
                <w:iCs/>
                <w:sz w:val="20"/>
                <w:szCs w:val="20"/>
              </w:rPr>
              <w:t>Përdor</w:t>
            </w:r>
            <w:proofErr w:type="spellEnd"/>
            <w:proofErr w:type="gramEnd"/>
            <w:r w:rsidRPr="00BF4518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</w:rPr>
              <w:t>koncepte</w:t>
            </w:r>
            <w:proofErr w:type="spellEnd"/>
            <w:r w:rsidRPr="00BF4518">
              <w:rPr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BF4518">
              <w:rPr>
                <w:i/>
                <w:iCs/>
                <w:sz w:val="20"/>
                <w:szCs w:val="20"/>
              </w:rPr>
              <w:t>simbole</w:t>
            </w:r>
            <w:proofErr w:type="spellEnd"/>
            <w:r w:rsidRPr="00BF4518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</w:rPr>
              <w:t>dhe</w:t>
            </w:r>
            <w:proofErr w:type="spellEnd"/>
            <w:r w:rsidRPr="00BF4518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</w:rPr>
              <w:t>fakte</w:t>
            </w:r>
            <w:proofErr w:type="spellEnd"/>
            <w:r w:rsidRPr="00BF4518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</w:rPr>
              <w:t>për</w:t>
            </w:r>
            <w:proofErr w:type="spellEnd"/>
            <w:r w:rsidRPr="00BF4518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</w:rPr>
              <w:t>zgjidhjen</w:t>
            </w:r>
            <w:proofErr w:type="spellEnd"/>
            <w:r w:rsidRPr="00BF4518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</w:rPr>
              <w:t>problemore</w:t>
            </w:r>
            <w:proofErr w:type="spellEnd"/>
            <w:r w:rsidRPr="00BF4518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</w:rPr>
              <w:t>që</w:t>
            </w:r>
            <w:proofErr w:type="spellEnd"/>
            <w:r w:rsidRPr="00BF4518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</w:rPr>
              <w:t>lidhen</w:t>
            </w:r>
            <w:proofErr w:type="spellEnd"/>
            <w:r w:rsidRPr="00BF4518">
              <w:rPr>
                <w:i/>
                <w:iCs/>
                <w:sz w:val="20"/>
                <w:szCs w:val="20"/>
              </w:rPr>
              <w:t xml:space="preserve"> me </w:t>
            </w:r>
            <w:proofErr w:type="spellStart"/>
            <w:r w:rsidRPr="00BF4518">
              <w:rPr>
                <w:i/>
                <w:iCs/>
                <w:sz w:val="20"/>
                <w:szCs w:val="20"/>
              </w:rPr>
              <w:t>numra</w:t>
            </w:r>
            <w:proofErr w:type="spellEnd"/>
            <w:r w:rsidRPr="00BF4518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</w:rPr>
              <w:t>realë</w:t>
            </w:r>
            <w:proofErr w:type="spellEnd"/>
            <w:r w:rsidRPr="00BF4518">
              <w:rPr>
                <w:i/>
                <w:iCs/>
                <w:sz w:val="20"/>
                <w:szCs w:val="20"/>
              </w:rPr>
              <w:t xml:space="preserve">. </w:t>
            </w:r>
          </w:p>
          <w:p w:rsidR="00BF4518" w:rsidRPr="00BF4518" w:rsidRDefault="00BF4518" w:rsidP="00BF4518">
            <w:pPr>
              <w:rPr>
                <w:i/>
                <w:iCs/>
                <w:sz w:val="20"/>
                <w:szCs w:val="20"/>
              </w:rPr>
            </w:pPr>
            <w:proofErr w:type="gramStart"/>
            <w:r w:rsidRPr="00BF4518">
              <w:rPr>
                <w:rStyle w:val="Strong"/>
                <w:i/>
                <w:iCs/>
                <w:sz w:val="20"/>
                <w:szCs w:val="20"/>
              </w:rPr>
              <w:t>1.2</w:t>
            </w:r>
            <w:r w:rsidRPr="00BF4518">
              <w:rPr>
                <w:i/>
                <w:iCs/>
                <w:sz w:val="20"/>
                <w:szCs w:val="20"/>
              </w:rPr>
              <w:t xml:space="preserve">  </w:t>
            </w:r>
            <w:proofErr w:type="spellStart"/>
            <w:r w:rsidRPr="00BF4518">
              <w:rPr>
                <w:i/>
                <w:iCs/>
                <w:sz w:val="20"/>
                <w:szCs w:val="20"/>
              </w:rPr>
              <w:t>Demonstron</w:t>
            </w:r>
            <w:proofErr w:type="spellEnd"/>
            <w:proofErr w:type="gramEnd"/>
            <w:r w:rsidRPr="00BF4518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</w:rPr>
              <w:t>zgjidhjen</w:t>
            </w:r>
            <w:proofErr w:type="spellEnd"/>
            <w:r w:rsidRPr="00BF4518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</w:rPr>
              <w:t>problemore</w:t>
            </w:r>
            <w:proofErr w:type="spellEnd"/>
            <w:r w:rsidRPr="00BF4518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</w:rPr>
              <w:t>që</w:t>
            </w:r>
            <w:proofErr w:type="spellEnd"/>
            <w:r w:rsidRPr="00BF4518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</w:rPr>
              <w:t>lidhet</w:t>
            </w:r>
            <w:proofErr w:type="spellEnd"/>
            <w:r w:rsidRPr="00BF4518">
              <w:rPr>
                <w:i/>
                <w:iCs/>
                <w:sz w:val="20"/>
                <w:szCs w:val="20"/>
              </w:rPr>
              <w:t xml:space="preserve"> me </w:t>
            </w:r>
            <w:proofErr w:type="spellStart"/>
            <w:r w:rsidRPr="00BF4518">
              <w:rPr>
                <w:i/>
                <w:iCs/>
                <w:sz w:val="20"/>
                <w:szCs w:val="20"/>
              </w:rPr>
              <w:t>shprehjet</w:t>
            </w:r>
            <w:proofErr w:type="spellEnd"/>
            <w:r w:rsidRPr="00BF4518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</w:rPr>
              <w:t>algjebrike</w:t>
            </w:r>
            <w:proofErr w:type="spellEnd"/>
            <w:r w:rsidRPr="00BF4518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</w:rPr>
              <w:t>dhe</w:t>
            </w:r>
            <w:proofErr w:type="spellEnd"/>
            <w:r w:rsidRPr="00BF4518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</w:rPr>
              <w:t>transformime</w:t>
            </w:r>
            <w:proofErr w:type="spellEnd"/>
            <w:r w:rsidRPr="00BF4518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</w:rPr>
              <w:t>gjeometrike</w:t>
            </w:r>
            <w:proofErr w:type="spellEnd"/>
            <w:r w:rsidRPr="00BF4518">
              <w:rPr>
                <w:i/>
                <w:iCs/>
                <w:sz w:val="20"/>
                <w:szCs w:val="20"/>
              </w:rPr>
              <w:t xml:space="preserve">. </w:t>
            </w:r>
          </w:p>
          <w:p w:rsidR="00BF4518" w:rsidRPr="00BF4518" w:rsidRDefault="00BF4518" w:rsidP="00BF4518">
            <w:pPr>
              <w:rPr>
                <w:i/>
                <w:iCs/>
                <w:sz w:val="20"/>
                <w:szCs w:val="20"/>
              </w:rPr>
            </w:pPr>
            <w:proofErr w:type="gramStart"/>
            <w:r w:rsidRPr="00BF4518">
              <w:rPr>
                <w:rStyle w:val="Strong"/>
                <w:i/>
                <w:iCs/>
                <w:sz w:val="20"/>
                <w:szCs w:val="20"/>
              </w:rPr>
              <w:t>2.1</w:t>
            </w:r>
            <w:r w:rsidRPr="00BF4518">
              <w:rPr>
                <w:i/>
                <w:iCs/>
                <w:sz w:val="20"/>
                <w:szCs w:val="20"/>
              </w:rPr>
              <w:t xml:space="preserve">  </w:t>
            </w:r>
            <w:proofErr w:type="spellStart"/>
            <w:r w:rsidRPr="00BF4518">
              <w:rPr>
                <w:i/>
                <w:iCs/>
                <w:sz w:val="20"/>
                <w:szCs w:val="20"/>
              </w:rPr>
              <w:t>Argumenton</w:t>
            </w:r>
            <w:proofErr w:type="spellEnd"/>
            <w:proofErr w:type="gramEnd"/>
            <w:r w:rsidRPr="00BF4518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</w:rPr>
              <w:t>shndërrimet</w:t>
            </w:r>
            <w:proofErr w:type="spellEnd"/>
            <w:r w:rsidRPr="00BF4518">
              <w:rPr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BF4518">
              <w:rPr>
                <w:i/>
                <w:iCs/>
                <w:sz w:val="20"/>
                <w:szCs w:val="20"/>
              </w:rPr>
              <w:t>direkte</w:t>
            </w:r>
            <w:proofErr w:type="spellEnd"/>
            <w:r w:rsidRPr="00BF4518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</w:rPr>
              <w:t>dhe</w:t>
            </w:r>
            <w:proofErr w:type="spellEnd"/>
            <w:r w:rsidRPr="00BF4518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</w:rPr>
              <w:t>indirekte</w:t>
            </w:r>
            <w:proofErr w:type="spellEnd"/>
            <w:r w:rsidRPr="00BF4518">
              <w:rPr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BF4518">
              <w:rPr>
                <w:i/>
                <w:iCs/>
                <w:sz w:val="20"/>
                <w:szCs w:val="20"/>
              </w:rPr>
              <w:t>të</w:t>
            </w:r>
            <w:proofErr w:type="spellEnd"/>
            <w:r w:rsidRPr="00BF4518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</w:rPr>
              <w:t>zbatuara</w:t>
            </w:r>
            <w:proofErr w:type="spellEnd"/>
            <w:r w:rsidRPr="00BF4518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</w:rPr>
              <w:t>në</w:t>
            </w:r>
            <w:proofErr w:type="spellEnd"/>
            <w:r w:rsidRPr="00BF4518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</w:rPr>
              <w:t>veprimet</w:t>
            </w:r>
            <w:proofErr w:type="spellEnd"/>
            <w:r w:rsidRPr="00BF4518">
              <w:rPr>
                <w:i/>
                <w:iCs/>
                <w:sz w:val="20"/>
                <w:szCs w:val="20"/>
              </w:rPr>
              <w:t xml:space="preserve"> me </w:t>
            </w:r>
            <w:proofErr w:type="spellStart"/>
            <w:r w:rsidRPr="00BF4518">
              <w:rPr>
                <w:i/>
                <w:iCs/>
                <w:sz w:val="20"/>
                <w:szCs w:val="20"/>
              </w:rPr>
              <w:t>numra</w:t>
            </w:r>
            <w:proofErr w:type="spellEnd"/>
            <w:r w:rsidRPr="00BF4518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</w:rPr>
              <w:t>realë</w:t>
            </w:r>
            <w:proofErr w:type="spellEnd"/>
            <w:r w:rsidRPr="00BF4518">
              <w:rPr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BF4518">
              <w:rPr>
                <w:i/>
                <w:iCs/>
                <w:sz w:val="20"/>
                <w:szCs w:val="20"/>
              </w:rPr>
              <w:t>transformime</w:t>
            </w:r>
            <w:proofErr w:type="spellEnd"/>
            <w:r w:rsidRPr="00BF4518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</w:rPr>
              <w:t>gjeometrike</w:t>
            </w:r>
            <w:proofErr w:type="spellEnd"/>
            <w:r w:rsidRPr="00BF4518">
              <w:rPr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BF4518">
              <w:rPr>
                <w:i/>
                <w:iCs/>
                <w:sz w:val="20"/>
                <w:szCs w:val="20"/>
              </w:rPr>
              <w:t>matje</w:t>
            </w:r>
            <w:proofErr w:type="spellEnd"/>
            <w:r w:rsidRPr="00BF4518">
              <w:rPr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BF4518">
              <w:rPr>
                <w:i/>
                <w:iCs/>
                <w:sz w:val="20"/>
                <w:szCs w:val="20"/>
              </w:rPr>
              <w:t>probabilitet</w:t>
            </w:r>
            <w:proofErr w:type="spellEnd"/>
            <w:r w:rsidRPr="00BF4518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</w:rPr>
              <w:t>dhe</w:t>
            </w:r>
            <w:proofErr w:type="spellEnd"/>
            <w:r w:rsidRPr="00BF4518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</w:rPr>
              <w:t>statistikë</w:t>
            </w:r>
            <w:proofErr w:type="spellEnd"/>
            <w:r w:rsidRPr="00BF4518">
              <w:rPr>
                <w:i/>
                <w:iCs/>
                <w:sz w:val="20"/>
                <w:szCs w:val="20"/>
              </w:rPr>
              <w:t xml:space="preserve">. </w:t>
            </w:r>
          </w:p>
          <w:p w:rsidR="00BF4518" w:rsidRPr="00BF4518" w:rsidRDefault="00BF4518" w:rsidP="00BF4518">
            <w:pPr>
              <w:rPr>
                <w:i/>
                <w:iCs/>
                <w:sz w:val="20"/>
                <w:szCs w:val="20"/>
              </w:rPr>
            </w:pPr>
            <w:proofErr w:type="gramStart"/>
            <w:r w:rsidRPr="00BF4518">
              <w:rPr>
                <w:rStyle w:val="Strong"/>
                <w:i/>
                <w:iCs/>
                <w:sz w:val="20"/>
                <w:szCs w:val="20"/>
              </w:rPr>
              <w:t>2.2</w:t>
            </w:r>
            <w:r w:rsidRPr="00BF4518">
              <w:rPr>
                <w:i/>
                <w:iCs/>
                <w:sz w:val="20"/>
                <w:szCs w:val="20"/>
              </w:rPr>
              <w:t xml:space="preserve">  </w:t>
            </w:r>
            <w:proofErr w:type="spellStart"/>
            <w:r w:rsidRPr="00BF4518">
              <w:rPr>
                <w:i/>
                <w:iCs/>
                <w:sz w:val="20"/>
                <w:szCs w:val="20"/>
              </w:rPr>
              <w:t>Zhvillon</w:t>
            </w:r>
            <w:proofErr w:type="spellEnd"/>
            <w:proofErr w:type="gramEnd"/>
            <w:r w:rsidRPr="00BF4518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</w:rPr>
              <w:t>dhe</w:t>
            </w:r>
            <w:proofErr w:type="spellEnd"/>
            <w:r w:rsidRPr="00BF4518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</w:rPr>
              <w:t>zbaton</w:t>
            </w:r>
            <w:proofErr w:type="spellEnd"/>
            <w:r w:rsidRPr="00BF4518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</w:rPr>
              <w:t>shprehitë</w:t>
            </w:r>
            <w:proofErr w:type="spellEnd"/>
            <w:r w:rsidRPr="00BF4518">
              <w:rPr>
                <w:i/>
                <w:iCs/>
                <w:sz w:val="20"/>
                <w:szCs w:val="20"/>
              </w:rPr>
              <w:t xml:space="preserve"> e </w:t>
            </w:r>
            <w:proofErr w:type="spellStart"/>
            <w:r w:rsidRPr="00BF4518">
              <w:rPr>
                <w:i/>
                <w:iCs/>
                <w:sz w:val="20"/>
                <w:szCs w:val="20"/>
              </w:rPr>
              <w:t>arsyetimit</w:t>
            </w:r>
            <w:proofErr w:type="spellEnd"/>
            <w:r w:rsidRPr="00BF4518">
              <w:rPr>
                <w:i/>
                <w:iCs/>
                <w:sz w:val="20"/>
                <w:szCs w:val="20"/>
              </w:rPr>
              <w:t xml:space="preserve"> (</w:t>
            </w:r>
            <w:proofErr w:type="spellStart"/>
            <w:r w:rsidRPr="00BF4518">
              <w:rPr>
                <w:i/>
                <w:iCs/>
                <w:sz w:val="20"/>
                <w:szCs w:val="20"/>
              </w:rPr>
              <w:t>dallimi</w:t>
            </w:r>
            <w:proofErr w:type="spellEnd"/>
            <w:r w:rsidRPr="00BF4518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</w:rPr>
              <w:t>i</w:t>
            </w:r>
            <w:proofErr w:type="spellEnd"/>
            <w:r w:rsidRPr="00BF4518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</w:rPr>
              <w:t>marrëdhënieve</w:t>
            </w:r>
            <w:proofErr w:type="spellEnd"/>
            <w:r w:rsidRPr="00BF4518">
              <w:rPr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BF4518">
              <w:rPr>
                <w:i/>
                <w:iCs/>
                <w:sz w:val="20"/>
                <w:szCs w:val="20"/>
              </w:rPr>
              <w:t>përgjithësimi</w:t>
            </w:r>
            <w:proofErr w:type="spellEnd"/>
            <w:r w:rsidRPr="00BF4518">
              <w:rPr>
                <w:i/>
                <w:iCs/>
                <w:sz w:val="20"/>
                <w:szCs w:val="20"/>
              </w:rPr>
              <w:t xml:space="preserve"> me </w:t>
            </w:r>
            <w:proofErr w:type="spellStart"/>
            <w:r w:rsidRPr="00BF4518">
              <w:rPr>
                <w:i/>
                <w:iCs/>
                <w:sz w:val="20"/>
                <w:szCs w:val="20"/>
              </w:rPr>
              <w:t>anë</w:t>
            </w:r>
            <w:proofErr w:type="spellEnd"/>
            <w:r w:rsidRPr="00BF4518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</w:rPr>
              <w:t>të</w:t>
            </w:r>
            <w:proofErr w:type="spellEnd"/>
            <w:r w:rsidRPr="00BF4518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</w:rPr>
              <w:t>induksionit</w:t>
            </w:r>
            <w:proofErr w:type="spellEnd"/>
            <w:r w:rsidRPr="00BF4518">
              <w:rPr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BF4518">
              <w:rPr>
                <w:i/>
                <w:iCs/>
                <w:sz w:val="20"/>
                <w:szCs w:val="20"/>
              </w:rPr>
              <w:t>deduksione</w:t>
            </w:r>
            <w:proofErr w:type="spellEnd"/>
            <w:r w:rsidRPr="00BF4518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</w:rPr>
              <w:t>të</w:t>
            </w:r>
            <w:proofErr w:type="spellEnd"/>
            <w:r w:rsidRPr="00BF4518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</w:rPr>
              <w:t>thjeshta</w:t>
            </w:r>
            <w:proofErr w:type="spellEnd"/>
            <w:r w:rsidRPr="00BF4518">
              <w:rPr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BF4518">
              <w:rPr>
                <w:i/>
                <w:iCs/>
                <w:sz w:val="20"/>
                <w:szCs w:val="20"/>
              </w:rPr>
              <w:t>përdorimi</w:t>
            </w:r>
            <w:proofErr w:type="spellEnd"/>
            <w:r w:rsidRPr="00BF4518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</w:rPr>
              <w:t>empirik</w:t>
            </w:r>
            <w:proofErr w:type="spellEnd"/>
            <w:r w:rsidRPr="00BF4518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</w:rPr>
              <w:t>i</w:t>
            </w:r>
            <w:proofErr w:type="spellEnd"/>
            <w:r w:rsidRPr="00BF4518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</w:rPr>
              <w:t>kundërshembullit</w:t>
            </w:r>
            <w:proofErr w:type="spellEnd"/>
            <w:r w:rsidRPr="00BF4518">
              <w:rPr>
                <w:i/>
                <w:iCs/>
                <w:sz w:val="20"/>
                <w:szCs w:val="20"/>
              </w:rPr>
              <w:t xml:space="preserve">). </w:t>
            </w:r>
          </w:p>
          <w:p w:rsidR="00BF4518" w:rsidRPr="00BF4518" w:rsidRDefault="00BF4518" w:rsidP="00BF4518">
            <w:pPr>
              <w:rPr>
                <w:i/>
                <w:iCs/>
                <w:sz w:val="20"/>
                <w:szCs w:val="20"/>
                <w:lang w:val="de-DE"/>
              </w:rPr>
            </w:pPr>
            <w:r w:rsidRPr="00BF4518">
              <w:rPr>
                <w:rStyle w:val="Strong"/>
                <w:i/>
                <w:iCs/>
                <w:sz w:val="20"/>
                <w:szCs w:val="20"/>
                <w:lang w:val="de-DE"/>
              </w:rPr>
              <w:t>2.3</w:t>
            </w:r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Hamendëson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dhe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gjykon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hamendësime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. </w:t>
            </w:r>
          </w:p>
          <w:p w:rsidR="00BF4518" w:rsidRPr="00BF4518" w:rsidRDefault="00BF4518" w:rsidP="00BF4518">
            <w:pPr>
              <w:rPr>
                <w:i/>
                <w:iCs/>
                <w:sz w:val="20"/>
                <w:szCs w:val="20"/>
                <w:lang w:val="de-DE"/>
              </w:rPr>
            </w:pPr>
            <w:proofErr w:type="gramStart"/>
            <w:r w:rsidRPr="00BF4518">
              <w:rPr>
                <w:rStyle w:val="Strong"/>
                <w:i/>
                <w:iCs/>
                <w:sz w:val="20"/>
                <w:szCs w:val="20"/>
                <w:lang w:val="de-DE"/>
              </w:rPr>
              <w:t>2.4</w:t>
            </w:r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 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Planifikon</w:t>
            </w:r>
            <w:proofErr w:type="spellEnd"/>
            <w:proofErr w:type="gram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dhe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strukturon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argumente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matematike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për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përfundimet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gjetura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. </w:t>
            </w:r>
          </w:p>
          <w:p w:rsidR="00BF4518" w:rsidRPr="00BF4518" w:rsidRDefault="00BF4518" w:rsidP="00BF4518">
            <w:pPr>
              <w:rPr>
                <w:i/>
                <w:iCs/>
                <w:sz w:val="20"/>
                <w:szCs w:val="20"/>
                <w:lang w:val="de-DE"/>
              </w:rPr>
            </w:pPr>
            <w:proofErr w:type="gramStart"/>
            <w:r w:rsidRPr="00BF4518">
              <w:rPr>
                <w:rStyle w:val="Strong"/>
                <w:i/>
                <w:iCs/>
                <w:sz w:val="20"/>
                <w:szCs w:val="20"/>
                <w:lang w:val="de-DE"/>
              </w:rPr>
              <w:t>3.3</w:t>
            </w:r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 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Komunikon</w:t>
            </w:r>
            <w:proofErr w:type="spellEnd"/>
            <w:proofErr w:type="gram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të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menduarin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tij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matematik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nëpërmjet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të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lexuarit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të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shkruarit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diskutimit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të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dëgjuarit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dhe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të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pyeturit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duke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përdorur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fjalorin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dhe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simbolet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matematike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dhe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paraqitje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të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ndryshme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të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përshtatshme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. </w:t>
            </w:r>
          </w:p>
          <w:p w:rsidR="00BF4518" w:rsidRPr="00BF4518" w:rsidRDefault="00BF4518" w:rsidP="00BF4518">
            <w:pPr>
              <w:rPr>
                <w:i/>
                <w:iCs/>
                <w:sz w:val="20"/>
                <w:szCs w:val="20"/>
                <w:lang w:val="de-DE"/>
              </w:rPr>
            </w:pPr>
            <w:proofErr w:type="gramStart"/>
            <w:r w:rsidRPr="00BF4518">
              <w:rPr>
                <w:rStyle w:val="Strong"/>
                <w:i/>
                <w:iCs/>
                <w:sz w:val="20"/>
                <w:szCs w:val="20"/>
                <w:lang w:val="de-DE"/>
              </w:rPr>
              <w:t>3.4</w:t>
            </w:r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 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Krijon</w:t>
            </w:r>
            <w:proofErr w:type="spellEnd"/>
            <w:proofErr w:type="gram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shumëllojshmëri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të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paraqitjeve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me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vizatime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 apo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me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përdorimin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teknologjisë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të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koncepteve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matematike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 (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numerike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gjeometrike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algjebrike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grafike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). </w:t>
            </w:r>
          </w:p>
          <w:p w:rsidR="00BF4518" w:rsidRPr="00BF4518" w:rsidRDefault="00BF4518" w:rsidP="00BF4518">
            <w:pPr>
              <w:rPr>
                <w:i/>
                <w:iCs/>
                <w:sz w:val="20"/>
                <w:szCs w:val="20"/>
                <w:lang w:val="de-DE"/>
              </w:rPr>
            </w:pPr>
            <w:proofErr w:type="gramStart"/>
            <w:r w:rsidRPr="00BF4518">
              <w:rPr>
                <w:rStyle w:val="Strong"/>
                <w:i/>
                <w:iCs/>
                <w:sz w:val="20"/>
                <w:szCs w:val="20"/>
                <w:lang w:val="de-DE"/>
              </w:rPr>
              <w:t>3.5</w:t>
            </w:r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 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Krijon</w:t>
            </w:r>
            <w:proofErr w:type="spellEnd"/>
            <w:proofErr w:type="gram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krahasime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dhe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zbaton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paraqitje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të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përshtatshme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në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zgjidhjen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problemave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. </w:t>
            </w:r>
          </w:p>
          <w:p w:rsidR="00BF4518" w:rsidRPr="00BF4518" w:rsidRDefault="00BF4518" w:rsidP="00BF4518">
            <w:pPr>
              <w:rPr>
                <w:i/>
                <w:iCs/>
                <w:sz w:val="20"/>
                <w:szCs w:val="20"/>
                <w:lang w:val="de-DE"/>
              </w:rPr>
            </w:pPr>
            <w:proofErr w:type="gramStart"/>
            <w:r w:rsidRPr="00BF4518">
              <w:rPr>
                <w:rStyle w:val="Strong"/>
                <w:i/>
                <w:iCs/>
                <w:sz w:val="20"/>
                <w:szCs w:val="20"/>
                <w:lang w:val="de-DE"/>
              </w:rPr>
              <w:t>4.2</w:t>
            </w:r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 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Përdor</w:t>
            </w:r>
            <w:proofErr w:type="spellEnd"/>
            <w:proofErr w:type="gram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varësitë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ndërmjet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koncepteve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matematike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mbi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njëri-tjetrin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për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të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formuar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një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të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tërë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. </w:t>
            </w:r>
          </w:p>
          <w:p w:rsidR="00BF4518" w:rsidRPr="00BF4518" w:rsidRDefault="00BF4518" w:rsidP="00BF4518">
            <w:pPr>
              <w:rPr>
                <w:i/>
                <w:iCs/>
                <w:sz w:val="20"/>
                <w:szCs w:val="20"/>
                <w:lang w:val="de-DE"/>
              </w:rPr>
            </w:pPr>
            <w:proofErr w:type="gramStart"/>
            <w:r w:rsidRPr="00BF4518">
              <w:rPr>
                <w:rStyle w:val="Strong"/>
                <w:i/>
                <w:iCs/>
                <w:sz w:val="20"/>
                <w:szCs w:val="20"/>
                <w:lang w:val="de-DE"/>
              </w:rPr>
              <w:t>4.3</w:t>
            </w:r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 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Integron</w:t>
            </w:r>
            <w:proofErr w:type="spellEnd"/>
            <w:proofErr w:type="gram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njohuritë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dhe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shprehitë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matematike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me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situata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ose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dukuri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të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marra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nga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kontekste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të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tjera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 (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jeta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përditshme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lëndët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tjera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sportet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arti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dhe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kultura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ngjarjet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 aktuale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etj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.). </w:t>
            </w:r>
          </w:p>
          <w:p w:rsidR="00BF4518" w:rsidRPr="00BF4518" w:rsidRDefault="00BF4518" w:rsidP="00BF4518">
            <w:pPr>
              <w:rPr>
                <w:i/>
                <w:iCs/>
                <w:sz w:val="20"/>
                <w:szCs w:val="20"/>
                <w:lang w:val="de-DE"/>
              </w:rPr>
            </w:pPr>
            <w:proofErr w:type="gramStart"/>
            <w:r w:rsidRPr="00BF4518">
              <w:rPr>
                <w:rStyle w:val="Strong"/>
                <w:i/>
                <w:iCs/>
                <w:sz w:val="20"/>
                <w:szCs w:val="20"/>
                <w:lang w:val="de-DE"/>
              </w:rPr>
              <w:t>5.1</w:t>
            </w:r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 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Identifikon</w:t>
            </w:r>
            <w:proofErr w:type="spellEnd"/>
            <w:proofErr w:type="gram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rregullat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themelore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për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njehsimet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me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numra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;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kupton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përdorimin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ndryshoreve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për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zgjidhjen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problemeve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nga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matematika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dhe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nga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jeta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përditshme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>.</w:t>
            </w:r>
          </w:p>
          <w:p w:rsidR="00BF4518" w:rsidRPr="00BF4518" w:rsidRDefault="00BF4518" w:rsidP="00BF4518">
            <w:pPr>
              <w:rPr>
                <w:i/>
                <w:iCs/>
                <w:sz w:val="20"/>
                <w:szCs w:val="20"/>
                <w:lang w:val="de-DE"/>
              </w:rPr>
            </w:pPr>
            <w:proofErr w:type="gramStart"/>
            <w:r w:rsidRPr="00BF4518">
              <w:rPr>
                <w:rStyle w:val="Strong"/>
                <w:i/>
                <w:iCs/>
                <w:sz w:val="20"/>
                <w:szCs w:val="20"/>
                <w:lang w:val="de-DE"/>
              </w:rPr>
              <w:t>6.1</w:t>
            </w:r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 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Përshkruan</w:t>
            </w:r>
            <w:proofErr w:type="spellEnd"/>
            <w:proofErr w:type="gram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dhe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krijon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 modele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duke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përdorur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veprimet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themelore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matematikore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në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situata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të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përditshme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 (p.sh.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ekonomia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familjare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statistika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 elementare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për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jetën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etj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.),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që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lidhen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me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numrat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figurat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 2D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dhe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objektet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 3D. </w:t>
            </w:r>
          </w:p>
          <w:p w:rsidR="00BF4518" w:rsidRPr="00BF4518" w:rsidRDefault="00BF4518" w:rsidP="00BF4518">
            <w:pPr>
              <w:rPr>
                <w:i/>
                <w:iCs/>
                <w:sz w:val="20"/>
                <w:szCs w:val="20"/>
                <w:lang w:val="de-DE"/>
              </w:rPr>
            </w:pPr>
            <w:proofErr w:type="gramStart"/>
            <w:r w:rsidRPr="00BF4518">
              <w:rPr>
                <w:rStyle w:val="Strong"/>
                <w:i/>
                <w:iCs/>
                <w:sz w:val="20"/>
                <w:szCs w:val="20"/>
                <w:lang w:val="de-DE"/>
              </w:rPr>
              <w:t>6.2</w:t>
            </w:r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 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Kupton</w:t>
            </w:r>
            <w:proofErr w:type="spellEnd"/>
            <w:proofErr w:type="gram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përdorimin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ndryshoreve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për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zgjidhjen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problemeve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nga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matematika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dhe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jeta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përditshme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. </w:t>
            </w:r>
          </w:p>
          <w:p w:rsidR="00BF4518" w:rsidRPr="00BF4518" w:rsidRDefault="00BF4518" w:rsidP="00BF4518">
            <w:pPr>
              <w:rPr>
                <w:i/>
                <w:iCs/>
                <w:sz w:val="20"/>
                <w:szCs w:val="20"/>
                <w:lang w:val="de-DE"/>
              </w:rPr>
            </w:pPr>
            <w:proofErr w:type="gramStart"/>
            <w:r w:rsidRPr="00BF4518">
              <w:rPr>
                <w:rStyle w:val="Strong"/>
                <w:i/>
                <w:iCs/>
                <w:sz w:val="20"/>
                <w:szCs w:val="20"/>
                <w:lang w:val="de-DE"/>
              </w:rPr>
              <w:t>7.1</w:t>
            </w:r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 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Krijon</w:t>
            </w:r>
            <w:proofErr w:type="spellEnd"/>
            <w:proofErr w:type="gram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ide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për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zhvillimin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ndryshoreve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dhe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krijon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struktura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matematike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në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një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problem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të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botës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 reale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dhe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jep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supozime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për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të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nxjerrë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konkludime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. </w:t>
            </w:r>
          </w:p>
          <w:p w:rsidR="00BF4518" w:rsidRPr="00BF4518" w:rsidRDefault="00BF4518" w:rsidP="00BF4518">
            <w:pPr>
              <w:rPr>
                <w:lang w:val="de-DE"/>
              </w:rPr>
            </w:pPr>
            <w:proofErr w:type="gramStart"/>
            <w:r w:rsidRPr="00BF4518">
              <w:rPr>
                <w:rStyle w:val="Strong"/>
                <w:i/>
                <w:iCs/>
                <w:sz w:val="20"/>
                <w:szCs w:val="20"/>
                <w:lang w:val="de-DE"/>
              </w:rPr>
              <w:t>8.2</w:t>
            </w:r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 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Përdor</w:t>
            </w:r>
            <w:proofErr w:type="spellEnd"/>
            <w:proofErr w:type="gram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kalkulatorin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ose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pajisjet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tjera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teknologjike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për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verifikimin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saktësisë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së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zgjidhjeve</w:t>
            </w:r>
            <w:proofErr w:type="spellEnd"/>
            <w:r w:rsidRPr="00BF4518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F4518">
              <w:rPr>
                <w:i/>
                <w:iCs/>
                <w:sz w:val="20"/>
                <w:szCs w:val="20"/>
                <w:lang w:val="de-DE"/>
              </w:rPr>
              <w:t>matematikore</w:t>
            </w:r>
            <w:proofErr w:type="spellEnd"/>
            <w:r w:rsidRPr="00BF4518">
              <w:rPr>
                <w:lang w:val="de-DE"/>
              </w:rPr>
              <w:t xml:space="preserve">. </w:t>
            </w:r>
          </w:p>
          <w:p w:rsidR="00516D86" w:rsidRPr="00BF4518" w:rsidRDefault="00516D86">
            <w:pPr>
              <w:rPr>
                <w:lang w:val="de-DE"/>
              </w:rPr>
            </w:pPr>
          </w:p>
        </w:tc>
      </w:tr>
      <w:tr w:rsidR="00B62707" w:rsidRPr="009E1A94" w:rsidTr="000D5A18">
        <w:trPr>
          <w:tblHeader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:rsidR="00B62707" w:rsidRPr="002D6B01" w:rsidRDefault="00B62707" w:rsidP="00F63F2F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2D6B01">
              <w:rPr>
                <w:b/>
                <w:bCs/>
                <w:sz w:val="20"/>
                <w:szCs w:val="20"/>
              </w:rPr>
              <w:t>Tema</w:t>
            </w:r>
            <w:proofErr w:type="spellEnd"/>
            <w:r w:rsidRPr="002D6B01">
              <w:rPr>
                <w:b/>
                <w:bCs/>
                <w:sz w:val="20"/>
                <w:szCs w:val="20"/>
              </w:rPr>
              <w:t xml:space="preserve">-t </w:t>
            </w:r>
            <w:proofErr w:type="spellStart"/>
            <w:r w:rsidRPr="002D6B01">
              <w:rPr>
                <w:b/>
                <w:bCs/>
                <w:sz w:val="20"/>
                <w:szCs w:val="20"/>
              </w:rPr>
              <w:t>mësimore</w:t>
            </w:r>
            <w:proofErr w:type="spellEnd"/>
          </w:p>
        </w:tc>
        <w:tc>
          <w:tcPr>
            <w:tcW w:w="258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:rsidR="00B62707" w:rsidRPr="002D6B01" w:rsidRDefault="00B62707" w:rsidP="00F63F2F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  <w:proofErr w:type="spellStart"/>
            <w:r w:rsidRPr="002D6B01">
              <w:rPr>
                <w:b/>
                <w:bCs/>
                <w:sz w:val="20"/>
                <w:szCs w:val="20"/>
                <w:lang w:val="de-DE"/>
              </w:rPr>
              <w:t>Rezultatet</w:t>
            </w:r>
            <w:proofErr w:type="spellEnd"/>
            <w:r w:rsidRPr="002D6B01">
              <w:rPr>
                <w:b/>
                <w:bCs/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2D6B01">
              <w:rPr>
                <w:b/>
                <w:bCs/>
                <w:sz w:val="20"/>
                <w:szCs w:val="20"/>
                <w:lang w:val="de-DE"/>
              </w:rPr>
              <w:t>të</w:t>
            </w:r>
            <w:proofErr w:type="spellEnd"/>
            <w:r w:rsidRPr="002D6B01">
              <w:rPr>
                <w:b/>
                <w:b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2D6B01">
              <w:rPr>
                <w:b/>
                <w:bCs/>
                <w:sz w:val="20"/>
                <w:szCs w:val="20"/>
                <w:lang w:val="de-DE"/>
              </w:rPr>
              <w:t>nxënit</w:t>
            </w:r>
            <w:proofErr w:type="spellEnd"/>
            <w:r w:rsidRPr="002D6B01">
              <w:rPr>
                <w:b/>
                <w:b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2D6B01">
              <w:rPr>
                <w:b/>
                <w:bCs/>
                <w:sz w:val="20"/>
                <w:szCs w:val="20"/>
                <w:lang w:val="de-DE"/>
              </w:rPr>
              <w:t>për</w:t>
            </w:r>
            <w:proofErr w:type="spellEnd"/>
            <w:r w:rsidRPr="002D6B01">
              <w:rPr>
                <w:b/>
                <w:b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2D6B01">
              <w:rPr>
                <w:b/>
                <w:bCs/>
                <w:sz w:val="20"/>
                <w:szCs w:val="20"/>
                <w:lang w:val="de-DE"/>
              </w:rPr>
              <w:t>tema</w:t>
            </w:r>
            <w:proofErr w:type="spellEnd"/>
            <w:r w:rsidRPr="002D6B01">
              <w:rPr>
                <w:b/>
                <w:b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2D6B01">
              <w:rPr>
                <w:b/>
                <w:bCs/>
                <w:sz w:val="20"/>
                <w:szCs w:val="20"/>
                <w:lang w:val="de-DE"/>
              </w:rPr>
              <w:t>mësimore</w:t>
            </w:r>
            <w:proofErr w:type="spellEnd"/>
          </w:p>
          <w:p w:rsidR="00B62707" w:rsidRPr="002D6B01" w:rsidRDefault="00B62707" w:rsidP="00F63F2F">
            <w:pPr>
              <w:jc w:val="center"/>
              <w:rPr>
                <w:b/>
                <w:bCs/>
                <w:sz w:val="20"/>
                <w:szCs w:val="20"/>
              </w:rPr>
            </w:pPr>
            <w:r w:rsidRPr="002D6B01">
              <w:rPr>
                <w:b/>
                <w:bCs/>
                <w:sz w:val="20"/>
                <w:szCs w:val="20"/>
                <w:shd w:val="clear" w:color="auto" w:fill="E0E0E0"/>
              </w:rPr>
              <w:t>RNL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:rsidR="00B62707" w:rsidRPr="002D6B01" w:rsidRDefault="00B62707" w:rsidP="00F63F2F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2D6B01">
              <w:rPr>
                <w:b/>
                <w:bCs/>
                <w:sz w:val="20"/>
                <w:szCs w:val="20"/>
              </w:rPr>
              <w:t>Njësitë</w:t>
            </w:r>
            <w:proofErr w:type="spellEnd"/>
            <w:r w:rsidRPr="002D6B01">
              <w:rPr>
                <w:b/>
                <w:bCs/>
                <w:sz w:val="20"/>
                <w:szCs w:val="20"/>
              </w:rPr>
              <w:t xml:space="preserve"> </w:t>
            </w:r>
          </w:p>
          <w:p w:rsidR="00B62707" w:rsidRPr="002D6B01" w:rsidRDefault="00B62707" w:rsidP="00F63F2F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2D6B01">
              <w:rPr>
                <w:b/>
                <w:bCs/>
                <w:sz w:val="20"/>
                <w:szCs w:val="20"/>
              </w:rPr>
              <w:t>Mësimore</w:t>
            </w:r>
            <w:proofErr w:type="spellEnd"/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  <w:textDirection w:val="btLr"/>
          </w:tcPr>
          <w:p w:rsidR="00B62707" w:rsidRPr="002D6B01" w:rsidRDefault="00B62707" w:rsidP="00F63F2F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2D6B01">
              <w:rPr>
                <w:b/>
                <w:bCs/>
                <w:sz w:val="20"/>
                <w:szCs w:val="20"/>
              </w:rPr>
              <w:t xml:space="preserve">Koha e </w:t>
            </w:r>
            <w:proofErr w:type="spellStart"/>
            <w:r w:rsidRPr="002D6B01">
              <w:rPr>
                <w:b/>
                <w:bCs/>
                <w:sz w:val="20"/>
                <w:szCs w:val="20"/>
              </w:rPr>
              <w:t>mësimore</w:t>
            </w:r>
            <w:proofErr w:type="spellEnd"/>
            <w:r w:rsidRPr="002D6B01">
              <w:rPr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2D6B01">
              <w:rPr>
                <w:b/>
                <w:bCs/>
                <w:sz w:val="20"/>
                <w:szCs w:val="20"/>
              </w:rPr>
              <w:t>orë</w:t>
            </w:r>
            <w:proofErr w:type="spellEnd"/>
            <w:r w:rsidRPr="002D6B01">
              <w:rPr>
                <w:b/>
                <w:bCs/>
                <w:sz w:val="20"/>
                <w:szCs w:val="20"/>
              </w:rPr>
              <w:t xml:space="preserve">) </w:t>
            </w:r>
            <w:proofErr w:type="spellStart"/>
            <w:r w:rsidRPr="002D6B01">
              <w:rPr>
                <w:b/>
                <w:bCs/>
                <w:sz w:val="20"/>
                <w:szCs w:val="20"/>
              </w:rPr>
              <w:t>mësimore</w:t>
            </w:r>
            <w:proofErr w:type="spellEnd"/>
            <w:r w:rsidRPr="002D6B01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:rsidR="00B62707" w:rsidRPr="002D6B01" w:rsidRDefault="00B62707" w:rsidP="00F63F2F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proofErr w:type="gramStart"/>
            <w:r w:rsidRPr="002D6B01">
              <w:rPr>
                <w:b/>
                <w:bCs/>
                <w:sz w:val="20"/>
                <w:szCs w:val="20"/>
              </w:rPr>
              <w:t>Metodologjia</w:t>
            </w:r>
            <w:proofErr w:type="spellEnd"/>
            <w:r w:rsidRPr="002D6B01">
              <w:rPr>
                <w:b/>
                <w:bCs/>
                <w:sz w:val="20"/>
                <w:szCs w:val="20"/>
              </w:rPr>
              <w:t xml:space="preserve">  e</w:t>
            </w:r>
            <w:proofErr w:type="gramEnd"/>
            <w:r w:rsidRPr="002D6B01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D6B01">
              <w:rPr>
                <w:b/>
                <w:bCs/>
                <w:sz w:val="20"/>
                <w:szCs w:val="20"/>
              </w:rPr>
              <w:t>mësimdhënies</w:t>
            </w:r>
            <w:proofErr w:type="spellEnd"/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:rsidR="00B62707" w:rsidRPr="002D6B01" w:rsidRDefault="00B62707" w:rsidP="00F63F2F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proofErr w:type="gramStart"/>
            <w:r w:rsidRPr="002D6B01">
              <w:rPr>
                <w:b/>
                <w:bCs/>
                <w:sz w:val="20"/>
                <w:szCs w:val="20"/>
              </w:rPr>
              <w:t>Metodologjia</w:t>
            </w:r>
            <w:proofErr w:type="spellEnd"/>
            <w:r w:rsidRPr="002D6B01">
              <w:rPr>
                <w:b/>
                <w:bCs/>
                <w:sz w:val="20"/>
                <w:szCs w:val="20"/>
              </w:rPr>
              <w:t xml:space="preserve">  e</w:t>
            </w:r>
            <w:proofErr w:type="gramEnd"/>
            <w:r w:rsidRPr="002D6B01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D6B01">
              <w:rPr>
                <w:b/>
                <w:bCs/>
                <w:sz w:val="20"/>
                <w:szCs w:val="20"/>
              </w:rPr>
              <w:t>vlerësimit</w:t>
            </w:r>
            <w:proofErr w:type="spellEnd"/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:rsidR="00B62707" w:rsidRPr="002D6B01" w:rsidRDefault="00B62707" w:rsidP="00F63F2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2D6B01">
              <w:rPr>
                <w:b/>
                <w:sz w:val="20"/>
                <w:szCs w:val="20"/>
              </w:rPr>
              <w:t>Ndërlidhja</w:t>
            </w:r>
            <w:proofErr w:type="spellEnd"/>
            <w:r w:rsidRPr="002D6B01">
              <w:rPr>
                <w:b/>
                <w:sz w:val="20"/>
                <w:szCs w:val="20"/>
              </w:rPr>
              <w:t xml:space="preserve"> me </w:t>
            </w:r>
            <w:proofErr w:type="spellStart"/>
            <w:r w:rsidRPr="002D6B01">
              <w:rPr>
                <w:b/>
                <w:sz w:val="20"/>
                <w:szCs w:val="20"/>
              </w:rPr>
              <w:t>lëndë</w:t>
            </w:r>
            <w:proofErr w:type="spellEnd"/>
            <w:r w:rsidRPr="002D6B0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D6B01">
              <w:rPr>
                <w:b/>
                <w:sz w:val="20"/>
                <w:szCs w:val="20"/>
              </w:rPr>
              <w:t>tjera</w:t>
            </w:r>
            <w:proofErr w:type="spellEnd"/>
            <w:r w:rsidRPr="002D6B0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D6B01">
              <w:rPr>
                <w:b/>
                <w:sz w:val="20"/>
                <w:szCs w:val="20"/>
              </w:rPr>
              <w:t>mësimore</w:t>
            </w:r>
            <w:proofErr w:type="spellEnd"/>
            <w:r w:rsidRPr="002D6B01">
              <w:rPr>
                <w:b/>
                <w:sz w:val="20"/>
                <w:szCs w:val="20"/>
              </w:rPr>
              <w:t xml:space="preserve">, </w:t>
            </w:r>
            <w:proofErr w:type="gramStart"/>
            <w:r w:rsidRPr="002D6B01">
              <w:rPr>
                <w:b/>
                <w:sz w:val="20"/>
                <w:szCs w:val="20"/>
              </w:rPr>
              <w:t xml:space="preserve">me  </w:t>
            </w:r>
            <w:proofErr w:type="spellStart"/>
            <w:r w:rsidRPr="002D6B01">
              <w:rPr>
                <w:b/>
                <w:sz w:val="20"/>
                <w:szCs w:val="20"/>
              </w:rPr>
              <w:t>çështjet</w:t>
            </w:r>
            <w:proofErr w:type="spellEnd"/>
            <w:proofErr w:type="gramEnd"/>
            <w:r w:rsidRPr="002D6B0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D6B01">
              <w:rPr>
                <w:b/>
                <w:sz w:val="20"/>
                <w:szCs w:val="20"/>
              </w:rPr>
              <w:t>ndërkurrikulare</w:t>
            </w:r>
            <w:proofErr w:type="spellEnd"/>
            <w:r w:rsidRPr="002D6B01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:rsidR="00B62707" w:rsidRPr="002D6B01" w:rsidRDefault="00B62707" w:rsidP="00F63F2F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2D6B01">
              <w:rPr>
                <w:b/>
                <w:bCs/>
                <w:sz w:val="20"/>
                <w:szCs w:val="20"/>
              </w:rPr>
              <w:t>Burimet</w:t>
            </w:r>
            <w:proofErr w:type="spellEnd"/>
          </w:p>
        </w:tc>
      </w:tr>
      <w:tr w:rsidR="00B62707" w:rsidRPr="00B62707" w:rsidTr="000D5A18">
        <w:tc>
          <w:tcPr>
            <w:tcW w:w="15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16D86" w:rsidRPr="002D6B01" w:rsidRDefault="00000000">
            <w:pPr>
              <w:rPr>
                <w:rFonts w:eastAsia="Arial"/>
                <w:b/>
                <w:sz w:val="20"/>
                <w:szCs w:val="20"/>
              </w:rPr>
            </w:pPr>
            <w:r w:rsidRPr="002D6B01">
              <w:rPr>
                <w:rFonts w:eastAsia="Arial"/>
                <w:b/>
                <w:sz w:val="20"/>
                <w:szCs w:val="20"/>
              </w:rPr>
              <w:t xml:space="preserve">1. </w:t>
            </w:r>
            <w:proofErr w:type="spellStart"/>
            <w:r w:rsidRPr="002D6B01">
              <w:rPr>
                <w:rFonts w:eastAsia="Arial"/>
                <w:b/>
                <w:sz w:val="20"/>
                <w:szCs w:val="20"/>
              </w:rPr>
              <w:t>Bashkësitë</w:t>
            </w:r>
            <w:proofErr w:type="spellEnd"/>
            <w:r w:rsidRPr="002D6B01">
              <w:rPr>
                <w:rFonts w:eastAsia="Arial"/>
                <w:b/>
                <w:sz w:val="20"/>
                <w:szCs w:val="20"/>
              </w:rPr>
              <w:t xml:space="preserve"> </w:t>
            </w:r>
            <w:proofErr w:type="spellStart"/>
            <w:r w:rsidRPr="002D6B01">
              <w:rPr>
                <w:rFonts w:eastAsia="Arial"/>
                <w:b/>
                <w:sz w:val="20"/>
                <w:szCs w:val="20"/>
              </w:rPr>
              <w:t>numerike</w:t>
            </w:r>
            <w:proofErr w:type="spellEnd"/>
          </w:p>
          <w:p w:rsidR="00C84338" w:rsidRPr="002D6B01" w:rsidRDefault="00C84338">
            <w:pPr>
              <w:rPr>
                <w:sz w:val="20"/>
                <w:szCs w:val="20"/>
              </w:rPr>
            </w:pPr>
          </w:p>
          <w:p w:rsidR="00C84338" w:rsidRPr="002D6B01" w:rsidRDefault="00C84338">
            <w:pPr>
              <w:rPr>
                <w:sz w:val="20"/>
                <w:szCs w:val="20"/>
              </w:rPr>
            </w:pPr>
          </w:p>
          <w:p w:rsidR="00C84338" w:rsidRPr="002D6B01" w:rsidRDefault="00C84338">
            <w:pPr>
              <w:rPr>
                <w:sz w:val="20"/>
                <w:szCs w:val="20"/>
              </w:rPr>
            </w:pPr>
          </w:p>
          <w:p w:rsidR="00C84338" w:rsidRPr="002D6B01" w:rsidRDefault="00C84338">
            <w:pPr>
              <w:rPr>
                <w:sz w:val="20"/>
                <w:szCs w:val="20"/>
              </w:rPr>
            </w:pPr>
          </w:p>
          <w:p w:rsidR="00C84338" w:rsidRPr="002D6B01" w:rsidRDefault="00C84338">
            <w:pPr>
              <w:rPr>
                <w:sz w:val="20"/>
                <w:szCs w:val="20"/>
              </w:rPr>
            </w:pPr>
          </w:p>
          <w:p w:rsidR="00C84338" w:rsidRPr="002D6B01" w:rsidRDefault="00C84338">
            <w:pPr>
              <w:rPr>
                <w:sz w:val="20"/>
                <w:szCs w:val="20"/>
              </w:rPr>
            </w:pPr>
          </w:p>
          <w:p w:rsidR="00C84338" w:rsidRPr="002D6B01" w:rsidRDefault="00C84338">
            <w:pPr>
              <w:rPr>
                <w:sz w:val="20"/>
                <w:szCs w:val="20"/>
              </w:rPr>
            </w:pPr>
          </w:p>
          <w:p w:rsidR="00C84338" w:rsidRPr="002D6B01" w:rsidRDefault="00C84338">
            <w:pPr>
              <w:rPr>
                <w:sz w:val="20"/>
                <w:szCs w:val="20"/>
              </w:rPr>
            </w:pPr>
          </w:p>
          <w:p w:rsidR="00C84338" w:rsidRPr="002D6B01" w:rsidRDefault="00C84338">
            <w:pPr>
              <w:rPr>
                <w:sz w:val="20"/>
                <w:szCs w:val="20"/>
              </w:rPr>
            </w:pPr>
          </w:p>
          <w:p w:rsidR="00C84338" w:rsidRPr="002D6B01" w:rsidRDefault="00C84338">
            <w:pPr>
              <w:rPr>
                <w:sz w:val="20"/>
                <w:szCs w:val="20"/>
              </w:rPr>
            </w:pPr>
          </w:p>
          <w:p w:rsidR="00C84338" w:rsidRPr="002D6B01" w:rsidRDefault="00C84338">
            <w:pPr>
              <w:rPr>
                <w:sz w:val="20"/>
                <w:szCs w:val="20"/>
              </w:rPr>
            </w:pPr>
          </w:p>
          <w:p w:rsidR="00C84338" w:rsidRPr="002D6B01" w:rsidRDefault="00C84338">
            <w:pPr>
              <w:rPr>
                <w:sz w:val="20"/>
                <w:szCs w:val="20"/>
              </w:rPr>
            </w:pPr>
          </w:p>
          <w:p w:rsidR="00C84338" w:rsidRPr="002D6B01" w:rsidRDefault="00C84338">
            <w:pPr>
              <w:rPr>
                <w:sz w:val="20"/>
                <w:szCs w:val="20"/>
              </w:rPr>
            </w:pPr>
          </w:p>
          <w:p w:rsidR="00C84338" w:rsidRPr="002D6B01" w:rsidRDefault="00C84338">
            <w:pPr>
              <w:rPr>
                <w:sz w:val="20"/>
                <w:szCs w:val="20"/>
              </w:rPr>
            </w:pPr>
          </w:p>
          <w:p w:rsidR="00C84338" w:rsidRPr="002D6B01" w:rsidRDefault="00C84338">
            <w:pPr>
              <w:rPr>
                <w:sz w:val="20"/>
                <w:szCs w:val="20"/>
              </w:rPr>
            </w:pPr>
          </w:p>
          <w:p w:rsidR="00C84338" w:rsidRPr="002D6B01" w:rsidRDefault="00C84338">
            <w:pPr>
              <w:rPr>
                <w:sz w:val="20"/>
                <w:szCs w:val="20"/>
              </w:rPr>
            </w:pPr>
          </w:p>
          <w:p w:rsidR="00C84338" w:rsidRPr="002D6B01" w:rsidRDefault="00C84338">
            <w:pPr>
              <w:rPr>
                <w:sz w:val="20"/>
                <w:szCs w:val="20"/>
              </w:rPr>
            </w:pPr>
          </w:p>
          <w:p w:rsidR="00C84338" w:rsidRPr="002D6B01" w:rsidRDefault="00C84338">
            <w:pPr>
              <w:rPr>
                <w:sz w:val="20"/>
                <w:szCs w:val="20"/>
              </w:rPr>
            </w:pPr>
          </w:p>
          <w:p w:rsidR="00C84338" w:rsidRPr="002D6B01" w:rsidRDefault="00C84338">
            <w:pPr>
              <w:rPr>
                <w:sz w:val="20"/>
                <w:szCs w:val="20"/>
              </w:rPr>
            </w:pPr>
          </w:p>
          <w:p w:rsidR="00C84338" w:rsidRPr="002D6B01" w:rsidRDefault="00C84338">
            <w:pPr>
              <w:rPr>
                <w:sz w:val="20"/>
                <w:szCs w:val="20"/>
              </w:rPr>
            </w:pPr>
          </w:p>
          <w:p w:rsidR="00C84338" w:rsidRPr="002D6B01" w:rsidRDefault="00C84338">
            <w:pPr>
              <w:rPr>
                <w:sz w:val="20"/>
                <w:szCs w:val="20"/>
              </w:rPr>
            </w:pPr>
          </w:p>
          <w:p w:rsidR="00C84338" w:rsidRPr="002D6B01" w:rsidRDefault="00C84338">
            <w:pPr>
              <w:rPr>
                <w:sz w:val="20"/>
                <w:szCs w:val="20"/>
              </w:rPr>
            </w:pPr>
          </w:p>
          <w:p w:rsidR="00C84338" w:rsidRPr="002D6B01" w:rsidRDefault="00C84338">
            <w:pPr>
              <w:rPr>
                <w:sz w:val="20"/>
                <w:szCs w:val="20"/>
              </w:rPr>
            </w:pPr>
          </w:p>
          <w:p w:rsidR="00C84338" w:rsidRPr="002D6B01" w:rsidRDefault="00C84338">
            <w:pPr>
              <w:rPr>
                <w:sz w:val="20"/>
                <w:szCs w:val="20"/>
              </w:rPr>
            </w:pPr>
          </w:p>
          <w:p w:rsidR="00C84338" w:rsidRPr="002D6B01" w:rsidRDefault="00C84338">
            <w:pPr>
              <w:rPr>
                <w:sz w:val="20"/>
                <w:szCs w:val="20"/>
              </w:rPr>
            </w:pPr>
          </w:p>
          <w:p w:rsidR="00516D86" w:rsidRPr="002D6B01" w:rsidRDefault="00000000">
            <w:pPr>
              <w:rPr>
                <w:sz w:val="20"/>
                <w:szCs w:val="20"/>
              </w:rPr>
            </w:pPr>
            <w:r w:rsidRPr="002D6B01">
              <w:rPr>
                <w:rFonts w:eastAsia="Arial"/>
                <w:b/>
                <w:sz w:val="20"/>
                <w:szCs w:val="20"/>
              </w:rPr>
              <w:t>2. Shprehjet me ndryshore</w:t>
            </w:r>
          </w:p>
        </w:tc>
        <w:tc>
          <w:tcPr>
            <w:tcW w:w="258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516D86" w:rsidRPr="002D6B01" w:rsidRDefault="00000000" w:rsidP="00F50C0A">
            <w:pPr>
              <w:rPr>
                <w:sz w:val="20"/>
                <w:szCs w:val="20"/>
              </w:rPr>
            </w:pPr>
            <w:r w:rsidRPr="002D6B01">
              <w:rPr>
                <w:rFonts w:eastAsia="Arial"/>
                <w:sz w:val="20"/>
                <w:szCs w:val="20"/>
              </w:rPr>
              <w:lastRenderedPageBreak/>
              <w:t>TEMA 1 – BASHKËSITË NUMERIKE:</w:t>
            </w:r>
          </w:p>
          <w:p w:rsidR="00516D86" w:rsidRPr="002D6B01" w:rsidRDefault="00000000" w:rsidP="00F50C0A">
            <w:pPr>
              <w:pStyle w:val="ListParagraph"/>
              <w:numPr>
                <w:ilvl w:val="0"/>
                <w:numId w:val="23"/>
              </w:numPr>
              <w:ind w:left="306" w:hanging="142"/>
              <w:rPr>
                <w:sz w:val="20"/>
                <w:szCs w:val="20"/>
              </w:rPr>
            </w:pPr>
            <w:proofErr w:type="spellStart"/>
            <w:r w:rsidRPr="002D6B01">
              <w:rPr>
                <w:rFonts w:eastAsia="Arial"/>
                <w:sz w:val="20"/>
                <w:szCs w:val="20"/>
              </w:rPr>
              <w:t>Përkufizon</w:t>
            </w:r>
            <w:proofErr w:type="spellEnd"/>
            <w:r w:rsidRPr="002D6B01">
              <w:rPr>
                <w:rFonts w:eastAsia="Arial"/>
                <w:sz w:val="20"/>
                <w:szCs w:val="20"/>
              </w:rPr>
              <w:t xml:space="preserve"> </w:t>
            </w:r>
            <w:proofErr w:type="spellStart"/>
            <w:r w:rsidRPr="002D6B01">
              <w:rPr>
                <w:rFonts w:eastAsia="Arial"/>
                <w:sz w:val="20"/>
                <w:szCs w:val="20"/>
              </w:rPr>
              <w:t>vetitë</w:t>
            </w:r>
            <w:proofErr w:type="spellEnd"/>
            <w:r w:rsidRPr="002D6B01">
              <w:rPr>
                <w:rFonts w:eastAsia="Arial"/>
                <w:sz w:val="20"/>
                <w:szCs w:val="20"/>
              </w:rPr>
              <w:t xml:space="preserve"> e </w:t>
            </w:r>
            <w:proofErr w:type="spellStart"/>
            <w:r w:rsidRPr="002D6B01">
              <w:rPr>
                <w:rFonts w:eastAsia="Arial"/>
                <w:sz w:val="20"/>
                <w:szCs w:val="20"/>
              </w:rPr>
              <w:t>numrave</w:t>
            </w:r>
            <w:proofErr w:type="spellEnd"/>
            <w:r w:rsidRPr="002D6B01">
              <w:rPr>
                <w:rFonts w:eastAsia="Arial"/>
                <w:sz w:val="20"/>
                <w:szCs w:val="20"/>
              </w:rPr>
              <w:t xml:space="preserve"> natyrorë, të plotë dhe racionalë (N, Z, Q) dhe i përdor në zgjidhjen e detyrave.</w:t>
            </w:r>
          </w:p>
          <w:p w:rsidR="00516D86" w:rsidRPr="002D6B01" w:rsidRDefault="00000000" w:rsidP="00F50C0A">
            <w:pPr>
              <w:pStyle w:val="ListParagraph"/>
              <w:numPr>
                <w:ilvl w:val="0"/>
                <w:numId w:val="23"/>
              </w:numPr>
              <w:ind w:left="306" w:hanging="142"/>
              <w:rPr>
                <w:sz w:val="20"/>
                <w:szCs w:val="20"/>
              </w:rPr>
            </w:pPr>
            <w:proofErr w:type="spellStart"/>
            <w:r w:rsidRPr="002D6B01">
              <w:rPr>
                <w:rFonts w:eastAsia="Arial"/>
                <w:sz w:val="20"/>
                <w:szCs w:val="20"/>
              </w:rPr>
              <w:t>Dallon</w:t>
            </w:r>
            <w:proofErr w:type="spellEnd"/>
            <w:r w:rsidRPr="002D6B01">
              <w:rPr>
                <w:rFonts w:eastAsia="Arial"/>
                <w:sz w:val="20"/>
                <w:szCs w:val="20"/>
              </w:rPr>
              <w:t xml:space="preserve"> </w:t>
            </w:r>
            <w:proofErr w:type="spellStart"/>
            <w:r w:rsidRPr="002D6B01">
              <w:rPr>
                <w:rFonts w:eastAsia="Arial"/>
                <w:sz w:val="20"/>
                <w:szCs w:val="20"/>
              </w:rPr>
              <w:t>numrat</w:t>
            </w:r>
            <w:proofErr w:type="spellEnd"/>
            <w:r w:rsidRPr="002D6B01">
              <w:rPr>
                <w:rFonts w:eastAsia="Arial"/>
                <w:sz w:val="20"/>
                <w:szCs w:val="20"/>
              </w:rPr>
              <w:t xml:space="preserve"> </w:t>
            </w:r>
            <w:proofErr w:type="spellStart"/>
            <w:r w:rsidRPr="002D6B01">
              <w:rPr>
                <w:rFonts w:eastAsia="Arial"/>
                <w:sz w:val="20"/>
                <w:szCs w:val="20"/>
              </w:rPr>
              <w:t>dhjetorë</w:t>
            </w:r>
            <w:proofErr w:type="spellEnd"/>
            <w:r w:rsidRPr="002D6B01">
              <w:rPr>
                <w:rFonts w:eastAsia="Arial"/>
                <w:sz w:val="20"/>
                <w:szCs w:val="20"/>
              </w:rPr>
              <w:t xml:space="preserve"> </w:t>
            </w:r>
            <w:proofErr w:type="spellStart"/>
            <w:r w:rsidRPr="002D6B01">
              <w:rPr>
                <w:rFonts w:eastAsia="Arial"/>
                <w:sz w:val="20"/>
                <w:szCs w:val="20"/>
              </w:rPr>
              <w:lastRenderedPageBreak/>
              <w:t>që</w:t>
            </w:r>
            <w:proofErr w:type="spellEnd"/>
            <w:r w:rsidRPr="002D6B01">
              <w:rPr>
                <w:rFonts w:eastAsia="Arial"/>
                <w:sz w:val="20"/>
                <w:szCs w:val="20"/>
              </w:rPr>
              <w:t xml:space="preserve"> mund të shkruhen si numra thyesorë nga ata që nuk mund të shkruhen si numra thyesorë.</w:t>
            </w:r>
          </w:p>
          <w:p w:rsidR="00516D86" w:rsidRPr="002D6B01" w:rsidRDefault="00000000" w:rsidP="00F50C0A">
            <w:pPr>
              <w:pStyle w:val="ListParagraph"/>
              <w:numPr>
                <w:ilvl w:val="0"/>
                <w:numId w:val="23"/>
              </w:numPr>
              <w:ind w:left="306" w:hanging="142"/>
              <w:rPr>
                <w:sz w:val="20"/>
                <w:szCs w:val="20"/>
              </w:rPr>
            </w:pPr>
            <w:proofErr w:type="spellStart"/>
            <w:r w:rsidRPr="002D6B01">
              <w:rPr>
                <w:rFonts w:eastAsia="Arial"/>
                <w:sz w:val="20"/>
                <w:szCs w:val="20"/>
              </w:rPr>
              <w:t>Identifikon</w:t>
            </w:r>
            <w:proofErr w:type="spellEnd"/>
            <w:r w:rsidRPr="002D6B01">
              <w:rPr>
                <w:rFonts w:eastAsia="Arial"/>
                <w:sz w:val="20"/>
                <w:szCs w:val="20"/>
              </w:rPr>
              <w:t xml:space="preserve"> </w:t>
            </w:r>
            <w:proofErr w:type="spellStart"/>
            <w:r w:rsidRPr="002D6B01">
              <w:rPr>
                <w:rFonts w:eastAsia="Arial"/>
                <w:sz w:val="20"/>
                <w:szCs w:val="20"/>
              </w:rPr>
              <w:t>numrat</w:t>
            </w:r>
            <w:proofErr w:type="spellEnd"/>
            <w:r w:rsidRPr="002D6B01">
              <w:rPr>
                <w:rFonts w:eastAsia="Arial"/>
                <w:sz w:val="20"/>
                <w:szCs w:val="20"/>
              </w:rPr>
              <w:t xml:space="preserve"> </w:t>
            </w:r>
            <w:proofErr w:type="spellStart"/>
            <w:r w:rsidRPr="002D6B01">
              <w:rPr>
                <w:rFonts w:eastAsia="Arial"/>
                <w:sz w:val="20"/>
                <w:szCs w:val="20"/>
              </w:rPr>
              <w:t>irracionalë</w:t>
            </w:r>
            <w:proofErr w:type="spellEnd"/>
            <w:r w:rsidRPr="002D6B01">
              <w:rPr>
                <w:rFonts w:eastAsia="Arial"/>
                <w:sz w:val="20"/>
                <w:szCs w:val="20"/>
              </w:rPr>
              <w:t xml:space="preserve"> </w:t>
            </w:r>
            <w:proofErr w:type="spellStart"/>
            <w:r w:rsidRPr="002D6B01">
              <w:rPr>
                <w:rFonts w:eastAsia="Arial"/>
                <w:sz w:val="20"/>
                <w:szCs w:val="20"/>
              </w:rPr>
              <w:t>dhe</w:t>
            </w:r>
            <w:proofErr w:type="spellEnd"/>
            <w:r w:rsidRPr="002D6B01">
              <w:rPr>
                <w:rFonts w:eastAsia="Arial"/>
                <w:sz w:val="20"/>
                <w:szCs w:val="20"/>
              </w:rPr>
              <w:t xml:space="preserve"> i paraqet në boshtin numerik.</w:t>
            </w:r>
          </w:p>
          <w:p w:rsidR="00516D86" w:rsidRPr="002D6B01" w:rsidRDefault="00000000" w:rsidP="00F50C0A">
            <w:pPr>
              <w:pStyle w:val="ListParagraph"/>
              <w:numPr>
                <w:ilvl w:val="0"/>
                <w:numId w:val="23"/>
              </w:numPr>
              <w:ind w:left="306" w:hanging="142"/>
              <w:rPr>
                <w:sz w:val="20"/>
                <w:szCs w:val="20"/>
              </w:rPr>
            </w:pPr>
            <w:proofErr w:type="spellStart"/>
            <w:r w:rsidRPr="002D6B01">
              <w:rPr>
                <w:rFonts w:eastAsia="Arial"/>
                <w:sz w:val="20"/>
                <w:szCs w:val="20"/>
              </w:rPr>
              <w:t>Përkufizon</w:t>
            </w:r>
            <w:proofErr w:type="spellEnd"/>
            <w:r w:rsidRPr="002D6B01">
              <w:rPr>
                <w:rFonts w:eastAsia="Arial"/>
                <w:sz w:val="20"/>
                <w:szCs w:val="20"/>
              </w:rPr>
              <w:t xml:space="preserve"> </w:t>
            </w:r>
            <w:proofErr w:type="spellStart"/>
            <w:r w:rsidRPr="002D6B01">
              <w:rPr>
                <w:rFonts w:eastAsia="Arial"/>
                <w:sz w:val="20"/>
                <w:szCs w:val="20"/>
              </w:rPr>
              <w:t>numrat</w:t>
            </w:r>
            <w:proofErr w:type="spellEnd"/>
            <w:r w:rsidRPr="002D6B01">
              <w:rPr>
                <w:rFonts w:eastAsia="Arial"/>
                <w:sz w:val="20"/>
                <w:szCs w:val="20"/>
              </w:rPr>
              <w:t xml:space="preserve"> </w:t>
            </w:r>
            <w:proofErr w:type="spellStart"/>
            <w:r w:rsidRPr="002D6B01">
              <w:rPr>
                <w:rFonts w:eastAsia="Arial"/>
                <w:sz w:val="20"/>
                <w:szCs w:val="20"/>
              </w:rPr>
              <w:t>realë</w:t>
            </w:r>
            <w:proofErr w:type="spellEnd"/>
            <w:r w:rsidRPr="002D6B01">
              <w:rPr>
                <w:rFonts w:eastAsia="Arial"/>
                <w:sz w:val="20"/>
                <w:szCs w:val="20"/>
              </w:rPr>
              <w:t xml:space="preserve"> </w:t>
            </w:r>
            <w:proofErr w:type="spellStart"/>
            <w:r w:rsidRPr="002D6B01">
              <w:rPr>
                <w:rFonts w:eastAsia="Arial"/>
                <w:sz w:val="20"/>
                <w:szCs w:val="20"/>
              </w:rPr>
              <w:t>dhe</w:t>
            </w:r>
            <w:proofErr w:type="spellEnd"/>
            <w:r w:rsidRPr="002D6B01">
              <w:rPr>
                <w:rFonts w:eastAsia="Arial"/>
                <w:sz w:val="20"/>
                <w:szCs w:val="20"/>
              </w:rPr>
              <w:t xml:space="preserve"> </w:t>
            </w:r>
            <w:proofErr w:type="spellStart"/>
            <w:r w:rsidRPr="002D6B01">
              <w:rPr>
                <w:rFonts w:eastAsia="Arial"/>
                <w:sz w:val="20"/>
                <w:szCs w:val="20"/>
              </w:rPr>
              <w:t>bashkësinë</w:t>
            </w:r>
            <w:proofErr w:type="spellEnd"/>
            <w:r w:rsidRPr="002D6B01">
              <w:rPr>
                <w:rFonts w:eastAsia="Arial"/>
                <w:sz w:val="20"/>
                <w:szCs w:val="20"/>
              </w:rPr>
              <w:t xml:space="preserve"> R </w:t>
            </w:r>
            <w:proofErr w:type="spellStart"/>
            <w:r w:rsidRPr="002D6B01">
              <w:rPr>
                <w:rFonts w:eastAsia="Arial"/>
                <w:sz w:val="20"/>
                <w:szCs w:val="20"/>
              </w:rPr>
              <w:t>dhe</w:t>
            </w:r>
            <w:proofErr w:type="spellEnd"/>
            <w:r w:rsidRPr="002D6B01">
              <w:rPr>
                <w:rFonts w:eastAsia="Arial"/>
                <w:sz w:val="20"/>
                <w:szCs w:val="20"/>
              </w:rPr>
              <w:t xml:space="preserve"> i paraqet në boshtin numerik.</w:t>
            </w:r>
          </w:p>
          <w:p w:rsidR="00516D86" w:rsidRPr="002D6B01" w:rsidRDefault="00000000" w:rsidP="00F50C0A">
            <w:pPr>
              <w:pStyle w:val="ListParagraph"/>
              <w:numPr>
                <w:ilvl w:val="0"/>
                <w:numId w:val="23"/>
              </w:numPr>
              <w:ind w:left="306" w:hanging="142"/>
              <w:rPr>
                <w:sz w:val="20"/>
                <w:szCs w:val="20"/>
              </w:rPr>
            </w:pPr>
            <w:proofErr w:type="spellStart"/>
            <w:r w:rsidRPr="002D6B01">
              <w:rPr>
                <w:rFonts w:eastAsia="Arial"/>
                <w:sz w:val="20"/>
                <w:szCs w:val="20"/>
              </w:rPr>
              <w:t>Krahason</w:t>
            </w:r>
            <w:proofErr w:type="spellEnd"/>
            <w:r w:rsidRPr="002D6B01">
              <w:rPr>
                <w:rFonts w:eastAsia="Arial"/>
                <w:sz w:val="20"/>
                <w:szCs w:val="20"/>
              </w:rPr>
              <w:t xml:space="preserve"> </w:t>
            </w:r>
            <w:proofErr w:type="spellStart"/>
            <w:r w:rsidRPr="002D6B01">
              <w:rPr>
                <w:rFonts w:eastAsia="Arial"/>
                <w:sz w:val="20"/>
                <w:szCs w:val="20"/>
              </w:rPr>
              <w:t>numra</w:t>
            </w:r>
            <w:proofErr w:type="spellEnd"/>
            <w:r w:rsidRPr="002D6B01">
              <w:rPr>
                <w:rFonts w:eastAsia="Arial"/>
                <w:sz w:val="20"/>
                <w:szCs w:val="20"/>
              </w:rPr>
              <w:t xml:space="preserve"> </w:t>
            </w:r>
            <w:proofErr w:type="spellStart"/>
            <w:r w:rsidRPr="002D6B01">
              <w:rPr>
                <w:rFonts w:eastAsia="Arial"/>
                <w:sz w:val="20"/>
                <w:szCs w:val="20"/>
              </w:rPr>
              <w:t>realë</w:t>
            </w:r>
            <w:proofErr w:type="spellEnd"/>
            <w:r w:rsidRPr="002D6B01">
              <w:rPr>
                <w:rFonts w:eastAsia="Arial"/>
                <w:sz w:val="20"/>
                <w:szCs w:val="20"/>
              </w:rPr>
              <w:t xml:space="preserve"> </w:t>
            </w:r>
            <w:proofErr w:type="spellStart"/>
            <w:r w:rsidR="00F50C0A" w:rsidRPr="002D6B01">
              <w:rPr>
                <w:rFonts w:eastAsia="Arial"/>
                <w:sz w:val="20"/>
                <w:szCs w:val="20"/>
              </w:rPr>
              <w:t>P</w:t>
            </w:r>
            <w:r w:rsidRPr="002D6B01">
              <w:rPr>
                <w:rFonts w:eastAsia="Arial"/>
                <w:sz w:val="20"/>
                <w:szCs w:val="20"/>
              </w:rPr>
              <w:t>ërkufizon</w:t>
            </w:r>
            <w:proofErr w:type="spellEnd"/>
            <w:r w:rsidRPr="002D6B01">
              <w:rPr>
                <w:rFonts w:eastAsia="Arial"/>
                <w:sz w:val="20"/>
                <w:szCs w:val="20"/>
              </w:rPr>
              <w:t xml:space="preserve"> </w:t>
            </w:r>
            <w:proofErr w:type="spellStart"/>
            <w:r w:rsidRPr="002D6B01">
              <w:rPr>
                <w:rFonts w:eastAsia="Arial"/>
                <w:sz w:val="20"/>
                <w:szCs w:val="20"/>
              </w:rPr>
              <w:t>vlerën</w:t>
            </w:r>
            <w:proofErr w:type="spellEnd"/>
            <w:r w:rsidRPr="002D6B01">
              <w:rPr>
                <w:rFonts w:eastAsia="Arial"/>
                <w:sz w:val="20"/>
                <w:szCs w:val="20"/>
              </w:rPr>
              <w:t xml:space="preserve"> absolute</w:t>
            </w:r>
            <w:r w:rsidR="00F50C0A" w:rsidRPr="002D6B01">
              <w:rPr>
                <w:rFonts w:eastAsia="Arial"/>
                <w:sz w:val="20"/>
                <w:szCs w:val="20"/>
              </w:rPr>
              <w:t xml:space="preserve"> </w:t>
            </w:r>
            <w:proofErr w:type="spellStart"/>
            <w:r w:rsidR="00F50C0A" w:rsidRPr="002D6B01">
              <w:rPr>
                <w:rFonts w:eastAsia="Arial"/>
                <w:sz w:val="20"/>
                <w:szCs w:val="20"/>
              </w:rPr>
              <w:t>të</w:t>
            </w:r>
            <w:proofErr w:type="spellEnd"/>
            <w:r w:rsidR="00F50C0A" w:rsidRPr="002D6B01">
              <w:rPr>
                <w:rFonts w:eastAsia="Arial"/>
                <w:sz w:val="20"/>
                <w:szCs w:val="20"/>
              </w:rPr>
              <w:t xml:space="preserve"> </w:t>
            </w:r>
            <w:proofErr w:type="spellStart"/>
            <w:r w:rsidR="00F50C0A" w:rsidRPr="002D6B01">
              <w:rPr>
                <w:rFonts w:eastAsia="Arial"/>
                <w:sz w:val="20"/>
                <w:szCs w:val="20"/>
              </w:rPr>
              <w:t>numrave</w:t>
            </w:r>
            <w:proofErr w:type="spellEnd"/>
            <w:r w:rsidR="00F50C0A" w:rsidRPr="002D6B01">
              <w:rPr>
                <w:rFonts w:eastAsia="Arial"/>
                <w:sz w:val="20"/>
                <w:szCs w:val="20"/>
              </w:rPr>
              <w:t xml:space="preserve"> real</w:t>
            </w:r>
          </w:p>
          <w:p w:rsidR="00516D86" w:rsidRPr="002D6B01" w:rsidRDefault="00000000" w:rsidP="00F50C0A">
            <w:pPr>
              <w:pStyle w:val="ListParagraph"/>
              <w:numPr>
                <w:ilvl w:val="0"/>
                <w:numId w:val="23"/>
              </w:numPr>
              <w:ind w:left="306" w:hanging="142"/>
              <w:rPr>
                <w:sz w:val="20"/>
                <w:szCs w:val="20"/>
              </w:rPr>
            </w:pPr>
            <w:proofErr w:type="spellStart"/>
            <w:r w:rsidRPr="002D6B01">
              <w:rPr>
                <w:rFonts w:eastAsia="Arial"/>
                <w:sz w:val="20"/>
                <w:szCs w:val="20"/>
              </w:rPr>
              <w:t>Kryen</w:t>
            </w:r>
            <w:proofErr w:type="spellEnd"/>
            <w:r w:rsidRPr="002D6B01">
              <w:rPr>
                <w:rFonts w:eastAsia="Arial"/>
                <w:sz w:val="20"/>
                <w:szCs w:val="20"/>
              </w:rPr>
              <w:t xml:space="preserve"> </w:t>
            </w:r>
            <w:proofErr w:type="spellStart"/>
            <w:r w:rsidRPr="002D6B01">
              <w:rPr>
                <w:rFonts w:eastAsia="Arial"/>
                <w:sz w:val="20"/>
                <w:szCs w:val="20"/>
              </w:rPr>
              <w:t>veprimet</w:t>
            </w:r>
            <w:proofErr w:type="spellEnd"/>
            <w:r w:rsidRPr="002D6B01">
              <w:rPr>
                <w:rFonts w:eastAsia="Arial"/>
                <w:sz w:val="20"/>
                <w:szCs w:val="20"/>
              </w:rPr>
              <w:t xml:space="preserve"> </w:t>
            </w:r>
            <w:proofErr w:type="spellStart"/>
            <w:r w:rsidRPr="002D6B01">
              <w:rPr>
                <w:rFonts w:eastAsia="Arial"/>
                <w:sz w:val="20"/>
                <w:szCs w:val="20"/>
              </w:rPr>
              <w:t>themelore</w:t>
            </w:r>
            <w:proofErr w:type="spellEnd"/>
            <w:r w:rsidRPr="002D6B01">
              <w:rPr>
                <w:rFonts w:eastAsia="Arial"/>
                <w:sz w:val="20"/>
                <w:szCs w:val="20"/>
              </w:rPr>
              <w:t xml:space="preserve"> me numra realë, duke përfshirë fuqizimin dhe rrënjëzimin.</w:t>
            </w:r>
          </w:p>
          <w:p w:rsidR="00516D86" w:rsidRPr="002D6B01" w:rsidRDefault="00516D86" w:rsidP="00F50C0A">
            <w:pPr>
              <w:rPr>
                <w:sz w:val="20"/>
                <w:szCs w:val="20"/>
              </w:rPr>
            </w:pPr>
          </w:p>
          <w:p w:rsidR="00516D86" w:rsidRPr="002D6B01" w:rsidRDefault="00000000" w:rsidP="00F50C0A">
            <w:pPr>
              <w:rPr>
                <w:sz w:val="20"/>
                <w:szCs w:val="20"/>
              </w:rPr>
            </w:pPr>
            <w:r w:rsidRPr="002D6B01">
              <w:rPr>
                <w:rFonts w:eastAsia="Arial"/>
                <w:sz w:val="20"/>
                <w:szCs w:val="20"/>
              </w:rPr>
              <w:t>TEMA 2 – SHPREHJET ME NDRYSHORE:</w:t>
            </w:r>
          </w:p>
          <w:p w:rsidR="00F50C0A" w:rsidRPr="002D6B01" w:rsidRDefault="00F50C0A" w:rsidP="00F50C0A">
            <w:pPr>
              <w:pStyle w:val="ListParagraph"/>
              <w:numPr>
                <w:ilvl w:val="0"/>
                <w:numId w:val="25"/>
              </w:numPr>
              <w:tabs>
                <w:tab w:val="left" w:pos="30"/>
                <w:tab w:val="left" w:pos="202"/>
              </w:tabs>
              <w:autoSpaceDE w:val="0"/>
              <w:autoSpaceDN w:val="0"/>
              <w:adjustRightInd w:val="0"/>
              <w:spacing w:before="120" w:after="120"/>
              <w:ind w:left="306" w:hanging="142"/>
              <w:rPr>
                <w:sz w:val="20"/>
                <w:szCs w:val="20"/>
              </w:rPr>
            </w:pPr>
            <w:proofErr w:type="spellStart"/>
            <w:r w:rsidRPr="002D6B01">
              <w:rPr>
                <w:sz w:val="20"/>
                <w:szCs w:val="20"/>
              </w:rPr>
              <w:t>Përdor</w:t>
            </w:r>
            <w:proofErr w:type="spellEnd"/>
            <w:r w:rsidRPr="002D6B01">
              <w:rPr>
                <w:sz w:val="20"/>
                <w:szCs w:val="20"/>
              </w:rPr>
              <w:t xml:space="preserve"> </w:t>
            </w:r>
            <w:proofErr w:type="spellStart"/>
            <w:r w:rsidRPr="002D6B01">
              <w:rPr>
                <w:sz w:val="20"/>
                <w:szCs w:val="20"/>
              </w:rPr>
              <w:t>formulat</w:t>
            </w:r>
            <w:proofErr w:type="spellEnd"/>
            <w:r w:rsidRPr="002D6B01">
              <w:rPr>
                <w:sz w:val="20"/>
                <w:szCs w:val="20"/>
              </w:rPr>
              <w:t xml:space="preserve"> </w:t>
            </w:r>
            <w:proofErr w:type="spellStart"/>
            <w:r w:rsidRPr="002D6B01">
              <w:rPr>
                <w:sz w:val="20"/>
                <w:szCs w:val="20"/>
              </w:rPr>
              <w:t>algjebrike</w:t>
            </w:r>
            <w:proofErr w:type="spellEnd"/>
            <w:r w:rsidRPr="002D6B01">
              <w:rPr>
                <w:sz w:val="20"/>
                <w:szCs w:val="20"/>
              </w:rPr>
              <w:t xml:space="preserve"> (</w:t>
            </w:r>
            <w:proofErr w:type="spellStart"/>
            <w:r w:rsidRPr="002D6B01">
              <w:rPr>
                <w:sz w:val="20"/>
                <w:szCs w:val="20"/>
              </w:rPr>
              <w:t>katrorin</w:t>
            </w:r>
            <w:proofErr w:type="spellEnd"/>
            <w:r w:rsidRPr="002D6B01">
              <w:rPr>
                <w:sz w:val="20"/>
                <w:szCs w:val="20"/>
              </w:rPr>
              <w:t xml:space="preserve"> e </w:t>
            </w:r>
            <w:proofErr w:type="spellStart"/>
            <w:r w:rsidRPr="002D6B01">
              <w:rPr>
                <w:sz w:val="20"/>
                <w:szCs w:val="20"/>
              </w:rPr>
              <w:t>binomit</w:t>
            </w:r>
            <w:proofErr w:type="spellEnd"/>
            <w:r w:rsidRPr="002D6B01">
              <w:rPr>
                <w:sz w:val="20"/>
                <w:szCs w:val="20"/>
              </w:rPr>
              <w:t xml:space="preserve">, </w:t>
            </w:r>
            <w:proofErr w:type="spellStart"/>
            <w:r w:rsidRPr="002D6B01">
              <w:rPr>
                <w:sz w:val="20"/>
                <w:szCs w:val="20"/>
              </w:rPr>
              <w:t>ndryshimin</w:t>
            </w:r>
            <w:proofErr w:type="spellEnd"/>
            <w:r w:rsidRPr="002D6B01">
              <w:rPr>
                <w:sz w:val="20"/>
                <w:szCs w:val="20"/>
              </w:rPr>
              <w:t xml:space="preserve"> e </w:t>
            </w:r>
            <w:proofErr w:type="spellStart"/>
            <w:r w:rsidRPr="002D6B01">
              <w:rPr>
                <w:sz w:val="20"/>
                <w:szCs w:val="20"/>
              </w:rPr>
              <w:t>katrorëve</w:t>
            </w:r>
            <w:proofErr w:type="spellEnd"/>
            <w:r w:rsidRPr="002D6B01">
              <w:rPr>
                <w:sz w:val="20"/>
                <w:szCs w:val="20"/>
              </w:rPr>
              <w:t xml:space="preserve">, </w:t>
            </w:r>
            <w:proofErr w:type="spellStart"/>
            <w:r w:rsidRPr="002D6B01">
              <w:rPr>
                <w:sz w:val="20"/>
                <w:szCs w:val="20"/>
              </w:rPr>
              <w:t>kubin</w:t>
            </w:r>
            <w:proofErr w:type="spellEnd"/>
            <w:r w:rsidRPr="002D6B01">
              <w:rPr>
                <w:sz w:val="20"/>
                <w:szCs w:val="20"/>
              </w:rPr>
              <w:t xml:space="preserve"> e </w:t>
            </w:r>
            <w:proofErr w:type="spellStart"/>
            <w:r w:rsidRPr="002D6B01">
              <w:rPr>
                <w:sz w:val="20"/>
                <w:szCs w:val="20"/>
              </w:rPr>
              <w:t>binomit</w:t>
            </w:r>
            <w:proofErr w:type="spellEnd"/>
            <w:r w:rsidRPr="002D6B01">
              <w:rPr>
                <w:sz w:val="20"/>
                <w:szCs w:val="20"/>
              </w:rPr>
              <w:t xml:space="preserve">) </w:t>
            </w:r>
            <w:proofErr w:type="spellStart"/>
            <w:r w:rsidRPr="002D6B01">
              <w:rPr>
                <w:sz w:val="20"/>
                <w:szCs w:val="20"/>
              </w:rPr>
              <w:t>gjatë</w:t>
            </w:r>
            <w:proofErr w:type="spellEnd"/>
            <w:r w:rsidRPr="002D6B01">
              <w:rPr>
                <w:sz w:val="20"/>
                <w:szCs w:val="20"/>
              </w:rPr>
              <w:t xml:space="preserve"> </w:t>
            </w:r>
            <w:proofErr w:type="spellStart"/>
            <w:r w:rsidRPr="002D6B01">
              <w:rPr>
                <w:sz w:val="20"/>
                <w:szCs w:val="20"/>
              </w:rPr>
              <w:t>veprimeve</w:t>
            </w:r>
            <w:proofErr w:type="spellEnd"/>
            <w:r w:rsidRPr="002D6B01">
              <w:rPr>
                <w:sz w:val="20"/>
                <w:szCs w:val="20"/>
              </w:rPr>
              <w:t xml:space="preserve"> me </w:t>
            </w:r>
            <w:proofErr w:type="spellStart"/>
            <w:r w:rsidRPr="002D6B01">
              <w:rPr>
                <w:sz w:val="20"/>
                <w:szCs w:val="20"/>
              </w:rPr>
              <w:t>shprehje</w:t>
            </w:r>
            <w:proofErr w:type="spellEnd"/>
            <w:r w:rsidRPr="002D6B01">
              <w:rPr>
                <w:sz w:val="20"/>
                <w:szCs w:val="20"/>
              </w:rPr>
              <w:t xml:space="preserve"> </w:t>
            </w:r>
            <w:proofErr w:type="spellStart"/>
            <w:r w:rsidRPr="002D6B01">
              <w:rPr>
                <w:sz w:val="20"/>
                <w:szCs w:val="20"/>
              </w:rPr>
              <w:t>shkronjore</w:t>
            </w:r>
            <w:proofErr w:type="spellEnd"/>
            <w:r w:rsidRPr="002D6B01">
              <w:rPr>
                <w:sz w:val="20"/>
                <w:szCs w:val="20"/>
              </w:rPr>
              <w:t xml:space="preserve"> </w:t>
            </w:r>
            <w:proofErr w:type="spellStart"/>
            <w:r w:rsidRPr="002D6B01">
              <w:rPr>
                <w:sz w:val="20"/>
                <w:szCs w:val="20"/>
              </w:rPr>
              <w:t>racionale</w:t>
            </w:r>
            <w:proofErr w:type="spellEnd"/>
            <w:r w:rsidRPr="002D6B01">
              <w:rPr>
                <w:sz w:val="20"/>
                <w:szCs w:val="20"/>
              </w:rPr>
              <w:t>;</w:t>
            </w:r>
          </w:p>
          <w:p w:rsidR="00F50C0A" w:rsidRPr="002D6B01" w:rsidRDefault="00F50C0A" w:rsidP="00F50C0A">
            <w:pPr>
              <w:pStyle w:val="ListParagraph"/>
              <w:numPr>
                <w:ilvl w:val="0"/>
                <w:numId w:val="25"/>
              </w:numPr>
              <w:tabs>
                <w:tab w:val="left" w:pos="30"/>
                <w:tab w:val="left" w:pos="202"/>
              </w:tabs>
              <w:autoSpaceDE w:val="0"/>
              <w:autoSpaceDN w:val="0"/>
              <w:adjustRightInd w:val="0"/>
              <w:spacing w:before="120" w:after="120"/>
              <w:ind w:left="306" w:hanging="142"/>
              <w:rPr>
                <w:sz w:val="20"/>
                <w:szCs w:val="20"/>
              </w:rPr>
            </w:pPr>
            <w:proofErr w:type="spellStart"/>
            <w:r w:rsidRPr="002D6B01">
              <w:rPr>
                <w:sz w:val="20"/>
                <w:szCs w:val="20"/>
              </w:rPr>
              <w:t>Paraqet</w:t>
            </w:r>
            <w:proofErr w:type="spellEnd"/>
            <w:r w:rsidRPr="002D6B01">
              <w:rPr>
                <w:sz w:val="20"/>
                <w:szCs w:val="20"/>
              </w:rPr>
              <w:t xml:space="preserve"> </w:t>
            </w:r>
            <w:proofErr w:type="spellStart"/>
            <w:r w:rsidRPr="002D6B01">
              <w:rPr>
                <w:sz w:val="20"/>
                <w:szCs w:val="20"/>
              </w:rPr>
              <w:t>gjeometrikisht</w:t>
            </w:r>
            <w:proofErr w:type="spellEnd"/>
            <w:r w:rsidRPr="002D6B01">
              <w:rPr>
                <w:sz w:val="20"/>
                <w:szCs w:val="20"/>
              </w:rPr>
              <w:t xml:space="preserve"> </w:t>
            </w:r>
            <w:proofErr w:type="spellStart"/>
            <w:r w:rsidRPr="002D6B01">
              <w:rPr>
                <w:sz w:val="20"/>
                <w:szCs w:val="20"/>
              </w:rPr>
              <w:t>disa</w:t>
            </w:r>
            <w:proofErr w:type="spellEnd"/>
            <w:r w:rsidRPr="002D6B01">
              <w:rPr>
                <w:sz w:val="20"/>
                <w:szCs w:val="20"/>
              </w:rPr>
              <w:t xml:space="preserve"> </w:t>
            </w:r>
            <w:proofErr w:type="spellStart"/>
            <w:r w:rsidRPr="002D6B01">
              <w:rPr>
                <w:sz w:val="20"/>
                <w:szCs w:val="20"/>
              </w:rPr>
              <w:t>nga</w:t>
            </w:r>
            <w:proofErr w:type="spellEnd"/>
            <w:r w:rsidRPr="002D6B01">
              <w:rPr>
                <w:sz w:val="20"/>
                <w:szCs w:val="20"/>
              </w:rPr>
              <w:t xml:space="preserve"> </w:t>
            </w:r>
            <w:proofErr w:type="spellStart"/>
            <w:r w:rsidRPr="002D6B01">
              <w:rPr>
                <w:sz w:val="20"/>
                <w:szCs w:val="20"/>
              </w:rPr>
              <w:t>formulat</w:t>
            </w:r>
            <w:proofErr w:type="spellEnd"/>
            <w:r w:rsidRPr="002D6B01">
              <w:rPr>
                <w:sz w:val="20"/>
                <w:szCs w:val="20"/>
              </w:rPr>
              <w:t xml:space="preserve"> </w:t>
            </w:r>
            <w:proofErr w:type="spellStart"/>
            <w:r w:rsidRPr="002D6B01">
              <w:rPr>
                <w:sz w:val="20"/>
                <w:szCs w:val="20"/>
              </w:rPr>
              <w:t>algjebrike</w:t>
            </w:r>
            <w:proofErr w:type="spellEnd"/>
            <w:r w:rsidRPr="002D6B01">
              <w:rPr>
                <w:sz w:val="20"/>
                <w:szCs w:val="20"/>
              </w:rPr>
              <w:t xml:space="preserve">, </w:t>
            </w:r>
            <w:proofErr w:type="spellStart"/>
            <w:r w:rsidRPr="002D6B01">
              <w:rPr>
                <w:sz w:val="20"/>
                <w:szCs w:val="20"/>
              </w:rPr>
              <w:t>si</w:t>
            </w:r>
            <w:proofErr w:type="spellEnd"/>
            <w:r w:rsidRPr="002D6B01">
              <w:rPr>
                <w:sz w:val="20"/>
                <w:szCs w:val="20"/>
              </w:rPr>
              <w:t xml:space="preserve"> p.sh: </w:t>
            </w:r>
            <w:proofErr w:type="spellStart"/>
            <w:r w:rsidRPr="002D6B01">
              <w:rPr>
                <w:sz w:val="20"/>
                <w:szCs w:val="20"/>
              </w:rPr>
              <w:t>katrorin</w:t>
            </w:r>
            <w:proofErr w:type="spellEnd"/>
            <w:r w:rsidRPr="002D6B01">
              <w:rPr>
                <w:sz w:val="20"/>
                <w:szCs w:val="20"/>
              </w:rPr>
              <w:t xml:space="preserve"> e </w:t>
            </w:r>
            <w:proofErr w:type="spellStart"/>
            <w:r w:rsidRPr="002D6B01">
              <w:rPr>
                <w:sz w:val="20"/>
                <w:szCs w:val="20"/>
              </w:rPr>
              <w:t>binomit</w:t>
            </w:r>
            <w:proofErr w:type="spellEnd"/>
            <w:r w:rsidRPr="002D6B01">
              <w:rPr>
                <w:sz w:val="20"/>
                <w:szCs w:val="20"/>
              </w:rPr>
              <w:t xml:space="preserve">, </w:t>
            </w:r>
            <w:proofErr w:type="spellStart"/>
            <w:r w:rsidRPr="002D6B01">
              <w:rPr>
                <w:sz w:val="20"/>
                <w:szCs w:val="20"/>
              </w:rPr>
              <w:t>ndryshimin</w:t>
            </w:r>
            <w:proofErr w:type="spellEnd"/>
            <w:r w:rsidRPr="002D6B01">
              <w:rPr>
                <w:sz w:val="20"/>
                <w:szCs w:val="20"/>
              </w:rPr>
              <w:t xml:space="preserve"> e </w:t>
            </w:r>
            <w:proofErr w:type="spellStart"/>
            <w:r w:rsidRPr="002D6B01">
              <w:rPr>
                <w:sz w:val="20"/>
                <w:szCs w:val="20"/>
              </w:rPr>
              <w:t>katrorëve</w:t>
            </w:r>
            <w:proofErr w:type="spellEnd"/>
            <w:r w:rsidRPr="002D6B01">
              <w:rPr>
                <w:sz w:val="20"/>
                <w:szCs w:val="20"/>
              </w:rPr>
              <w:t>;</w:t>
            </w:r>
          </w:p>
          <w:p w:rsidR="00F50C0A" w:rsidRPr="002D6B01" w:rsidRDefault="00F50C0A" w:rsidP="00F50C0A">
            <w:pPr>
              <w:pStyle w:val="ListParagraph"/>
              <w:numPr>
                <w:ilvl w:val="0"/>
                <w:numId w:val="25"/>
              </w:numPr>
              <w:tabs>
                <w:tab w:val="left" w:pos="30"/>
                <w:tab w:val="left" w:pos="202"/>
              </w:tabs>
              <w:autoSpaceDE w:val="0"/>
              <w:autoSpaceDN w:val="0"/>
              <w:adjustRightInd w:val="0"/>
              <w:spacing w:before="120" w:after="120"/>
              <w:ind w:left="306" w:hanging="142"/>
              <w:rPr>
                <w:sz w:val="20"/>
                <w:szCs w:val="20"/>
              </w:rPr>
            </w:pPr>
            <w:proofErr w:type="spellStart"/>
            <w:r w:rsidRPr="002D6B01">
              <w:rPr>
                <w:sz w:val="20"/>
                <w:szCs w:val="20"/>
              </w:rPr>
              <w:t>Përcakton</w:t>
            </w:r>
            <w:proofErr w:type="spellEnd"/>
            <w:r w:rsidRPr="002D6B01">
              <w:rPr>
                <w:sz w:val="20"/>
                <w:szCs w:val="20"/>
              </w:rPr>
              <w:t xml:space="preserve"> </w:t>
            </w:r>
            <w:proofErr w:type="spellStart"/>
            <w:r w:rsidRPr="002D6B01">
              <w:rPr>
                <w:sz w:val="20"/>
                <w:szCs w:val="20"/>
              </w:rPr>
              <w:t>shmvp-në</w:t>
            </w:r>
            <w:proofErr w:type="spellEnd"/>
            <w:r w:rsidRPr="002D6B01">
              <w:rPr>
                <w:sz w:val="20"/>
                <w:szCs w:val="20"/>
              </w:rPr>
              <w:t xml:space="preserve"> e </w:t>
            </w:r>
            <w:proofErr w:type="spellStart"/>
            <w:r w:rsidRPr="002D6B01">
              <w:rPr>
                <w:sz w:val="20"/>
                <w:szCs w:val="20"/>
              </w:rPr>
              <w:t>dy</w:t>
            </w:r>
            <w:proofErr w:type="spellEnd"/>
            <w:r w:rsidRPr="002D6B01">
              <w:rPr>
                <w:sz w:val="20"/>
                <w:szCs w:val="20"/>
              </w:rPr>
              <w:t xml:space="preserve"> e </w:t>
            </w:r>
            <w:proofErr w:type="spellStart"/>
            <w:r w:rsidRPr="002D6B01">
              <w:rPr>
                <w:sz w:val="20"/>
                <w:szCs w:val="20"/>
              </w:rPr>
              <w:t>më</w:t>
            </w:r>
            <w:proofErr w:type="spellEnd"/>
            <w:r w:rsidRPr="002D6B01">
              <w:rPr>
                <w:sz w:val="20"/>
                <w:szCs w:val="20"/>
              </w:rPr>
              <w:t xml:space="preserve"> </w:t>
            </w:r>
            <w:proofErr w:type="spellStart"/>
            <w:r w:rsidRPr="002D6B01">
              <w:rPr>
                <w:sz w:val="20"/>
                <w:szCs w:val="20"/>
              </w:rPr>
              <w:t>shumë</w:t>
            </w:r>
            <w:proofErr w:type="spellEnd"/>
            <w:r w:rsidRPr="002D6B01">
              <w:rPr>
                <w:sz w:val="20"/>
                <w:szCs w:val="20"/>
              </w:rPr>
              <w:t xml:space="preserve"> </w:t>
            </w:r>
            <w:proofErr w:type="spellStart"/>
            <w:r w:rsidRPr="002D6B01">
              <w:rPr>
                <w:sz w:val="20"/>
                <w:szCs w:val="20"/>
              </w:rPr>
              <w:t>polinomeve</w:t>
            </w:r>
            <w:proofErr w:type="spellEnd"/>
            <w:r w:rsidRPr="002D6B01">
              <w:rPr>
                <w:sz w:val="20"/>
                <w:szCs w:val="20"/>
              </w:rPr>
              <w:t>;</w:t>
            </w:r>
          </w:p>
          <w:p w:rsidR="00F50C0A" w:rsidRPr="002D6B01" w:rsidRDefault="00F50C0A" w:rsidP="00F50C0A">
            <w:pPr>
              <w:pStyle w:val="ListParagraph"/>
              <w:numPr>
                <w:ilvl w:val="0"/>
                <w:numId w:val="25"/>
              </w:numPr>
              <w:tabs>
                <w:tab w:val="left" w:pos="30"/>
                <w:tab w:val="left" w:pos="202"/>
              </w:tabs>
              <w:autoSpaceDE w:val="0"/>
              <w:autoSpaceDN w:val="0"/>
              <w:adjustRightInd w:val="0"/>
              <w:spacing w:before="120" w:after="120"/>
              <w:ind w:left="306" w:hanging="142"/>
              <w:rPr>
                <w:sz w:val="20"/>
                <w:szCs w:val="20"/>
              </w:rPr>
            </w:pPr>
            <w:proofErr w:type="spellStart"/>
            <w:proofErr w:type="gramStart"/>
            <w:r w:rsidRPr="002D6B01">
              <w:rPr>
                <w:sz w:val="20"/>
                <w:szCs w:val="20"/>
              </w:rPr>
              <w:t>Përkthen</w:t>
            </w:r>
            <w:proofErr w:type="spellEnd"/>
            <w:r w:rsidRPr="002D6B01">
              <w:rPr>
                <w:sz w:val="20"/>
                <w:szCs w:val="20"/>
              </w:rPr>
              <w:t xml:space="preserve">  </w:t>
            </w:r>
            <w:proofErr w:type="spellStart"/>
            <w:r w:rsidRPr="002D6B01">
              <w:rPr>
                <w:sz w:val="20"/>
                <w:szCs w:val="20"/>
              </w:rPr>
              <w:t>shprehjet</w:t>
            </w:r>
            <w:proofErr w:type="spellEnd"/>
            <w:proofErr w:type="gramEnd"/>
            <w:r w:rsidRPr="002D6B01">
              <w:rPr>
                <w:sz w:val="20"/>
                <w:szCs w:val="20"/>
              </w:rPr>
              <w:t xml:space="preserve"> </w:t>
            </w:r>
            <w:proofErr w:type="spellStart"/>
            <w:r w:rsidRPr="002D6B01">
              <w:rPr>
                <w:sz w:val="20"/>
                <w:szCs w:val="20"/>
              </w:rPr>
              <w:t>nga</w:t>
            </w:r>
            <w:proofErr w:type="spellEnd"/>
            <w:r w:rsidRPr="002D6B01">
              <w:rPr>
                <w:sz w:val="20"/>
                <w:szCs w:val="20"/>
              </w:rPr>
              <w:t xml:space="preserve"> </w:t>
            </w:r>
            <w:proofErr w:type="spellStart"/>
            <w:r w:rsidRPr="002D6B01">
              <w:rPr>
                <w:sz w:val="20"/>
                <w:szCs w:val="20"/>
              </w:rPr>
              <w:t>gjuha</w:t>
            </w:r>
            <w:proofErr w:type="spellEnd"/>
            <w:r w:rsidRPr="002D6B01">
              <w:rPr>
                <w:sz w:val="20"/>
                <w:szCs w:val="20"/>
              </w:rPr>
              <w:t xml:space="preserve"> e </w:t>
            </w:r>
            <w:proofErr w:type="spellStart"/>
            <w:r w:rsidRPr="002D6B01">
              <w:rPr>
                <w:sz w:val="20"/>
                <w:szCs w:val="20"/>
              </w:rPr>
              <w:t>zakonshme</w:t>
            </w:r>
            <w:proofErr w:type="spellEnd"/>
            <w:r w:rsidRPr="002D6B01">
              <w:rPr>
                <w:sz w:val="20"/>
                <w:szCs w:val="20"/>
              </w:rPr>
              <w:t xml:space="preserve"> </w:t>
            </w:r>
            <w:proofErr w:type="spellStart"/>
            <w:r w:rsidRPr="002D6B01">
              <w:rPr>
                <w:sz w:val="20"/>
                <w:szCs w:val="20"/>
              </w:rPr>
              <w:t>në</w:t>
            </w:r>
            <w:proofErr w:type="spellEnd"/>
            <w:r w:rsidRPr="002D6B01">
              <w:rPr>
                <w:sz w:val="20"/>
                <w:szCs w:val="20"/>
              </w:rPr>
              <w:t xml:space="preserve"> </w:t>
            </w:r>
            <w:proofErr w:type="spellStart"/>
            <w:r w:rsidRPr="002D6B01">
              <w:rPr>
                <w:sz w:val="20"/>
                <w:szCs w:val="20"/>
              </w:rPr>
              <w:t>atë</w:t>
            </w:r>
            <w:proofErr w:type="spellEnd"/>
            <w:r w:rsidRPr="002D6B01">
              <w:rPr>
                <w:sz w:val="20"/>
                <w:szCs w:val="20"/>
              </w:rPr>
              <w:t xml:space="preserve">  </w:t>
            </w:r>
            <w:proofErr w:type="spellStart"/>
            <w:r w:rsidRPr="002D6B01">
              <w:rPr>
                <w:sz w:val="20"/>
                <w:szCs w:val="20"/>
              </w:rPr>
              <w:t>algjebrike</w:t>
            </w:r>
            <w:proofErr w:type="spellEnd"/>
            <w:r w:rsidRPr="002D6B01">
              <w:rPr>
                <w:sz w:val="20"/>
                <w:szCs w:val="20"/>
              </w:rPr>
              <w:t xml:space="preserve"> </w:t>
            </w:r>
            <w:proofErr w:type="spellStart"/>
            <w:r w:rsidRPr="002D6B01">
              <w:rPr>
                <w:sz w:val="20"/>
                <w:szCs w:val="20"/>
              </w:rPr>
              <w:t>dhe</w:t>
            </w:r>
            <w:proofErr w:type="spellEnd"/>
            <w:r w:rsidRPr="002D6B01">
              <w:rPr>
                <w:sz w:val="20"/>
                <w:szCs w:val="20"/>
              </w:rPr>
              <w:t xml:space="preserve"> </w:t>
            </w:r>
            <w:proofErr w:type="spellStart"/>
            <w:r w:rsidRPr="002D6B01">
              <w:rPr>
                <w:sz w:val="20"/>
                <w:szCs w:val="20"/>
              </w:rPr>
              <w:t>anasjelltas</w:t>
            </w:r>
            <w:proofErr w:type="spellEnd"/>
            <w:r w:rsidRPr="002D6B01">
              <w:rPr>
                <w:sz w:val="20"/>
                <w:szCs w:val="20"/>
              </w:rPr>
              <w:t xml:space="preserve">; </w:t>
            </w:r>
          </w:p>
          <w:p w:rsidR="00F50C0A" w:rsidRPr="002D6B01" w:rsidRDefault="00F50C0A" w:rsidP="00F50C0A">
            <w:pPr>
              <w:pStyle w:val="ListParagraph"/>
              <w:numPr>
                <w:ilvl w:val="0"/>
                <w:numId w:val="25"/>
              </w:numPr>
              <w:tabs>
                <w:tab w:val="left" w:pos="30"/>
                <w:tab w:val="left" w:pos="202"/>
                <w:tab w:val="left" w:pos="6027"/>
                <w:tab w:val="left" w:pos="7728"/>
                <w:tab w:val="left" w:pos="8295"/>
              </w:tabs>
              <w:autoSpaceDE w:val="0"/>
              <w:autoSpaceDN w:val="0"/>
              <w:adjustRightInd w:val="0"/>
              <w:spacing w:before="120" w:after="120"/>
              <w:ind w:left="306" w:right="175" w:hanging="142"/>
              <w:rPr>
                <w:sz w:val="20"/>
                <w:szCs w:val="20"/>
              </w:rPr>
            </w:pPr>
            <w:proofErr w:type="spellStart"/>
            <w:r w:rsidRPr="002D6B01">
              <w:rPr>
                <w:sz w:val="20"/>
                <w:szCs w:val="20"/>
              </w:rPr>
              <w:t>Cakton</w:t>
            </w:r>
            <w:proofErr w:type="spellEnd"/>
            <w:r w:rsidRPr="002D6B01">
              <w:rPr>
                <w:sz w:val="20"/>
                <w:szCs w:val="20"/>
              </w:rPr>
              <w:t xml:space="preserve"> </w:t>
            </w:r>
            <w:proofErr w:type="spellStart"/>
            <w:r w:rsidRPr="002D6B01">
              <w:rPr>
                <w:sz w:val="20"/>
                <w:szCs w:val="20"/>
              </w:rPr>
              <w:t>domenën</w:t>
            </w:r>
            <w:proofErr w:type="spellEnd"/>
            <w:r w:rsidRPr="002D6B01">
              <w:rPr>
                <w:sz w:val="20"/>
                <w:szCs w:val="20"/>
              </w:rPr>
              <w:t xml:space="preserve"> (</w:t>
            </w:r>
            <w:proofErr w:type="spellStart"/>
            <w:r w:rsidRPr="002D6B01">
              <w:rPr>
                <w:sz w:val="20"/>
                <w:szCs w:val="20"/>
              </w:rPr>
              <w:t>bashkësinë</w:t>
            </w:r>
            <w:proofErr w:type="spellEnd"/>
            <w:r w:rsidRPr="002D6B01">
              <w:rPr>
                <w:sz w:val="20"/>
                <w:szCs w:val="20"/>
              </w:rPr>
              <w:t xml:space="preserve"> e </w:t>
            </w:r>
            <w:proofErr w:type="spellStart"/>
            <w:r w:rsidRPr="002D6B01">
              <w:rPr>
                <w:sz w:val="20"/>
                <w:szCs w:val="20"/>
              </w:rPr>
              <w:t>përkufizimit</w:t>
            </w:r>
            <w:proofErr w:type="spellEnd"/>
            <w:r w:rsidRPr="002D6B01">
              <w:rPr>
                <w:sz w:val="20"/>
                <w:szCs w:val="20"/>
              </w:rPr>
              <w:t xml:space="preserve">) </w:t>
            </w:r>
            <w:proofErr w:type="spellStart"/>
            <w:r w:rsidRPr="002D6B01">
              <w:rPr>
                <w:sz w:val="20"/>
                <w:szCs w:val="20"/>
              </w:rPr>
              <w:t>të</w:t>
            </w:r>
            <w:proofErr w:type="spellEnd"/>
            <w:r w:rsidRPr="002D6B01">
              <w:rPr>
                <w:sz w:val="20"/>
                <w:szCs w:val="20"/>
              </w:rPr>
              <w:t xml:space="preserve"> </w:t>
            </w:r>
            <w:proofErr w:type="spellStart"/>
            <w:r w:rsidRPr="002D6B01">
              <w:rPr>
                <w:sz w:val="20"/>
                <w:szCs w:val="20"/>
              </w:rPr>
              <w:t>shprehjes</w:t>
            </w:r>
            <w:proofErr w:type="spellEnd"/>
            <w:r w:rsidRPr="002D6B01">
              <w:rPr>
                <w:sz w:val="20"/>
                <w:szCs w:val="20"/>
              </w:rPr>
              <w:t xml:space="preserve"> </w:t>
            </w:r>
            <w:proofErr w:type="spellStart"/>
            <w:r w:rsidRPr="002D6B01">
              <w:rPr>
                <w:sz w:val="20"/>
                <w:szCs w:val="20"/>
              </w:rPr>
              <w:t>racionale</w:t>
            </w:r>
            <w:proofErr w:type="spellEnd"/>
            <w:r w:rsidRPr="002D6B01">
              <w:rPr>
                <w:sz w:val="20"/>
                <w:szCs w:val="20"/>
              </w:rPr>
              <w:t>;</w:t>
            </w:r>
          </w:p>
          <w:p w:rsidR="00F50C0A" w:rsidRPr="002D6B01" w:rsidRDefault="00F50C0A" w:rsidP="00F50C0A">
            <w:pPr>
              <w:pStyle w:val="ListParagraph"/>
              <w:numPr>
                <w:ilvl w:val="0"/>
                <w:numId w:val="25"/>
              </w:numPr>
              <w:tabs>
                <w:tab w:val="left" w:pos="30"/>
                <w:tab w:val="left" w:pos="202"/>
              </w:tabs>
              <w:autoSpaceDE w:val="0"/>
              <w:autoSpaceDN w:val="0"/>
              <w:adjustRightInd w:val="0"/>
              <w:spacing w:before="120" w:after="120"/>
              <w:ind w:left="306" w:hanging="142"/>
              <w:rPr>
                <w:sz w:val="20"/>
                <w:szCs w:val="20"/>
              </w:rPr>
            </w:pPr>
            <w:proofErr w:type="spellStart"/>
            <w:r w:rsidRPr="002D6B01">
              <w:rPr>
                <w:sz w:val="20"/>
                <w:szCs w:val="20"/>
              </w:rPr>
              <w:t>Zbërthen</w:t>
            </w:r>
            <w:proofErr w:type="spellEnd"/>
            <w:r w:rsidRPr="002D6B01">
              <w:rPr>
                <w:sz w:val="20"/>
                <w:szCs w:val="20"/>
              </w:rPr>
              <w:t xml:space="preserve"> </w:t>
            </w:r>
            <w:proofErr w:type="spellStart"/>
            <w:r w:rsidRPr="002D6B01">
              <w:rPr>
                <w:sz w:val="20"/>
                <w:szCs w:val="20"/>
              </w:rPr>
              <w:t>në</w:t>
            </w:r>
            <w:proofErr w:type="spellEnd"/>
            <w:r w:rsidRPr="002D6B01">
              <w:rPr>
                <w:sz w:val="20"/>
                <w:szCs w:val="20"/>
              </w:rPr>
              <w:t xml:space="preserve"> </w:t>
            </w:r>
            <w:proofErr w:type="spellStart"/>
            <w:r w:rsidRPr="002D6B01">
              <w:rPr>
                <w:sz w:val="20"/>
                <w:szCs w:val="20"/>
              </w:rPr>
              <w:t>faktor</w:t>
            </w:r>
            <w:proofErr w:type="spellEnd"/>
            <w:r w:rsidRPr="002D6B01">
              <w:rPr>
                <w:sz w:val="20"/>
                <w:szCs w:val="20"/>
              </w:rPr>
              <w:t xml:space="preserve"> </w:t>
            </w:r>
            <w:proofErr w:type="spellStart"/>
            <w:r w:rsidRPr="002D6B01">
              <w:rPr>
                <w:sz w:val="20"/>
                <w:szCs w:val="20"/>
              </w:rPr>
              <w:t>të</w:t>
            </w:r>
            <w:proofErr w:type="spellEnd"/>
            <w:r w:rsidRPr="002D6B01">
              <w:rPr>
                <w:sz w:val="20"/>
                <w:szCs w:val="20"/>
              </w:rPr>
              <w:t xml:space="preserve"> </w:t>
            </w:r>
            <w:proofErr w:type="spellStart"/>
            <w:r w:rsidRPr="002D6B01">
              <w:rPr>
                <w:sz w:val="20"/>
                <w:szCs w:val="20"/>
              </w:rPr>
              <w:t>thjeshtë</w:t>
            </w:r>
            <w:proofErr w:type="spellEnd"/>
            <w:r w:rsidRPr="002D6B01">
              <w:rPr>
                <w:sz w:val="20"/>
                <w:szCs w:val="20"/>
              </w:rPr>
              <w:t xml:space="preserve"> </w:t>
            </w:r>
            <w:proofErr w:type="spellStart"/>
            <w:r w:rsidRPr="002D6B01">
              <w:rPr>
                <w:sz w:val="20"/>
                <w:szCs w:val="20"/>
              </w:rPr>
              <w:t>shprehjet</w:t>
            </w:r>
            <w:proofErr w:type="spellEnd"/>
            <w:r w:rsidRPr="002D6B01">
              <w:rPr>
                <w:sz w:val="20"/>
                <w:szCs w:val="20"/>
              </w:rPr>
              <w:t xml:space="preserve"> </w:t>
            </w:r>
            <w:proofErr w:type="spellStart"/>
            <w:r w:rsidRPr="002D6B01">
              <w:rPr>
                <w:sz w:val="20"/>
                <w:szCs w:val="20"/>
              </w:rPr>
              <w:t>racionale</w:t>
            </w:r>
            <w:proofErr w:type="spellEnd"/>
            <w:r w:rsidRPr="002D6B01">
              <w:rPr>
                <w:sz w:val="20"/>
                <w:szCs w:val="20"/>
              </w:rPr>
              <w:t>;</w:t>
            </w:r>
          </w:p>
          <w:p w:rsidR="00F50C0A" w:rsidRPr="002D6B01" w:rsidRDefault="00F50C0A" w:rsidP="00F50C0A">
            <w:pPr>
              <w:pStyle w:val="ListParagraph"/>
              <w:numPr>
                <w:ilvl w:val="0"/>
                <w:numId w:val="25"/>
              </w:numPr>
              <w:tabs>
                <w:tab w:val="left" w:pos="30"/>
                <w:tab w:val="left" w:pos="202"/>
              </w:tabs>
              <w:autoSpaceDE w:val="0"/>
              <w:autoSpaceDN w:val="0"/>
              <w:adjustRightInd w:val="0"/>
              <w:spacing w:before="120" w:after="120"/>
              <w:ind w:left="306" w:hanging="142"/>
              <w:rPr>
                <w:sz w:val="20"/>
                <w:szCs w:val="20"/>
                <w:lang w:val="de-DE"/>
              </w:rPr>
            </w:pPr>
            <w:proofErr w:type="spellStart"/>
            <w:r w:rsidRPr="002D6B01">
              <w:rPr>
                <w:sz w:val="20"/>
                <w:szCs w:val="20"/>
                <w:lang w:val="de-DE"/>
              </w:rPr>
              <w:lastRenderedPageBreak/>
              <w:t>Nxjerr</w:t>
            </w:r>
            <w:proofErr w:type="spellEnd"/>
            <w:r w:rsidRPr="002D6B01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2D6B01">
              <w:rPr>
                <w:sz w:val="20"/>
                <w:szCs w:val="20"/>
                <w:lang w:val="de-DE"/>
              </w:rPr>
              <w:t>faktorin</w:t>
            </w:r>
            <w:proofErr w:type="spellEnd"/>
            <w:r w:rsidRPr="002D6B01">
              <w:rPr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2D6B01">
              <w:rPr>
                <w:sz w:val="20"/>
                <w:szCs w:val="20"/>
                <w:lang w:val="de-DE"/>
              </w:rPr>
              <w:t>përbashkët</w:t>
            </w:r>
            <w:proofErr w:type="spellEnd"/>
            <w:r w:rsidRPr="002D6B01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2D6B01">
              <w:rPr>
                <w:sz w:val="20"/>
                <w:szCs w:val="20"/>
                <w:lang w:val="de-DE"/>
              </w:rPr>
              <w:t>të</w:t>
            </w:r>
            <w:proofErr w:type="spellEnd"/>
            <w:r w:rsidRPr="002D6B01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2D6B01">
              <w:rPr>
                <w:sz w:val="20"/>
                <w:szCs w:val="20"/>
                <w:lang w:val="de-DE"/>
              </w:rPr>
              <w:t>shprehjes</w:t>
            </w:r>
            <w:proofErr w:type="spellEnd"/>
            <w:r w:rsidRPr="002D6B01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2D6B01">
              <w:rPr>
                <w:sz w:val="20"/>
                <w:szCs w:val="20"/>
                <w:lang w:val="de-DE"/>
              </w:rPr>
              <w:t>racionale</w:t>
            </w:r>
            <w:proofErr w:type="spellEnd"/>
            <w:r w:rsidRPr="002D6B01">
              <w:rPr>
                <w:sz w:val="20"/>
                <w:szCs w:val="20"/>
                <w:lang w:val="de-DE"/>
              </w:rPr>
              <w:t>;</w:t>
            </w:r>
          </w:p>
          <w:p w:rsidR="00F50C0A" w:rsidRPr="002D6B01" w:rsidRDefault="00F50C0A" w:rsidP="00F50C0A">
            <w:pPr>
              <w:pStyle w:val="ListParagraph"/>
              <w:numPr>
                <w:ilvl w:val="0"/>
                <w:numId w:val="25"/>
              </w:numPr>
              <w:tabs>
                <w:tab w:val="left" w:pos="30"/>
                <w:tab w:val="left" w:pos="202"/>
              </w:tabs>
              <w:autoSpaceDE w:val="0"/>
              <w:autoSpaceDN w:val="0"/>
              <w:adjustRightInd w:val="0"/>
              <w:spacing w:before="120" w:after="120"/>
              <w:ind w:left="306" w:hanging="142"/>
              <w:rPr>
                <w:sz w:val="20"/>
                <w:szCs w:val="20"/>
              </w:rPr>
            </w:pPr>
            <w:proofErr w:type="spellStart"/>
            <w:r w:rsidRPr="002D6B01">
              <w:rPr>
                <w:sz w:val="20"/>
                <w:szCs w:val="20"/>
              </w:rPr>
              <w:t>Thjeshton</w:t>
            </w:r>
            <w:proofErr w:type="spellEnd"/>
            <w:r w:rsidRPr="002D6B01">
              <w:rPr>
                <w:sz w:val="20"/>
                <w:szCs w:val="20"/>
              </w:rPr>
              <w:t xml:space="preserve"> </w:t>
            </w:r>
            <w:proofErr w:type="spellStart"/>
            <w:r w:rsidRPr="002D6B01">
              <w:rPr>
                <w:sz w:val="20"/>
                <w:szCs w:val="20"/>
              </w:rPr>
              <w:t>shprehjet</w:t>
            </w:r>
            <w:proofErr w:type="spellEnd"/>
            <w:r w:rsidRPr="002D6B01">
              <w:rPr>
                <w:sz w:val="20"/>
                <w:szCs w:val="20"/>
              </w:rPr>
              <w:t xml:space="preserve"> </w:t>
            </w:r>
            <w:proofErr w:type="spellStart"/>
            <w:r w:rsidRPr="002D6B01">
              <w:rPr>
                <w:sz w:val="20"/>
                <w:szCs w:val="20"/>
              </w:rPr>
              <w:t>shkronjore</w:t>
            </w:r>
            <w:proofErr w:type="spellEnd"/>
            <w:r w:rsidRPr="002D6B01">
              <w:rPr>
                <w:sz w:val="20"/>
                <w:szCs w:val="20"/>
              </w:rPr>
              <w:t xml:space="preserve"> </w:t>
            </w:r>
            <w:proofErr w:type="spellStart"/>
            <w:r w:rsidRPr="002D6B01">
              <w:rPr>
                <w:sz w:val="20"/>
                <w:szCs w:val="20"/>
              </w:rPr>
              <w:t>racionale</w:t>
            </w:r>
            <w:proofErr w:type="spellEnd"/>
            <w:r w:rsidRPr="002D6B01">
              <w:rPr>
                <w:sz w:val="20"/>
                <w:szCs w:val="20"/>
              </w:rPr>
              <w:t>;</w:t>
            </w:r>
          </w:p>
          <w:p w:rsidR="00F50C0A" w:rsidRPr="002D6B01" w:rsidRDefault="00F50C0A" w:rsidP="00F50C0A">
            <w:pPr>
              <w:pStyle w:val="ListParagraph"/>
              <w:numPr>
                <w:ilvl w:val="0"/>
                <w:numId w:val="25"/>
              </w:numPr>
              <w:tabs>
                <w:tab w:val="left" w:pos="30"/>
                <w:tab w:val="left" w:pos="202"/>
              </w:tabs>
              <w:autoSpaceDE w:val="0"/>
              <w:autoSpaceDN w:val="0"/>
              <w:adjustRightInd w:val="0"/>
              <w:spacing w:before="120" w:after="120"/>
              <w:ind w:left="306" w:hanging="142"/>
              <w:rPr>
                <w:sz w:val="20"/>
                <w:szCs w:val="20"/>
              </w:rPr>
            </w:pPr>
            <w:proofErr w:type="spellStart"/>
            <w:r w:rsidRPr="002D6B01">
              <w:rPr>
                <w:sz w:val="20"/>
                <w:szCs w:val="20"/>
              </w:rPr>
              <w:t>Kryen</w:t>
            </w:r>
            <w:proofErr w:type="spellEnd"/>
            <w:r w:rsidRPr="002D6B01">
              <w:rPr>
                <w:sz w:val="20"/>
                <w:szCs w:val="20"/>
              </w:rPr>
              <w:t xml:space="preserve"> </w:t>
            </w:r>
            <w:proofErr w:type="spellStart"/>
            <w:r w:rsidRPr="002D6B01">
              <w:rPr>
                <w:sz w:val="20"/>
                <w:szCs w:val="20"/>
              </w:rPr>
              <w:t>veprimet</w:t>
            </w:r>
            <w:proofErr w:type="spellEnd"/>
            <w:r w:rsidRPr="002D6B01">
              <w:rPr>
                <w:sz w:val="20"/>
                <w:szCs w:val="20"/>
              </w:rPr>
              <w:t xml:space="preserve"> me </w:t>
            </w:r>
            <w:proofErr w:type="spellStart"/>
            <w:r w:rsidRPr="002D6B01">
              <w:rPr>
                <w:sz w:val="20"/>
                <w:szCs w:val="20"/>
              </w:rPr>
              <w:t>shprehjet</w:t>
            </w:r>
            <w:proofErr w:type="spellEnd"/>
            <w:r w:rsidRPr="002D6B01">
              <w:rPr>
                <w:sz w:val="20"/>
                <w:szCs w:val="20"/>
              </w:rPr>
              <w:t xml:space="preserve"> </w:t>
            </w:r>
            <w:proofErr w:type="spellStart"/>
            <w:r w:rsidRPr="002D6B01">
              <w:rPr>
                <w:sz w:val="20"/>
                <w:szCs w:val="20"/>
              </w:rPr>
              <w:t>racionale</w:t>
            </w:r>
            <w:proofErr w:type="spellEnd"/>
            <w:r w:rsidRPr="002D6B01">
              <w:rPr>
                <w:sz w:val="20"/>
                <w:szCs w:val="20"/>
              </w:rPr>
              <w:t>.</w:t>
            </w:r>
          </w:p>
          <w:p w:rsidR="00516D86" w:rsidRPr="002D6B01" w:rsidRDefault="00516D86" w:rsidP="00F50C0A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84338" w:rsidRPr="002D6B01" w:rsidRDefault="00C84338">
            <w:pPr>
              <w:rPr>
                <w:rFonts w:eastAsia="Arial"/>
                <w:sz w:val="20"/>
                <w:szCs w:val="20"/>
              </w:rPr>
            </w:pPr>
            <w:r w:rsidRPr="002D6B01">
              <w:rPr>
                <w:rFonts w:eastAsia="Arial"/>
                <w:sz w:val="20"/>
                <w:szCs w:val="20"/>
              </w:rPr>
              <w:lastRenderedPageBreak/>
              <w:t>TEMA 1:</w:t>
            </w:r>
          </w:p>
          <w:p w:rsidR="00516D86" w:rsidRPr="002D6B01" w:rsidRDefault="00000000">
            <w:pPr>
              <w:rPr>
                <w:sz w:val="20"/>
                <w:szCs w:val="20"/>
              </w:rPr>
            </w:pPr>
            <w:r w:rsidRPr="002D6B01">
              <w:rPr>
                <w:rFonts w:eastAsia="Arial"/>
                <w:sz w:val="20"/>
                <w:szCs w:val="20"/>
              </w:rPr>
              <w:t>1. Njohja me planprogramin mësimor</w:t>
            </w:r>
          </w:p>
          <w:p w:rsidR="00516D86" w:rsidRPr="002D6B01" w:rsidRDefault="00000000">
            <w:pPr>
              <w:rPr>
                <w:sz w:val="20"/>
                <w:szCs w:val="20"/>
              </w:rPr>
            </w:pPr>
            <w:r w:rsidRPr="002D6B01">
              <w:rPr>
                <w:rFonts w:eastAsia="Arial"/>
                <w:sz w:val="20"/>
                <w:szCs w:val="20"/>
              </w:rPr>
              <w:t>2. Thyesat dhe numrat dhjetorë</w:t>
            </w:r>
          </w:p>
          <w:p w:rsidR="00516D86" w:rsidRPr="002D6B01" w:rsidRDefault="00000000">
            <w:pPr>
              <w:rPr>
                <w:sz w:val="20"/>
                <w:szCs w:val="20"/>
              </w:rPr>
            </w:pPr>
            <w:r w:rsidRPr="002D6B01">
              <w:rPr>
                <w:rFonts w:eastAsia="Arial"/>
                <w:sz w:val="20"/>
                <w:szCs w:val="20"/>
              </w:rPr>
              <w:t>3. Numra dhjetorë periodikë</w:t>
            </w:r>
          </w:p>
          <w:p w:rsidR="00516D86" w:rsidRPr="002D6B01" w:rsidRDefault="00000000">
            <w:pPr>
              <w:rPr>
                <w:sz w:val="20"/>
                <w:szCs w:val="20"/>
              </w:rPr>
            </w:pPr>
            <w:r w:rsidRPr="002D6B01">
              <w:rPr>
                <w:rFonts w:eastAsia="Arial"/>
                <w:sz w:val="20"/>
                <w:szCs w:val="20"/>
              </w:rPr>
              <w:t>4. Bashkësitë numerike</w:t>
            </w:r>
          </w:p>
          <w:p w:rsidR="00516D86" w:rsidRPr="002D6B01" w:rsidRDefault="00000000">
            <w:pPr>
              <w:rPr>
                <w:sz w:val="20"/>
                <w:szCs w:val="20"/>
              </w:rPr>
            </w:pPr>
            <w:r w:rsidRPr="002D6B01">
              <w:rPr>
                <w:rFonts w:eastAsia="Arial"/>
                <w:sz w:val="20"/>
                <w:szCs w:val="20"/>
              </w:rPr>
              <w:t xml:space="preserve">5. Veprime aritmetike në </w:t>
            </w:r>
            <w:r w:rsidRPr="002D6B01">
              <w:rPr>
                <w:rFonts w:eastAsia="Arial"/>
                <w:sz w:val="20"/>
                <w:szCs w:val="20"/>
              </w:rPr>
              <w:lastRenderedPageBreak/>
              <w:t>bashkësitë numerike</w:t>
            </w:r>
          </w:p>
          <w:p w:rsidR="00516D86" w:rsidRPr="002D6B01" w:rsidRDefault="00000000">
            <w:pPr>
              <w:rPr>
                <w:sz w:val="20"/>
                <w:szCs w:val="20"/>
              </w:rPr>
            </w:pPr>
            <w:r w:rsidRPr="002D6B01">
              <w:rPr>
                <w:rFonts w:eastAsia="Arial"/>
                <w:sz w:val="20"/>
                <w:szCs w:val="20"/>
              </w:rPr>
              <w:t>6. Numrat irracionalë</w:t>
            </w:r>
          </w:p>
          <w:p w:rsidR="00516D86" w:rsidRDefault="00000000">
            <w:pPr>
              <w:rPr>
                <w:rFonts w:eastAsia="Arial"/>
                <w:sz w:val="20"/>
                <w:szCs w:val="20"/>
              </w:rPr>
            </w:pPr>
            <w:r w:rsidRPr="002D6B01">
              <w:rPr>
                <w:rFonts w:eastAsia="Arial"/>
                <w:sz w:val="20"/>
                <w:szCs w:val="20"/>
              </w:rPr>
              <w:t xml:space="preserve">7. Bashkësia R e </w:t>
            </w:r>
            <w:proofErr w:type="spellStart"/>
            <w:r w:rsidRPr="002D6B01">
              <w:rPr>
                <w:rFonts w:eastAsia="Arial"/>
                <w:sz w:val="20"/>
                <w:szCs w:val="20"/>
              </w:rPr>
              <w:t>numrave</w:t>
            </w:r>
            <w:proofErr w:type="spellEnd"/>
            <w:r w:rsidRPr="002D6B01">
              <w:rPr>
                <w:rFonts w:eastAsia="Arial"/>
                <w:sz w:val="20"/>
                <w:szCs w:val="20"/>
              </w:rPr>
              <w:t xml:space="preserve"> </w:t>
            </w:r>
            <w:proofErr w:type="spellStart"/>
            <w:r w:rsidRPr="002D6B01">
              <w:rPr>
                <w:rFonts w:eastAsia="Arial"/>
                <w:sz w:val="20"/>
                <w:szCs w:val="20"/>
              </w:rPr>
              <w:t>realë</w:t>
            </w:r>
            <w:proofErr w:type="spellEnd"/>
          </w:p>
          <w:p w:rsidR="002D6B01" w:rsidRPr="002D6B01" w:rsidRDefault="002D6B01">
            <w:pPr>
              <w:rPr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 xml:space="preserve">8. </w:t>
            </w:r>
            <w:proofErr w:type="spellStart"/>
            <w:r>
              <w:rPr>
                <w:rFonts w:eastAsia="Arial"/>
                <w:sz w:val="20"/>
                <w:szCs w:val="20"/>
              </w:rPr>
              <w:t>Ushtrime</w:t>
            </w:r>
            <w:proofErr w:type="spellEnd"/>
          </w:p>
          <w:p w:rsidR="00516D86" w:rsidRPr="002D6B01" w:rsidRDefault="002D6B01">
            <w:pPr>
              <w:rPr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9</w:t>
            </w:r>
            <w:r w:rsidR="00000000" w:rsidRPr="002D6B01">
              <w:rPr>
                <w:rFonts w:eastAsia="Arial"/>
                <w:sz w:val="20"/>
                <w:szCs w:val="20"/>
              </w:rPr>
              <w:t>. Paraqitja e numrave realë në boshtin numerik. Vlera absolute</w:t>
            </w:r>
          </w:p>
          <w:p w:rsidR="00516D86" w:rsidRPr="002D6B01" w:rsidRDefault="002D6B01">
            <w:pPr>
              <w:rPr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10</w:t>
            </w:r>
            <w:r w:rsidR="00000000" w:rsidRPr="002D6B01">
              <w:rPr>
                <w:rFonts w:eastAsia="Arial"/>
                <w:sz w:val="20"/>
                <w:szCs w:val="20"/>
              </w:rPr>
              <w:t>. Intervali dhe segmenti</w:t>
            </w:r>
          </w:p>
          <w:p w:rsidR="00516D86" w:rsidRPr="002D6B01" w:rsidRDefault="00000000">
            <w:pPr>
              <w:rPr>
                <w:sz w:val="20"/>
                <w:szCs w:val="20"/>
              </w:rPr>
            </w:pPr>
            <w:r w:rsidRPr="002D6B01">
              <w:rPr>
                <w:rFonts w:eastAsia="Arial"/>
                <w:sz w:val="20"/>
                <w:szCs w:val="20"/>
              </w:rPr>
              <w:t>1</w:t>
            </w:r>
            <w:r w:rsidR="002D6B01">
              <w:rPr>
                <w:rFonts w:eastAsia="Arial"/>
                <w:sz w:val="20"/>
                <w:szCs w:val="20"/>
              </w:rPr>
              <w:t>1</w:t>
            </w:r>
            <w:r w:rsidRPr="002D6B01">
              <w:rPr>
                <w:rFonts w:eastAsia="Arial"/>
                <w:sz w:val="20"/>
                <w:szCs w:val="20"/>
              </w:rPr>
              <w:t>. Prerja dhe bashkimi i intervaleve numerike</w:t>
            </w:r>
          </w:p>
          <w:p w:rsidR="00516D86" w:rsidRPr="002D6B01" w:rsidRDefault="00000000">
            <w:pPr>
              <w:rPr>
                <w:sz w:val="20"/>
                <w:szCs w:val="20"/>
              </w:rPr>
            </w:pPr>
            <w:r w:rsidRPr="002D6B01">
              <w:rPr>
                <w:rFonts w:eastAsia="Arial"/>
                <w:sz w:val="20"/>
                <w:szCs w:val="20"/>
              </w:rPr>
              <w:t>1</w:t>
            </w:r>
            <w:r w:rsidR="002D6B01">
              <w:rPr>
                <w:rFonts w:eastAsia="Arial"/>
                <w:sz w:val="20"/>
                <w:szCs w:val="20"/>
              </w:rPr>
              <w:t>2</w:t>
            </w:r>
            <w:r w:rsidRPr="002D6B01">
              <w:rPr>
                <w:rFonts w:eastAsia="Arial"/>
                <w:sz w:val="20"/>
                <w:szCs w:val="20"/>
              </w:rPr>
              <w:t xml:space="preserve">. Ushtrime </w:t>
            </w:r>
          </w:p>
          <w:p w:rsidR="00516D86" w:rsidRPr="002D6B01" w:rsidRDefault="00000000">
            <w:pPr>
              <w:rPr>
                <w:rFonts w:eastAsia="Arial"/>
                <w:sz w:val="20"/>
                <w:szCs w:val="20"/>
              </w:rPr>
            </w:pPr>
            <w:r w:rsidRPr="002D6B01">
              <w:rPr>
                <w:rFonts w:eastAsia="Arial"/>
                <w:sz w:val="20"/>
                <w:szCs w:val="20"/>
              </w:rPr>
              <w:t>1</w:t>
            </w:r>
            <w:r w:rsidR="002D6B01">
              <w:rPr>
                <w:rFonts w:eastAsia="Arial"/>
                <w:sz w:val="20"/>
                <w:szCs w:val="20"/>
              </w:rPr>
              <w:t>3</w:t>
            </w:r>
            <w:r w:rsidRPr="002D6B01">
              <w:rPr>
                <w:rFonts w:eastAsia="Arial"/>
                <w:sz w:val="20"/>
                <w:szCs w:val="20"/>
              </w:rPr>
              <w:t xml:space="preserve">. Zgjidhje </w:t>
            </w:r>
            <w:proofErr w:type="spellStart"/>
            <w:r w:rsidRPr="002D6B01">
              <w:rPr>
                <w:rFonts w:eastAsia="Arial"/>
                <w:sz w:val="20"/>
                <w:szCs w:val="20"/>
              </w:rPr>
              <w:t>problemore</w:t>
            </w:r>
            <w:proofErr w:type="spellEnd"/>
            <w:r w:rsidRPr="002D6B01">
              <w:rPr>
                <w:rFonts w:eastAsia="Arial"/>
                <w:sz w:val="20"/>
                <w:szCs w:val="20"/>
              </w:rPr>
              <w:t xml:space="preserve"> – </w:t>
            </w:r>
            <w:proofErr w:type="spellStart"/>
            <w:r w:rsidRPr="002D6B01">
              <w:rPr>
                <w:rFonts w:eastAsia="Arial"/>
                <w:sz w:val="20"/>
                <w:szCs w:val="20"/>
              </w:rPr>
              <w:t>Bashkësitë</w:t>
            </w:r>
            <w:proofErr w:type="spellEnd"/>
            <w:r w:rsidRPr="002D6B01">
              <w:rPr>
                <w:rFonts w:eastAsia="Arial"/>
                <w:sz w:val="20"/>
                <w:szCs w:val="20"/>
              </w:rPr>
              <w:t xml:space="preserve"> </w:t>
            </w:r>
            <w:proofErr w:type="spellStart"/>
            <w:r w:rsidRPr="002D6B01">
              <w:rPr>
                <w:rFonts w:eastAsia="Arial"/>
                <w:sz w:val="20"/>
                <w:szCs w:val="20"/>
              </w:rPr>
              <w:t>numerike</w:t>
            </w:r>
            <w:proofErr w:type="spellEnd"/>
          </w:p>
          <w:p w:rsidR="00C84338" w:rsidRPr="002D6B01" w:rsidRDefault="00C84338">
            <w:pPr>
              <w:rPr>
                <w:rFonts w:eastAsia="Arial"/>
                <w:sz w:val="20"/>
                <w:szCs w:val="20"/>
              </w:rPr>
            </w:pPr>
          </w:p>
          <w:p w:rsidR="00C84338" w:rsidRPr="002D6B01" w:rsidRDefault="00C84338">
            <w:pPr>
              <w:rPr>
                <w:rFonts w:eastAsia="Arial"/>
                <w:sz w:val="20"/>
                <w:szCs w:val="20"/>
              </w:rPr>
            </w:pPr>
            <w:r w:rsidRPr="002D6B01">
              <w:rPr>
                <w:rFonts w:eastAsia="Arial"/>
                <w:sz w:val="20"/>
                <w:szCs w:val="20"/>
              </w:rPr>
              <w:t>TEMA 2:</w:t>
            </w:r>
          </w:p>
          <w:p w:rsidR="00C84338" w:rsidRPr="002D6B01" w:rsidRDefault="00C84338">
            <w:pPr>
              <w:rPr>
                <w:sz w:val="20"/>
                <w:szCs w:val="20"/>
              </w:rPr>
            </w:pPr>
          </w:p>
          <w:p w:rsidR="00516D86" w:rsidRPr="002D6B01" w:rsidRDefault="00000000">
            <w:pPr>
              <w:rPr>
                <w:sz w:val="20"/>
                <w:szCs w:val="20"/>
              </w:rPr>
            </w:pPr>
            <w:r w:rsidRPr="002D6B01">
              <w:rPr>
                <w:rFonts w:eastAsia="Arial"/>
                <w:sz w:val="20"/>
                <w:szCs w:val="20"/>
              </w:rPr>
              <w:t>1</w:t>
            </w:r>
            <w:r w:rsidR="002D6B01">
              <w:rPr>
                <w:rFonts w:eastAsia="Arial"/>
                <w:sz w:val="20"/>
                <w:szCs w:val="20"/>
              </w:rPr>
              <w:t>4</w:t>
            </w:r>
            <w:r w:rsidRPr="002D6B01">
              <w:rPr>
                <w:rFonts w:eastAsia="Arial"/>
                <w:sz w:val="20"/>
                <w:szCs w:val="20"/>
              </w:rPr>
              <w:t>. Shprehje identike, shndërrime identike dhe identitete</w:t>
            </w:r>
          </w:p>
          <w:p w:rsidR="00516D86" w:rsidRPr="002D6B01" w:rsidRDefault="00000000">
            <w:pPr>
              <w:rPr>
                <w:sz w:val="20"/>
                <w:szCs w:val="20"/>
              </w:rPr>
            </w:pPr>
            <w:r w:rsidRPr="002D6B01">
              <w:rPr>
                <w:rFonts w:eastAsia="Arial"/>
                <w:sz w:val="20"/>
                <w:szCs w:val="20"/>
              </w:rPr>
              <w:t>1</w:t>
            </w:r>
            <w:r w:rsidR="002D6B01">
              <w:rPr>
                <w:rFonts w:eastAsia="Arial"/>
                <w:sz w:val="20"/>
                <w:szCs w:val="20"/>
              </w:rPr>
              <w:t>5</w:t>
            </w:r>
            <w:r w:rsidRPr="002D6B01">
              <w:rPr>
                <w:rFonts w:eastAsia="Arial"/>
                <w:sz w:val="20"/>
                <w:szCs w:val="20"/>
              </w:rPr>
              <w:t>. Monomi. Reduktimi i monomeve të ngjashme</w:t>
            </w:r>
          </w:p>
          <w:p w:rsidR="00516D86" w:rsidRPr="002D6B01" w:rsidRDefault="00000000">
            <w:pPr>
              <w:rPr>
                <w:sz w:val="20"/>
                <w:szCs w:val="20"/>
              </w:rPr>
            </w:pPr>
            <w:r w:rsidRPr="002D6B01">
              <w:rPr>
                <w:rFonts w:eastAsia="Arial"/>
                <w:sz w:val="20"/>
                <w:szCs w:val="20"/>
              </w:rPr>
              <w:t>1</w:t>
            </w:r>
            <w:r w:rsidR="002D6B01">
              <w:rPr>
                <w:rFonts w:eastAsia="Arial"/>
                <w:sz w:val="20"/>
                <w:szCs w:val="20"/>
              </w:rPr>
              <w:t>6</w:t>
            </w:r>
            <w:r w:rsidRPr="002D6B01">
              <w:rPr>
                <w:rFonts w:eastAsia="Arial"/>
                <w:sz w:val="20"/>
                <w:szCs w:val="20"/>
              </w:rPr>
              <w:t>. Polinomi. Shuma dhe ndryshimi i polinomeve</w:t>
            </w:r>
          </w:p>
          <w:p w:rsidR="002D6B01" w:rsidRDefault="00000000">
            <w:pPr>
              <w:rPr>
                <w:rFonts w:eastAsia="Arial"/>
                <w:sz w:val="20"/>
                <w:szCs w:val="20"/>
              </w:rPr>
            </w:pPr>
            <w:r w:rsidRPr="002D6B01">
              <w:rPr>
                <w:rFonts w:eastAsia="Arial"/>
                <w:sz w:val="20"/>
                <w:szCs w:val="20"/>
              </w:rPr>
              <w:t>1</w:t>
            </w:r>
            <w:r w:rsidR="002D6B01">
              <w:rPr>
                <w:rFonts w:eastAsia="Arial"/>
                <w:sz w:val="20"/>
                <w:szCs w:val="20"/>
              </w:rPr>
              <w:t>7</w:t>
            </w:r>
            <w:r w:rsidRPr="002D6B01">
              <w:rPr>
                <w:rFonts w:eastAsia="Arial"/>
                <w:sz w:val="20"/>
                <w:szCs w:val="20"/>
              </w:rPr>
              <w:t xml:space="preserve">. Ushtrime </w:t>
            </w:r>
          </w:p>
          <w:p w:rsidR="00516D86" w:rsidRPr="002D6B01" w:rsidRDefault="00000000">
            <w:pPr>
              <w:rPr>
                <w:sz w:val="20"/>
                <w:szCs w:val="20"/>
              </w:rPr>
            </w:pPr>
            <w:r w:rsidRPr="002D6B01">
              <w:rPr>
                <w:rFonts w:eastAsia="Arial"/>
                <w:sz w:val="20"/>
                <w:szCs w:val="20"/>
              </w:rPr>
              <w:t>1</w:t>
            </w:r>
            <w:r w:rsidR="002D6B01">
              <w:rPr>
                <w:rFonts w:eastAsia="Arial"/>
                <w:sz w:val="20"/>
                <w:szCs w:val="20"/>
              </w:rPr>
              <w:t>8</w:t>
            </w:r>
            <w:r w:rsidRPr="002D6B01">
              <w:rPr>
                <w:rFonts w:eastAsia="Arial"/>
                <w:sz w:val="20"/>
                <w:szCs w:val="20"/>
              </w:rPr>
              <w:t>. Shumëzimi i monomit me polinom. Nxjerrja e faktorit të përbashkët</w:t>
            </w:r>
          </w:p>
          <w:p w:rsidR="00516D86" w:rsidRPr="002D6B01" w:rsidRDefault="00000000">
            <w:pPr>
              <w:rPr>
                <w:sz w:val="20"/>
                <w:szCs w:val="20"/>
              </w:rPr>
            </w:pPr>
            <w:r w:rsidRPr="002D6B01">
              <w:rPr>
                <w:rFonts w:eastAsia="Arial"/>
                <w:sz w:val="20"/>
                <w:szCs w:val="20"/>
              </w:rPr>
              <w:t>1</w:t>
            </w:r>
            <w:r w:rsidR="002D6B01">
              <w:rPr>
                <w:rFonts w:eastAsia="Arial"/>
                <w:sz w:val="20"/>
                <w:szCs w:val="20"/>
              </w:rPr>
              <w:t>9</w:t>
            </w:r>
            <w:r w:rsidRPr="002D6B01">
              <w:rPr>
                <w:rFonts w:eastAsia="Arial"/>
                <w:sz w:val="20"/>
                <w:szCs w:val="20"/>
              </w:rPr>
              <w:t>. Shumëzimi i dy polinomeve</w:t>
            </w:r>
          </w:p>
          <w:p w:rsidR="00516D86" w:rsidRDefault="002D6B01">
            <w:pPr>
              <w:rPr>
                <w:rFonts w:eastAsia="Arial"/>
                <w:sz w:val="20"/>
                <w:szCs w:val="20"/>
              </w:rPr>
            </w:pPr>
            <w:r w:rsidRPr="002D6B01">
              <w:rPr>
                <w:rFonts w:eastAsia="Arial"/>
                <w:sz w:val="20"/>
                <w:szCs w:val="20"/>
                <w:lang w:val="en-US"/>
              </w:rPr>
              <w:t>20</w:t>
            </w:r>
            <w:r w:rsidR="00000000" w:rsidRPr="002D6B01">
              <w:rPr>
                <w:rFonts w:eastAsia="Arial"/>
                <w:sz w:val="20"/>
                <w:szCs w:val="20"/>
                <w:lang w:val="en-US"/>
              </w:rPr>
              <w:t xml:space="preserve">. </w:t>
            </w:r>
            <w:proofErr w:type="spellStart"/>
            <w:r w:rsidR="00000000" w:rsidRPr="002D6B01">
              <w:rPr>
                <w:rFonts w:eastAsia="Arial"/>
                <w:sz w:val="20"/>
                <w:szCs w:val="20"/>
                <w:lang w:val="en-US"/>
              </w:rPr>
              <w:t>Faktorizimi</w:t>
            </w:r>
            <w:proofErr w:type="spellEnd"/>
            <w:r w:rsidR="00000000" w:rsidRPr="002D6B01">
              <w:rPr>
                <w:rFonts w:eastAsia="Arial"/>
                <w:sz w:val="20"/>
                <w:szCs w:val="20"/>
                <w:lang w:val="en-US"/>
              </w:rPr>
              <w:t xml:space="preserve"> me </w:t>
            </w:r>
            <w:proofErr w:type="spellStart"/>
            <w:r w:rsidR="00000000" w:rsidRPr="002D6B01">
              <w:rPr>
                <w:rFonts w:eastAsia="Arial"/>
                <w:sz w:val="20"/>
                <w:szCs w:val="20"/>
                <w:lang w:val="en-US"/>
              </w:rPr>
              <w:t>grupim</w:t>
            </w:r>
            <w:proofErr w:type="spellEnd"/>
          </w:p>
          <w:p w:rsidR="002D6B01" w:rsidRPr="002D6B01" w:rsidRDefault="002D6B01">
            <w:pPr>
              <w:rPr>
                <w:sz w:val="20"/>
                <w:szCs w:val="20"/>
                <w:lang w:val="de-DE"/>
              </w:rPr>
            </w:pPr>
            <w:r w:rsidRPr="002D6B01">
              <w:rPr>
                <w:rFonts w:eastAsia="Arial"/>
                <w:sz w:val="20"/>
                <w:szCs w:val="20"/>
                <w:lang w:val="de-DE"/>
              </w:rPr>
              <w:t xml:space="preserve">21. </w:t>
            </w:r>
            <w:proofErr w:type="spellStart"/>
            <w:r w:rsidRPr="002D6B01">
              <w:rPr>
                <w:rFonts w:eastAsia="Arial"/>
                <w:sz w:val="20"/>
                <w:szCs w:val="20"/>
                <w:lang w:val="de-DE"/>
              </w:rPr>
              <w:t>Ushtrime</w:t>
            </w:r>
            <w:proofErr w:type="spellEnd"/>
          </w:p>
          <w:p w:rsidR="00516D86" w:rsidRPr="002D6B01" w:rsidRDefault="00000000">
            <w:pPr>
              <w:rPr>
                <w:sz w:val="20"/>
                <w:szCs w:val="20"/>
                <w:lang w:val="de-DE"/>
              </w:rPr>
            </w:pPr>
            <w:r w:rsidRPr="002D6B01">
              <w:rPr>
                <w:rFonts w:eastAsia="Arial"/>
                <w:sz w:val="20"/>
                <w:szCs w:val="20"/>
                <w:lang w:val="de-DE"/>
              </w:rPr>
              <w:t>2</w:t>
            </w:r>
            <w:r w:rsidR="002D6B01">
              <w:rPr>
                <w:rFonts w:eastAsia="Arial"/>
                <w:sz w:val="20"/>
                <w:szCs w:val="20"/>
                <w:lang w:val="de-DE"/>
              </w:rPr>
              <w:t>2</w:t>
            </w:r>
            <w:r w:rsidRPr="002D6B01">
              <w:rPr>
                <w:rFonts w:eastAsia="Arial"/>
                <w:sz w:val="20"/>
                <w:szCs w:val="20"/>
                <w:lang w:val="de-DE"/>
              </w:rPr>
              <w:t xml:space="preserve">. </w:t>
            </w:r>
            <w:proofErr w:type="spellStart"/>
            <w:r w:rsidRPr="002D6B01">
              <w:rPr>
                <w:rFonts w:eastAsia="Arial"/>
                <w:sz w:val="20"/>
                <w:szCs w:val="20"/>
                <w:lang w:val="de-DE"/>
              </w:rPr>
              <w:t>Katrori</w:t>
            </w:r>
            <w:proofErr w:type="spellEnd"/>
            <w:r w:rsidRPr="002D6B01">
              <w:rPr>
                <w:rFonts w:eastAsia="Arial"/>
                <w:sz w:val="20"/>
                <w:szCs w:val="20"/>
                <w:lang w:val="de-DE"/>
              </w:rPr>
              <w:t xml:space="preserve"> i </w:t>
            </w:r>
            <w:proofErr w:type="spellStart"/>
            <w:r w:rsidRPr="002D6B01">
              <w:rPr>
                <w:rFonts w:eastAsia="Arial"/>
                <w:sz w:val="20"/>
                <w:szCs w:val="20"/>
                <w:lang w:val="de-DE"/>
              </w:rPr>
              <w:t>binomit</w:t>
            </w:r>
            <w:proofErr w:type="spellEnd"/>
          </w:p>
          <w:p w:rsidR="002D6B01" w:rsidRPr="002D6B01" w:rsidRDefault="00000000">
            <w:pPr>
              <w:rPr>
                <w:rFonts w:eastAsia="Arial"/>
                <w:sz w:val="20"/>
                <w:szCs w:val="20"/>
                <w:lang w:val="de-DE"/>
              </w:rPr>
            </w:pPr>
            <w:r w:rsidRPr="002D6B01">
              <w:rPr>
                <w:rFonts w:eastAsia="Arial"/>
                <w:sz w:val="20"/>
                <w:szCs w:val="20"/>
                <w:lang w:val="de-DE"/>
              </w:rPr>
              <w:t>2</w:t>
            </w:r>
            <w:r w:rsidR="002D6B01">
              <w:rPr>
                <w:rFonts w:eastAsia="Arial"/>
                <w:sz w:val="20"/>
                <w:szCs w:val="20"/>
                <w:lang w:val="de-DE"/>
              </w:rPr>
              <w:t>3</w:t>
            </w:r>
            <w:r w:rsidRPr="002D6B01">
              <w:rPr>
                <w:rFonts w:eastAsia="Arial"/>
                <w:sz w:val="20"/>
                <w:szCs w:val="20"/>
                <w:lang w:val="de-DE"/>
              </w:rPr>
              <w:t xml:space="preserve">. </w:t>
            </w:r>
            <w:proofErr w:type="spellStart"/>
            <w:r w:rsidRPr="002D6B01">
              <w:rPr>
                <w:rFonts w:eastAsia="Arial"/>
                <w:sz w:val="20"/>
                <w:szCs w:val="20"/>
                <w:lang w:val="de-DE"/>
              </w:rPr>
              <w:t>Faktorizime</w:t>
            </w:r>
            <w:proofErr w:type="spellEnd"/>
            <w:r w:rsidRPr="002D6B01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2D6B01">
              <w:rPr>
                <w:rFonts w:eastAsia="Arial"/>
                <w:sz w:val="20"/>
                <w:szCs w:val="20"/>
                <w:lang w:val="de-DE"/>
              </w:rPr>
              <w:t>me</w:t>
            </w:r>
            <w:proofErr w:type="spellEnd"/>
            <w:r w:rsidRPr="002D6B01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2D6B01">
              <w:rPr>
                <w:rFonts w:eastAsia="Arial"/>
                <w:sz w:val="20"/>
                <w:szCs w:val="20"/>
                <w:lang w:val="de-DE"/>
              </w:rPr>
              <w:t>anë</w:t>
            </w:r>
            <w:proofErr w:type="spellEnd"/>
            <w:r w:rsidRPr="002D6B01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2D6B01">
              <w:rPr>
                <w:rFonts w:eastAsia="Arial"/>
                <w:sz w:val="20"/>
                <w:szCs w:val="20"/>
                <w:lang w:val="de-DE"/>
              </w:rPr>
              <w:t>të</w:t>
            </w:r>
            <w:proofErr w:type="spellEnd"/>
            <w:r w:rsidRPr="002D6B01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2D6B01">
              <w:rPr>
                <w:rFonts w:eastAsia="Arial"/>
                <w:sz w:val="20"/>
                <w:szCs w:val="20"/>
                <w:lang w:val="de-DE"/>
              </w:rPr>
              <w:t>formulës</w:t>
            </w:r>
            <w:proofErr w:type="spellEnd"/>
            <w:r w:rsidRPr="002D6B01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2D6B01">
              <w:rPr>
                <w:rFonts w:eastAsia="Arial"/>
                <w:sz w:val="20"/>
                <w:szCs w:val="20"/>
                <w:lang w:val="de-DE"/>
              </w:rPr>
              <w:t>së</w:t>
            </w:r>
            <w:proofErr w:type="spellEnd"/>
            <w:r w:rsidRPr="002D6B01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2D6B01">
              <w:rPr>
                <w:rFonts w:eastAsia="Arial"/>
                <w:sz w:val="20"/>
                <w:szCs w:val="20"/>
                <w:lang w:val="de-DE"/>
              </w:rPr>
              <w:t>binomit</w:t>
            </w:r>
            <w:proofErr w:type="spellEnd"/>
          </w:p>
          <w:p w:rsidR="00516D86" w:rsidRPr="002D6B01" w:rsidRDefault="00000000">
            <w:pPr>
              <w:rPr>
                <w:sz w:val="20"/>
                <w:szCs w:val="20"/>
                <w:lang w:val="de-DE"/>
              </w:rPr>
            </w:pPr>
            <w:r w:rsidRPr="002D6B01">
              <w:rPr>
                <w:rFonts w:eastAsia="Arial"/>
                <w:sz w:val="20"/>
                <w:szCs w:val="20"/>
                <w:lang w:val="de-DE"/>
              </w:rPr>
              <w:t>2</w:t>
            </w:r>
            <w:r w:rsidR="002D6B01">
              <w:rPr>
                <w:rFonts w:eastAsia="Arial"/>
                <w:sz w:val="20"/>
                <w:szCs w:val="20"/>
                <w:lang w:val="de-DE"/>
              </w:rPr>
              <w:t>4.</w:t>
            </w:r>
            <w:r w:rsidRPr="002D6B01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2D6B01">
              <w:rPr>
                <w:rFonts w:eastAsia="Arial"/>
                <w:sz w:val="20"/>
                <w:szCs w:val="20"/>
                <w:lang w:val="de-DE"/>
              </w:rPr>
              <w:t>Diferenca</w:t>
            </w:r>
            <w:proofErr w:type="spellEnd"/>
            <w:r w:rsidRPr="002D6B01">
              <w:rPr>
                <w:rFonts w:eastAsia="Arial"/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2D6B01">
              <w:rPr>
                <w:rFonts w:eastAsia="Arial"/>
                <w:sz w:val="20"/>
                <w:szCs w:val="20"/>
                <w:lang w:val="de-DE"/>
              </w:rPr>
              <w:t>katrorëve</w:t>
            </w:r>
            <w:proofErr w:type="spellEnd"/>
            <w:r w:rsidRPr="002D6B01">
              <w:rPr>
                <w:rFonts w:eastAsia="Arial"/>
                <w:sz w:val="20"/>
                <w:szCs w:val="20"/>
                <w:lang w:val="de-DE"/>
              </w:rPr>
              <w:t xml:space="preserve">. </w:t>
            </w:r>
            <w:proofErr w:type="spellStart"/>
            <w:r w:rsidRPr="002D6B01">
              <w:rPr>
                <w:rFonts w:eastAsia="Arial"/>
                <w:sz w:val="20"/>
                <w:szCs w:val="20"/>
                <w:lang w:val="de-DE"/>
              </w:rPr>
              <w:t>Faktorizimi</w:t>
            </w:r>
            <w:proofErr w:type="spellEnd"/>
          </w:p>
          <w:p w:rsidR="00516D86" w:rsidRPr="002D6B01" w:rsidRDefault="00000000">
            <w:pPr>
              <w:rPr>
                <w:sz w:val="20"/>
                <w:szCs w:val="20"/>
                <w:lang w:val="en-US"/>
              </w:rPr>
            </w:pPr>
            <w:r w:rsidRPr="002D6B01">
              <w:rPr>
                <w:rFonts w:eastAsia="Arial"/>
                <w:sz w:val="20"/>
                <w:szCs w:val="20"/>
                <w:lang w:val="en-US"/>
              </w:rPr>
              <w:t>2</w:t>
            </w:r>
            <w:r w:rsidR="002D6B01" w:rsidRPr="002D6B01">
              <w:rPr>
                <w:rFonts w:eastAsia="Arial"/>
                <w:sz w:val="20"/>
                <w:szCs w:val="20"/>
                <w:lang w:val="en-US"/>
              </w:rPr>
              <w:t>5.</w:t>
            </w:r>
            <w:r w:rsidRPr="002D6B01">
              <w:rPr>
                <w:rFonts w:eastAsia="Arial"/>
                <w:sz w:val="20"/>
                <w:szCs w:val="20"/>
                <w:lang w:val="en-US"/>
              </w:rPr>
              <w:t xml:space="preserve"> Kubi </w:t>
            </w:r>
            <w:proofErr w:type="spellStart"/>
            <w:r w:rsidRPr="002D6B01">
              <w:rPr>
                <w:rFonts w:eastAsia="Arial"/>
                <w:sz w:val="20"/>
                <w:szCs w:val="20"/>
                <w:lang w:val="en-US"/>
              </w:rPr>
              <w:t>i</w:t>
            </w:r>
            <w:proofErr w:type="spellEnd"/>
            <w:r w:rsidRPr="002D6B01">
              <w:rPr>
                <w:rFonts w:eastAsia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6B01">
              <w:rPr>
                <w:rFonts w:eastAsia="Arial"/>
                <w:sz w:val="20"/>
                <w:szCs w:val="20"/>
                <w:lang w:val="en-US"/>
              </w:rPr>
              <w:t>shumës</w:t>
            </w:r>
            <w:proofErr w:type="spellEnd"/>
            <w:r w:rsidRPr="002D6B01">
              <w:rPr>
                <w:rFonts w:eastAsia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6B01">
              <w:rPr>
                <w:rFonts w:eastAsia="Arial"/>
                <w:sz w:val="20"/>
                <w:szCs w:val="20"/>
                <w:lang w:val="en-US"/>
              </w:rPr>
              <w:t>dhe</w:t>
            </w:r>
            <w:proofErr w:type="spellEnd"/>
            <w:r w:rsidRPr="002D6B01">
              <w:rPr>
                <w:rFonts w:eastAsia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6B01">
              <w:rPr>
                <w:rFonts w:eastAsia="Arial"/>
                <w:sz w:val="20"/>
                <w:szCs w:val="20"/>
                <w:lang w:val="en-US"/>
              </w:rPr>
              <w:t>ndryshimit</w:t>
            </w:r>
            <w:proofErr w:type="spellEnd"/>
          </w:p>
          <w:p w:rsidR="00516D86" w:rsidRPr="002D6B01" w:rsidRDefault="00000000">
            <w:pPr>
              <w:rPr>
                <w:sz w:val="20"/>
                <w:szCs w:val="20"/>
              </w:rPr>
            </w:pPr>
            <w:r w:rsidRPr="002D6B01">
              <w:rPr>
                <w:rFonts w:eastAsia="Arial"/>
                <w:sz w:val="20"/>
                <w:szCs w:val="20"/>
              </w:rPr>
              <w:t>2</w:t>
            </w:r>
            <w:r w:rsidR="002D6B01">
              <w:rPr>
                <w:rFonts w:eastAsia="Arial"/>
                <w:sz w:val="20"/>
                <w:szCs w:val="20"/>
              </w:rPr>
              <w:t>6.</w:t>
            </w:r>
            <w:r w:rsidRPr="002D6B01">
              <w:rPr>
                <w:rFonts w:eastAsia="Arial"/>
                <w:sz w:val="20"/>
                <w:szCs w:val="20"/>
              </w:rPr>
              <w:t xml:space="preserve"> Faktorizime me identitetet a³+b³ dhe a³−b³</w:t>
            </w:r>
          </w:p>
          <w:p w:rsidR="00516D86" w:rsidRPr="002D6B01" w:rsidRDefault="00000000">
            <w:pPr>
              <w:rPr>
                <w:sz w:val="20"/>
                <w:szCs w:val="20"/>
              </w:rPr>
            </w:pPr>
            <w:r w:rsidRPr="002D6B01">
              <w:rPr>
                <w:rFonts w:eastAsia="Arial"/>
                <w:sz w:val="20"/>
                <w:szCs w:val="20"/>
              </w:rPr>
              <w:t>2</w:t>
            </w:r>
            <w:r w:rsidR="002D6B01">
              <w:rPr>
                <w:rFonts w:eastAsia="Arial"/>
                <w:sz w:val="20"/>
                <w:szCs w:val="20"/>
              </w:rPr>
              <w:t>7</w:t>
            </w:r>
            <w:r w:rsidRPr="002D6B01">
              <w:rPr>
                <w:rFonts w:eastAsia="Arial"/>
                <w:sz w:val="20"/>
                <w:szCs w:val="20"/>
              </w:rPr>
              <w:t xml:space="preserve">. Ushtrime </w:t>
            </w:r>
          </w:p>
          <w:p w:rsidR="00516D86" w:rsidRPr="002D6B01" w:rsidRDefault="00000000">
            <w:pPr>
              <w:rPr>
                <w:sz w:val="20"/>
                <w:szCs w:val="20"/>
              </w:rPr>
            </w:pPr>
            <w:r w:rsidRPr="002D6B01">
              <w:rPr>
                <w:rFonts w:eastAsia="Arial"/>
                <w:sz w:val="20"/>
                <w:szCs w:val="20"/>
              </w:rPr>
              <w:t>2</w:t>
            </w:r>
            <w:r w:rsidR="002D6B01">
              <w:rPr>
                <w:rFonts w:eastAsia="Arial"/>
                <w:sz w:val="20"/>
                <w:szCs w:val="20"/>
              </w:rPr>
              <w:t>8</w:t>
            </w:r>
            <w:r w:rsidRPr="002D6B01">
              <w:rPr>
                <w:rFonts w:eastAsia="Arial"/>
                <w:sz w:val="20"/>
                <w:szCs w:val="20"/>
              </w:rPr>
              <w:t>. SHMVP i polinomeve</w:t>
            </w:r>
          </w:p>
          <w:p w:rsidR="00516D86" w:rsidRPr="002D6B01" w:rsidRDefault="002D6B01">
            <w:pPr>
              <w:rPr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29</w:t>
            </w:r>
            <w:r w:rsidR="00000000" w:rsidRPr="002D6B01">
              <w:rPr>
                <w:rFonts w:eastAsia="Arial"/>
                <w:sz w:val="20"/>
                <w:szCs w:val="20"/>
              </w:rPr>
              <w:t>. Thyesat algjebrike racionale</w:t>
            </w:r>
          </w:p>
          <w:p w:rsidR="00516D86" w:rsidRPr="002D6B01" w:rsidRDefault="002D6B01">
            <w:pPr>
              <w:rPr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30</w:t>
            </w:r>
            <w:r w:rsidR="00000000" w:rsidRPr="002D6B01">
              <w:rPr>
                <w:rFonts w:eastAsia="Arial"/>
                <w:sz w:val="20"/>
                <w:szCs w:val="20"/>
              </w:rPr>
              <w:t>. Thjeshtimi i thyesave racionale</w:t>
            </w:r>
          </w:p>
          <w:p w:rsidR="00516D86" w:rsidRPr="002D6B01" w:rsidRDefault="002D6B01">
            <w:pPr>
              <w:rPr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31</w:t>
            </w:r>
            <w:r w:rsidR="00000000" w:rsidRPr="002D6B01">
              <w:rPr>
                <w:rFonts w:eastAsia="Arial"/>
                <w:sz w:val="20"/>
                <w:szCs w:val="20"/>
              </w:rPr>
              <w:t xml:space="preserve">. Mbledhja dhe zbritja e </w:t>
            </w:r>
            <w:r w:rsidR="00000000" w:rsidRPr="002D6B01">
              <w:rPr>
                <w:rFonts w:eastAsia="Arial"/>
                <w:sz w:val="20"/>
                <w:szCs w:val="20"/>
              </w:rPr>
              <w:lastRenderedPageBreak/>
              <w:t>thyesave algjebrike</w:t>
            </w:r>
          </w:p>
          <w:p w:rsidR="00516D86" w:rsidRPr="002D6B01" w:rsidRDefault="00000000">
            <w:pPr>
              <w:rPr>
                <w:sz w:val="20"/>
                <w:szCs w:val="20"/>
              </w:rPr>
            </w:pPr>
            <w:r w:rsidRPr="002D6B01">
              <w:rPr>
                <w:rFonts w:eastAsia="Arial"/>
                <w:sz w:val="20"/>
                <w:szCs w:val="20"/>
              </w:rPr>
              <w:t>3</w:t>
            </w:r>
            <w:r w:rsidR="002D6B01">
              <w:rPr>
                <w:rFonts w:eastAsia="Arial"/>
                <w:sz w:val="20"/>
                <w:szCs w:val="20"/>
              </w:rPr>
              <w:t>2</w:t>
            </w:r>
            <w:r w:rsidRPr="002D6B01">
              <w:rPr>
                <w:rFonts w:eastAsia="Arial"/>
                <w:sz w:val="20"/>
                <w:szCs w:val="20"/>
              </w:rPr>
              <w:t>. Shumëzimi dhe pjesëtimi i thyesave algjebrike</w:t>
            </w:r>
          </w:p>
          <w:p w:rsidR="00516D86" w:rsidRPr="002D6B01" w:rsidRDefault="00000000">
            <w:pPr>
              <w:rPr>
                <w:sz w:val="20"/>
                <w:szCs w:val="20"/>
              </w:rPr>
            </w:pPr>
            <w:r w:rsidRPr="002D6B01">
              <w:rPr>
                <w:rFonts w:eastAsia="Arial"/>
                <w:sz w:val="20"/>
                <w:szCs w:val="20"/>
              </w:rPr>
              <w:t>3</w:t>
            </w:r>
            <w:r w:rsidR="002D6B01">
              <w:rPr>
                <w:rFonts w:eastAsia="Arial"/>
                <w:sz w:val="20"/>
                <w:szCs w:val="20"/>
              </w:rPr>
              <w:t>3</w:t>
            </w:r>
            <w:r w:rsidRPr="002D6B01">
              <w:rPr>
                <w:rFonts w:eastAsia="Arial"/>
                <w:sz w:val="20"/>
                <w:szCs w:val="20"/>
              </w:rPr>
              <w:t xml:space="preserve">. </w:t>
            </w:r>
            <w:proofErr w:type="spellStart"/>
            <w:r w:rsidRPr="002D6B01">
              <w:rPr>
                <w:rFonts w:eastAsia="Arial"/>
                <w:sz w:val="20"/>
                <w:szCs w:val="20"/>
              </w:rPr>
              <w:t>Shprehje</w:t>
            </w:r>
            <w:proofErr w:type="spellEnd"/>
            <w:r w:rsidRPr="002D6B01">
              <w:rPr>
                <w:rFonts w:eastAsia="Arial"/>
                <w:sz w:val="20"/>
                <w:szCs w:val="20"/>
              </w:rPr>
              <w:t xml:space="preserve"> me </w:t>
            </w:r>
            <w:proofErr w:type="spellStart"/>
            <w:r w:rsidRPr="002D6B01">
              <w:rPr>
                <w:rFonts w:eastAsia="Arial"/>
                <w:sz w:val="20"/>
                <w:szCs w:val="20"/>
              </w:rPr>
              <w:t>katër</w:t>
            </w:r>
            <w:proofErr w:type="spellEnd"/>
            <w:r w:rsidRPr="002D6B01">
              <w:rPr>
                <w:rFonts w:eastAsia="Arial"/>
                <w:sz w:val="20"/>
                <w:szCs w:val="20"/>
              </w:rPr>
              <w:t xml:space="preserve"> </w:t>
            </w:r>
            <w:proofErr w:type="spellStart"/>
            <w:r w:rsidRPr="002D6B01">
              <w:rPr>
                <w:rFonts w:eastAsia="Arial"/>
                <w:sz w:val="20"/>
                <w:szCs w:val="20"/>
              </w:rPr>
              <w:t>veprime</w:t>
            </w:r>
            <w:proofErr w:type="spellEnd"/>
          </w:p>
          <w:p w:rsidR="00516D86" w:rsidRPr="002D6B01" w:rsidRDefault="00000000">
            <w:pPr>
              <w:rPr>
                <w:sz w:val="20"/>
                <w:szCs w:val="20"/>
              </w:rPr>
            </w:pPr>
            <w:r w:rsidRPr="002D6B01">
              <w:rPr>
                <w:rFonts w:eastAsia="Arial"/>
                <w:sz w:val="20"/>
                <w:szCs w:val="20"/>
              </w:rPr>
              <w:t>3</w:t>
            </w:r>
            <w:r w:rsidR="002D6B01">
              <w:rPr>
                <w:rFonts w:eastAsia="Arial"/>
                <w:sz w:val="20"/>
                <w:szCs w:val="20"/>
              </w:rPr>
              <w:t>4</w:t>
            </w:r>
            <w:r w:rsidRPr="002D6B01">
              <w:rPr>
                <w:rFonts w:eastAsia="Arial"/>
                <w:sz w:val="20"/>
                <w:szCs w:val="20"/>
              </w:rPr>
              <w:t>. Test – vlerësim përmbledhës</w:t>
            </w:r>
          </w:p>
          <w:p w:rsidR="00516D86" w:rsidRPr="002D6B01" w:rsidRDefault="00516D8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16D86" w:rsidRPr="002D6B01" w:rsidRDefault="00000000">
            <w:pPr>
              <w:jc w:val="center"/>
              <w:rPr>
                <w:sz w:val="20"/>
                <w:szCs w:val="20"/>
              </w:rPr>
            </w:pPr>
            <w:r w:rsidRPr="002D6B01">
              <w:rPr>
                <w:rFonts w:eastAsia="Arial"/>
                <w:b/>
                <w:sz w:val="20"/>
                <w:szCs w:val="20"/>
              </w:rPr>
              <w:lastRenderedPageBreak/>
              <w:t>34 orë</w:t>
            </w:r>
          </w:p>
        </w:tc>
        <w:tc>
          <w:tcPr>
            <w:tcW w:w="18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16D86" w:rsidRPr="002D6B01" w:rsidRDefault="00000000">
            <w:pPr>
              <w:rPr>
                <w:rFonts w:eastAsia="Arial"/>
                <w:sz w:val="20"/>
                <w:szCs w:val="20"/>
              </w:rPr>
            </w:pPr>
            <w:r w:rsidRPr="002D6B01">
              <w:rPr>
                <w:rFonts w:eastAsia="Arial"/>
                <w:sz w:val="20"/>
                <w:szCs w:val="20"/>
              </w:rPr>
              <w:t xml:space="preserve">Mësimdhënie dhe nxënie me nxënësin </w:t>
            </w:r>
            <w:proofErr w:type="spellStart"/>
            <w:r w:rsidRPr="002D6B01">
              <w:rPr>
                <w:rFonts w:eastAsia="Arial"/>
                <w:sz w:val="20"/>
                <w:szCs w:val="20"/>
              </w:rPr>
              <w:t>në</w:t>
            </w:r>
            <w:proofErr w:type="spellEnd"/>
            <w:r w:rsidRPr="002D6B01">
              <w:rPr>
                <w:rFonts w:eastAsia="Arial"/>
                <w:sz w:val="20"/>
                <w:szCs w:val="20"/>
              </w:rPr>
              <w:t xml:space="preserve"> </w:t>
            </w:r>
            <w:proofErr w:type="spellStart"/>
            <w:r w:rsidRPr="002D6B01">
              <w:rPr>
                <w:rFonts w:eastAsia="Arial"/>
                <w:sz w:val="20"/>
                <w:szCs w:val="20"/>
              </w:rPr>
              <w:t>qendër</w:t>
            </w:r>
            <w:proofErr w:type="spellEnd"/>
            <w:r w:rsidRPr="002D6B01">
              <w:rPr>
                <w:rFonts w:eastAsia="Arial"/>
                <w:sz w:val="20"/>
                <w:szCs w:val="20"/>
              </w:rPr>
              <w:t xml:space="preserve"> </w:t>
            </w:r>
            <w:proofErr w:type="spellStart"/>
            <w:r w:rsidRPr="002D6B01">
              <w:rPr>
                <w:rFonts w:eastAsia="Arial"/>
                <w:sz w:val="20"/>
                <w:szCs w:val="20"/>
              </w:rPr>
              <w:t>dhe</w:t>
            </w:r>
            <w:proofErr w:type="spellEnd"/>
            <w:r w:rsidRPr="002D6B01">
              <w:rPr>
                <w:rFonts w:eastAsia="Arial"/>
                <w:sz w:val="20"/>
                <w:szCs w:val="20"/>
              </w:rPr>
              <w:t xml:space="preserve"> </w:t>
            </w:r>
            <w:proofErr w:type="spellStart"/>
            <w:r w:rsidRPr="002D6B01">
              <w:rPr>
                <w:rFonts w:eastAsia="Arial"/>
                <w:sz w:val="20"/>
                <w:szCs w:val="20"/>
              </w:rPr>
              <w:t>gjithëpërfshirëse</w:t>
            </w:r>
            <w:proofErr w:type="spellEnd"/>
            <w:r w:rsidRPr="002D6B01">
              <w:rPr>
                <w:rFonts w:eastAsia="Arial"/>
                <w:sz w:val="20"/>
                <w:szCs w:val="20"/>
              </w:rPr>
              <w:t>.</w:t>
            </w:r>
          </w:p>
          <w:p w:rsidR="004D4998" w:rsidRPr="002D6B01" w:rsidRDefault="004D4998">
            <w:pPr>
              <w:rPr>
                <w:sz w:val="20"/>
                <w:szCs w:val="20"/>
              </w:rPr>
            </w:pPr>
          </w:p>
          <w:p w:rsidR="00516D86" w:rsidRPr="002D6B01" w:rsidRDefault="00000000">
            <w:pPr>
              <w:rPr>
                <w:rFonts w:eastAsia="Arial"/>
                <w:sz w:val="20"/>
                <w:szCs w:val="20"/>
                <w:lang w:val="de-DE"/>
              </w:rPr>
            </w:pPr>
            <w:proofErr w:type="spellStart"/>
            <w:r w:rsidRPr="002D6B01">
              <w:rPr>
                <w:rFonts w:eastAsia="Arial"/>
                <w:sz w:val="20"/>
                <w:szCs w:val="20"/>
                <w:lang w:val="de-DE"/>
              </w:rPr>
              <w:t>Zgjidhje</w:t>
            </w:r>
            <w:proofErr w:type="spellEnd"/>
            <w:r w:rsidRPr="002D6B01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2D6B01">
              <w:rPr>
                <w:rFonts w:eastAsia="Arial"/>
                <w:sz w:val="20"/>
                <w:szCs w:val="20"/>
                <w:lang w:val="de-DE"/>
              </w:rPr>
              <w:t>problemesh</w:t>
            </w:r>
            <w:proofErr w:type="spellEnd"/>
            <w:r w:rsidRPr="002D6B01">
              <w:rPr>
                <w:rFonts w:eastAsia="Arial"/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2D6B01">
              <w:rPr>
                <w:rFonts w:eastAsia="Arial"/>
                <w:sz w:val="20"/>
                <w:szCs w:val="20"/>
                <w:lang w:val="de-DE"/>
              </w:rPr>
              <w:t>hulumtim</w:t>
            </w:r>
            <w:proofErr w:type="spellEnd"/>
            <w:r w:rsidRPr="002D6B01">
              <w:rPr>
                <w:rFonts w:eastAsia="Arial"/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2D6B01">
              <w:rPr>
                <w:rFonts w:eastAsia="Arial"/>
                <w:sz w:val="20"/>
                <w:szCs w:val="20"/>
                <w:lang w:val="de-DE"/>
              </w:rPr>
              <w:t>arsyetim</w:t>
            </w:r>
            <w:proofErr w:type="spellEnd"/>
            <w:r w:rsidRPr="002D6B01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2D6B01">
              <w:rPr>
                <w:rFonts w:eastAsia="Arial"/>
                <w:sz w:val="20"/>
                <w:szCs w:val="20"/>
                <w:lang w:val="de-DE"/>
              </w:rPr>
              <w:lastRenderedPageBreak/>
              <w:t>dhe</w:t>
            </w:r>
            <w:proofErr w:type="spellEnd"/>
            <w:r w:rsidRPr="002D6B01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2D6B01">
              <w:rPr>
                <w:rFonts w:eastAsia="Arial"/>
                <w:sz w:val="20"/>
                <w:szCs w:val="20"/>
                <w:lang w:val="de-DE"/>
              </w:rPr>
              <w:t>diskutim</w:t>
            </w:r>
            <w:proofErr w:type="spellEnd"/>
            <w:r w:rsidRPr="002D6B01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2D6B01">
              <w:rPr>
                <w:rFonts w:eastAsia="Arial"/>
                <w:sz w:val="20"/>
                <w:szCs w:val="20"/>
                <w:lang w:val="de-DE"/>
              </w:rPr>
              <w:t>matematikor</w:t>
            </w:r>
            <w:proofErr w:type="spellEnd"/>
            <w:r w:rsidRPr="002D6B01">
              <w:rPr>
                <w:rFonts w:eastAsia="Arial"/>
                <w:sz w:val="20"/>
                <w:szCs w:val="20"/>
                <w:lang w:val="de-DE"/>
              </w:rPr>
              <w:t>.</w:t>
            </w:r>
          </w:p>
          <w:p w:rsidR="004D4998" w:rsidRPr="002D6B01" w:rsidRDefault="004D4998">
            <w:pPr>
              <w:rPr>
                <w:sz w:val="20"/>
                <w:szCs w:val="20"/>
                <w:lang w:val="de-DE"/>
              </w:rPr>
            </w:pPr>
          </w:p>
          <w:p w:rsidR="00516D86" w:rsidRPr="002D6B01" w:rsidRDefault="00000000">
            <w:pPr>
              <w:rPr>
                <w:rFonts w:eastAsia="Arial"/>
                <w:sz w:val="20"/>
                <w:szCs w:val="20"/>
                <w:lang w:val="de-DE"/>
              </w:rPr>
            </w:pPr>
            <w:proofErr w:type="spellStart"/>
            <w:r w:rsidRPr="002D6B01">
              <w:rPr>
                <w:rFonts w:eastAsia="Arial"/>
                <w:sz w:val="20"/>
                <w:szCs w:val="20"/>
                <w:lang w:val="de-DE"/>
              </w:rPr>
              <w:t>Punë</w:t>
            </w:r>
            <w:proofErr w:type="spellEnd"/>
            <w:r w:rsidRPr="002D6B01">
              <w:rPr>
                <w:rFonts w:eastAsia="Arial"/>
                <w:sz w:val="20"/>
                <w:szCs w:val="20"/>
                <w:lang w:val="de-DE"/>
              </w:rPr>
              <w:t xml:space="preserve"> individuale, </w:t>
            </w:r>
            <w:proofErr w:type="spellStart"/>
            <w:r w:rsidRPr="002D6B01">
              <w:rPr>
                <w:rFonts w:eastAsia="Arial"/>
                <w:sz w:val="20"/>
                <w:szCs w:val="20"/>
                <w:lang w:val="de-DE"/>
              </w:rPr>
              <w:t>në</w:t>
            </w:r>
            <w:proofErr w:type="spellEnd"/>
            <w:r w:rsidRPr="002D6B01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2D6B01">
              <w:rPr>
                <w:rFonts w:eastAsia="Arial"/>
                <w:sz w:val="20"/>
                <w:szCs w:val="20"/>
                <w:lang w:val="de-DE"/>
              </w:rPr>
              <w:t>çifte</w:t>
            </w:r>
            <w:proofErr w:type="spellEnd"/>
            <w:r w:rsidRPr="002D6B01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2D6B01">
              <w:rPr>
                <w:rFonts w:eastAsia="Arial"/>
                <w:sz w:val="20"/>
                <w:szCs w:val="20"/>
                <w:lang w:val="de-DE"/>
              </w:rPr>
              <w:t>dhe</w:t>
            </w:r>
            <w:proofErr w:type="spellEnd"/>
            <w:r w:rsidRPr="002D6B01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2D6B01">
              <w:rPr>
                <w:rFonts w:eastAsia="Arial"/>
                <w:sz w:val="20"/>
                <w:szCs w:val="20"/>
                <w:lang w:val="de-DE"/>
              </w:rPr>
              <w:t>në</w:t>
            </w:r>
            <w:proofErr w:type="spellEnd"/>
            <w:r w:rsidRPr="002D6B01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2D6B01">
              <w:rPr>
                <w:rFonts w:eastAsia="Arial"/>
                <w:sz w:val="20"/>
                <w:szCs w:val="20"/>
                <w:lang w:val="de-DE"/>
              </w:rPr>
              <w:t>grupe</w:t>
            </w:r>
            <w:proofErr w:type="spellEnd"/>
            <w:r w:rsidRPr="002D6B01">
              <w:rPr>
                <w:rFonts w:eastAsia="Arial"/>
                <w:sz w:val="20"/>
                <w:szCs w:val="20"/>
                <w:lang w:val="de-DE"/>
              </w:rPr>
              <w:t xml:space="preserve">; </w:t>
            </w:r>
            <w:proofErr w:type="spellStart"/>
            <w:r w:rsidRPr="002D6B01">
              <w:rPr>
                <w:rFonts w:eastAsia="Arial"/>
                <w:sz w:val="20"/>
                <w:szCs w:val="20"/>
                <w:lang w:val="de-DE"/>
              </w:rPr>
              <w:t>mësimdhënie</w:t>
            </w:r>
            <w:proofErr w:type="spellEnd"/>
            <w:r w:rsidRPr="002D6B01">
              <w:rPr>
                <w:rFonts w:eastAsia="Arial"/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2D6B01">
              <w:rPr>
                <w:rFonts w:eastAsia="Arial"/>
                <w:sz w:val="20"/>
                <w:szCs w:val="20"/>
                <w:lang w:val="de-DE"/>
              </w:rPr>
              <w:t>diferencuar</w:t>
            </w:r>
            <w:proofErr w:type="spellEnd"/>
            <w:r w:rsidRPr="002D6B01">
              <w:rPr>
                <w:rFonts w:eastAsia="Arial"/>
                <w:sz w:val="20"/>
                <w:szCs w:val="20"/>
                <w:lang w:val="de-DE"/>
              </w:rPr>
              <w:t>.</w:t>
            </w:r>
          </w:p>
          <w:p w:rsidR="004D4998" w:rsidRPr="002D6B01" w:rsidRDefault="004D4998">
            <w:pPr>
              <w:rPr>
                <w:sz w:val="20"/>
                <w:szCs w:val="20"/>
                <w:lang w:val="de-DE"/>
              </w:rPr>
            </w:pPr>
          </w:p>
          <w:p w:rsidR="00516D86" w:rsidRPr="002D6B01" w:rsidRDefault="00000000">
            <w:pPr>
              <w:rPr>
                <w:rFonts w:eastAsia="Arial"/>
                <w:sz w:val="20"/>
                <w:szCs w:val="20"/>
                <w:lang w:val="de-DE"/>
              </w:rPr>
            </w:pPr>
            <w:proofErr w:type="spellStart"/>
            <w:r w:rsidRPr="002D6B01">
              <w:rPr>
                <w:rFonts w:eastAsia="Arial"/>
                <w:sz w:val="20"/>
                <w:szCs w:val="20"/>
                <w:lang w:val="de-DE"/>
              </w:rPr>
              <w:t>Demonstrim</w:t>
            </w:r>
            <w:proofErr w:type="spellEnd"/>
            <w:r w:rsidRPr="002D6B01">
              <w:rPr>
                <w:rFonts w:eastAsia="Arial"/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2D6B01">
              <w:rPr>
                <w:rFonts w:eastAsia="Arial"/>
                <w:sz w:val="20"/>
                <w:szCs w:val="20"/>
                <w:lang w:val="de-DE"/>
              </w:rPr>
              <w:t>modelim</w:t>
            </w:r>
            <w:proofErr w:type="spellEnd"/>
            <w:r w:rsidRPr="002D6B01">
              <w:rPr>
                <w:rFonts w:eastAsia="Arial"/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2D6B01">
              <w:rPr>
                <w:rFonts w:eastAsia="Arial"/>
                <w:sz w:val="20"/>
                <w:szCs w:val="20"/>
                <w:lang w:val="de-DE"/>
              </w:rPr>
              <w:t>stuhi</w:t>
            </w:r>
            <w:proofErr w:type="spellEnd"/>
            <w:r w:rsidRPr="002D6B01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2D6B01">
              <w:rPr>
                <w:rFonts w:eastAsia="Arial"/>
                <w:sz w:val="20"/>
                <w:szCs w:val="20"/>
                <w:lang w:val="de-DE"/>
              </w:rPr>
              <w:t>mendimesh</w:t>
            </w:r>
            <w:proofErr w:type="spellEnd"/>
            <w:r w:rsidRPr="002D6B01">
              <w:rPr>
                <w:rFonts w:eastAsia="Arial"/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2D6B01">
              <w:rPr>
                <w:rFonts w:eastAsia="Arial"/>
                <w:sz w:val="20"/>
                <w:szCs w:val="20"/>
                <w:lang w:val="de-DE"/>
              </w:rPr>
              <w:t>ditar</w:t>
            </w:r>
            <w:proofErr w:type="spellEnd"/>
            <w:r w:rsidRPr="002D6B01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2D6B01">
              <w:rPr>
                <w:rFonts w:eastAsia="Arial"/>
                <w:sz w:val="20"/>
                <w:szCs w:val="20"/>
                <w:lang w:val="de-DE"/>
              </w:rPr>
              <w:t>dypjesësh</w:t>
            </w:r>
            <w:proofErr w:type="spellEnd"/>
            <w:r w:rsidRPr="002D6B01">
              <w:rPr>
                <w:rFonts w:eastAsia="Arial"/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2D6B01">
              <w:rPr>
                <w:rFonts w:eastAsia="Arial"/>
                <w:sz w:val="20"/>
                <w:szCs w:val="20"/>
                <w:lang w:val="de-DE"/>
              </w:rPr>
              <w:t>tabela</w:t>
            </w:r>
            <w:proofErr w:type="spellEnd"/>
            <w:r w:rsidRPr="002D6B01">
              <w:rPr>
                <w:rFonts w:eastAsia="Arial"/>
                <w:sz w:val="20"/>
                <w:szCs w:val="20"/>
                <w:lang w:val="de-DE"/>
              </w:rPr>
              <w:t xml:space="preserve"> T </w:t>
            </w:r>
            <w:proofErr w:type="spellStart"/>
            <w:r w:rsidRPr="002D6B01">
              <w:rPr>
                <w:rFonts w:eastAsia="Arial"/>
                <w:sz w:val="20"/>
                <w:szCs w:val="20"/>
                <w:lang w:val="de-DE"/>
              </w:rPr>
              <w:t>dhe</w:t>
            </w:r>
            <w:proofErr w:type="spellEnd"/>
            <w:r w:rsidRPr="002D6B01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2D6B01">
              <w:rPr>
                <w:rFonts w:eastAsia="Arial"/>
                <w:sz w:val="20"/>
                <w:szCs w:val="20"/>
                <w:lang w:val="de-DE"/>
              </w:rPr>
              <w:t>punë</w:t>
            </w:r>
            <w:proofErr w:type="spellEnd"/>
            <w:r w:rsidRPr="002D6B01">
              <w:rPr>
                <w:rFonts w:eastAsia="Arial"/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2D6B01">
              <w:rPr>
                <w:rFonts w:eastAsia="Arial"/>
                <w:sz w:val="20"/>
                <w:szCs w:val="20"/>
                <w:lang w:val="de-DE"/>
              </w:rPr>
              <w:t>drejtuar</w:t>
            </w:r>
            <w:proofErr w:type="spellEnd"/>
            <w:r w:rsidRPr="002D6B01">
              <w:rPr>
                <w:rFonts w:eastAsia="Arial"/>
                <w:sz w:val="20"/>
                <w:szCs w:val="20"/>
                <w:lang w:val="de-DE"/>
              </w:rPr>
              <w:t>.</w:t>
            </w:r>
          </w:p>
          <w:p w:rsidR="004D4998" w:rsidRPr="002D6B01" w:rsidRDefault="004D4998">
            <w:pPr>
              <w:rPr>
                <w:sz w:val="20"/>
                <w:szCs w:val="20"/>
                <w:lang w:val="de-DE"/>
              </w:rPr>
            </w:pPr>
          </w:p>
          <w:p w:rsidR="00516D86" w:rsidRPr="002D6B01" w:rsidRDefault="00000000">
            <w:pPr>
              <w:rPr>
                <w:sz w:val="20"/>
                <w:szCs w:val="20"/>
              </w:rPr>
            </w:pPr>
            <w:proofErr w:type="spellStart"/>
            <w:r w:rsidRPr="002D6B01">
              <w:rPr>
                <w:rFonts w:eastAsia="Arial"/>
                <w:sz w:val="20"/>
                <w:szCs w:val="20"/>
              </w:rPr>
              <w:t>Përdorim</w:t>
            </w:r>
            <w:proofErr w:type="spellEnd"/>
            <w:r w:rsidRPr="002D6B01">
              <w:rPr>
                <w:rFonts w:eastAsia="Arial"/>
                <w:sz w:val="20"/>
                <w:szCs w:val="20"/>
              </w:rPr>
              <w:t xml:space="preserve"> </w:t>
            </w:r>
            <w:proofErr w:type="spellStart"/>
            <w:r w:rsidRPr="002D6B01">
              <w:rPr>
                <w:rFonts w:eastAsia="Arial"/>
                <w:sz w:val="20"/>
                <w:szCs w:val="20"/>
              </w:rPr>
              <w:t>i</w:t>
            </w:r>
            <w:proofErr w:type="spellEnd"/>
            <w:r w:rsidRPr="002D6B01">
              <w:rPr>
                <w:rFonts w:eastAsia="Arial"/>
                <w:sz w:val="20"/>
                <w:szCs w:val="20"/>
              </w:rPr>
              <w:t xml:space="preserve"> GeoGebra-s, </w:t>
            </w:r>
            <w:proofErr w:type="spellStart"/>
            <w:r w:rsidRPr="002D6B01">
              <w:rPr>
                <w:rFonts w:eastAsia="Arial"/>
                <w:sz w:val="20"/>
                <w:szCs w:val="20"/>
              </w:rPr>
              <w:t>kalkulatorit</w:t>
            </w:r>
            <w:proofErr w:type="spellEnd"/>
            <w:r w:rsidRPr="002D6B01">
              <w:rPr>
                <w:rFonts w:eastAsia="Arial"/>
                <w:sz w:val="20"/>
                <w:szCs w:val="20"/>
              </w:rPr>
              <w:t>, Excel-it dhe mjeteve digjitale sipas temës.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16D86" w:rsidRPr="002D6B01" w:rsidRDefault="00000000">
            <w:pPr>
              <w:rPr>
                <w:sz w:val="20"/>
                <w:szCs w:val="20"/>
                <w:lang w:val="de-DE"/>
              </w:rPr>
            </w:pPr>
            <w:proofErr w:type="spellStart"/>
            <w:r w:rsidRPr="002D6B01">
              <w:rPr>
                <w:rFonts w:eastAsia="Arial"/>
                <w:sz w:val="20"/>
                <w:szCs w:val="20"/>
                <w:lang w:val="de-DE"/>
              </w:rPr>
              <w:lastRenderedPageBreak/>
              <w:t>Vlerësim</w:t>
            </w:r>
            <w:proofErr w:type="spellEnd"/>
            <w:r w:rsidRPr="002D6B01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2D6B01">
              <w:rPr>
                <w:rFonts w:eastAsia="Arial"/>
                <w:sz w:val="20"/>
                <w:szCs w:val="20"/>
                <w:lang w:val="de-DE"/>
              </w:rPr>
              <w:t>diagnostik</w:t>
            </w:r>
            <w:proofErr w:type="spellEnd"/>
            <w:r w:rsidRPr="002D6B01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2D6B01">
              <w:rPr>
                <w:rFonts w:eastAsia="Arial"/>
                <w:sz w:val="20"/>
                <w:szCs w:val="20"/>
                <w:lang w:val="de-DE"/>
              </w:rPr>
              <w:t>dhe</w:t>
            </w:r>
            <w:proofErr w:type="spellEnd"/>
            <w:r w:rsidRPr="002D6B01">
              <w:rPr>
                <w:rFonts w:eastAsia="Arial"/>
                <w:sz w:val="20"/>
                <w:szCs w:val="20"/>
                <w:lang w:val="de-DE"/>
              </w:rPr>
              <w:t xml:space="preserve"> formativ </w:t>
            </w:r>
            <w:proofErr w:type="spellStart"/>
            <w:r w:rsidRPr="002D6B01">
              <w:rPr>
                <w:rFonts w:eastAsia="Arial"/>
                <w:sz w:val="20"/>
                <w:szCs w:val="20"/>
                <w:lang w:val="de-DE"/>
              </w:rPr>
              <w:t>gjatë</w:t>
            </w:r>
            <w:proofErr w:type="spellEnd"/>
            <w:r w:rsidRPr="002D6B01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2D6B01">
              <w:rPr>
                <w:rFonts w:eastAsia="Arial"/>
                <w:sz w:val="20"/>
                <w:szCs w:val="20"/>
                <w:lang w:val="de-DE"/>
              </w:rPr>
              <w:t>procesit</w:t>
            </w:r>
            <w:proofErr w:type="spellEnd"/>
            <w:r w:rsidRPr="002D6B01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2D6B01">
              <w:rPr>
                <w:rFonts w:eastAsia="Arial"/>
                <w:sz w:val="20"/>
                <w:szCs w:val="20"/>
                <w:lang w:val="de-DE"/>
              </w:rPr>
              <w:t>mësimor</w:t>
            </w:r>
            <w:proofErr w:type="spellEnd"/>
            <w:r w:rsidRPr="002D6B01">
              <w:rPr>
                <w:rFonts w:eastAsia="Arial"/>
                <w:sz w:val="20"/>
                <w:szCs w:val="20"/>
                <w:lang w:val="de-DE"/>
              </w:rPr>
              <w:t>.</w:t>
            </w:r>
          </w:p>
          <w:p w:rsidR="004D4998" w:rsidRPr="002D6B01" w:rsidRDefault="004D4998">
            <w:pPr>
              <w:rPr>
                <w:rFonts w:eastAsia="Arial"/>
                <w:sz w:val="20"/>
                <w:szCs w:val="20"/>
                <w:lang w:val="de-DE"/>
              </w:rPr>
            </w:pPr>
          </w:p>
          <w:p w:rsidR="00516D86" w:rsidRPr="002D6B01" w:rsidRDefault="00000000">
            <w:pPr>
              <w:rPr>
                <w:sz w:val="20"/>
                <w:szCs w:val="20"/>
                <w:lang w:val="de-DE"/>
              </w:rPr>
            </w:pPr>
            <w:proofErr w:type="spellStart"/>
            <w:r w:rsidRPr="002D6B01">
              <w:rPr>
                <w:rFonts w:eastAsia="Arial"/>
                <w:sz w:val="20"/>
                <w:szCs w:val="20"/>
                <w:lang w:val="de-DE"/>
              </w:rPr>
              <w:t>Vlerësim</w:t>
            </w:r>
            <w:proofErr w:type="spellEnd"/>
            <w:r w:rsidRPr="002D6B01">
              <w:rPr>
                <w:rFonts w:eastAsia="Arial"/>
                <w:sz w:val="20"/>
                <w:szCs w:val="20"/>
                <w:lang w:val="de-DE"/>
              </w:rPr>
              <w:t xml:space="preserve"> verbal, </w:t>
            </w:r>
            <w:proofErr w:type="spellStart"/>
            <w:r w:rsidRPr="002D6B01">
              <w:rPr>
                <w:rFonts w:eastAsia="Arial"/>
                <w:sz w:val="20"/>
                <w:szCs w:val="20"/>
                <w:lang w:val="de-DE"/>
              </w:rPr>
              <w:t>detyra</w:t>
            </w:r>
            <w:proofErr w:type="spellEnd"/>
            <w:r w:rsidRPr="002D6B01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2D6B01">
              <w:rPr>
                <w:rFonts w:eastAsia="Arial"/>
                <w:sz w:val="20"/>
                <w:szCs w:val="20"/>
                <w:lang w:val="de-DE"/>
              </w:rPr>
              <w:t>kontrolluese</w:t>
            </w:r>
            <w:proofErr w:type="spellEnd"/>
            <w:r w:rsidRPr="002D6B01">
              <w:rPr>
                <w:rFonts w:eastAsia="Arial"/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2D6B01">
              <w:rPr>
                <w:rFonts w:eastAsia="Arial"/>
                <w:sz w:val="20"/>
                <w:szCs w:val="20"/>
                <w:lang w:val="de-DE"/>
              </w:rPr>
              <w:lastRenderedPageBreak/>
              <w:t>vëzhgim</w:t>
            </w:r>
            <w:proofErr w:type="spellEnd"/>
            <w:r w:rsidRPr="002D6B01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2D6B01">
              <w:rPr>
                <w:rFonts w:eastAsia="Arial"/>
                <w:sz w:val="20"/>
                <w:szCs w:val="20"/>
                <w:lang w:val="de-DE"/>
              </w:rPr>
              <w:t>dhe</w:t>
            </w:r>
            <w:proofErr w:type="spellEnd"/>
            <w:r w:rsidRPr="002D6B01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2D6B01">
              <w:rPr>
                <w:rFonts w:eastAsia="Arial"/>
                <w:sz w:val="20"/>
                <w:szCs w:val="20"/>
                <w:lang w:val="de-DE"/>
              </w:rPr>
              <w:t>listë</w:t>
            </w:r>
            <w:proofErr w:type="spellEnd"/>
            <w:r w:rsidRPr="002D6B01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2D6B01">
              <w:rPr>
                <w:rFonts w:eastAsia="Arial"/>
                <w:sz w:val="20"/>
                <w:szCs w:val="20"/>
                <w:lang w:val="de-DE"/>
              </w:rPr>
              <w:t>kontrolli</w:t>
            </w:r>
            <w:proofErr w:type="spellEnd"/>
            <w:r w:rsidRPr="002D6B01">
              <w:rPr>
                <w:rFonts w:eastAsia="Arial"/>
                <w:sz w:val="20"/>
                <w:szCs w:val="20"/>
                <w:lang w:val="de-DE"/>
              </w:rPr>
              <w:t>.</w:t>
            </w:r>
          </w:p>
          <w:p w:rsidR="004D4998" w:rsidRPr="002D6B01" w:rsidRDefault="004D4998">
            <w:pPr>
              <w:rPr>
                <w:rFonts w:eastAsia="Arial"/>
                <w:sz w:val="20"/>
                <w:szCs w:val="20"/>
                <w:lang w:val="de-DE"/>
              </w:rPr>
            </w:pPr>
          </w:p>
          <w:p w:rsidR="00516D86" w:rsidRPr="002D6B01" w:rsidRDefault="00000000">
            <w:pPr>
              <w:rPr>
                <w:sz w:val="20"/>
                <w:szCs w:val="20"/>
                <w:lang w:val="de-DE"/>
              </w:rPr>
            </w:pPr>
            <w:proofErr w:type="spellStart"/>
            <w:r w:rsidRPr="002D6B01">
              <w:rPr>
                <w:rFonts w:eastAsia="Arial"/>
                <w:sz w:val="20"/>
                <w:szCs w:val="20"/>
                <w:lang w:val="de-DE"/>
              </w:rPr>
              <w:t>Vlerësim</w:t>
            </w:r>
            <w:proofErr w:type="spellEnd"/>
            <w:r w:rsidRPr="002D6B01">
              <w:rPr>
                <w:rFonts w:eastAsia="Arial"/>
                <w:sz w:val="20"/>
                <w:szCs w:val="20"/>
                <w:lang w:val="de-DE"/>
              </w:rPr>
              <w:t xml:space="preserve"> i </w:t>
            </w:r>
            <w:proofErr w:type="spellStart"/>
            <w:r w:rsidRPr="002D6B01">
              <w:rPr>
                <w:rFonts w:eastAsia="Arial"/>
                <w:sz w:val="20"/>
                <w:szCs w:val="20"/>
                <w:lang w:val="de-DE"/>
              </w:rPr>
              <w:t>punës</w:t>
            </w:r>
            <w:proofErr w:type="spellEnd"/>
            <w:r w:rsidRPr="002D6B01">
              <w:rPr>
                <w:rFonts w:eastAsia="Arial"/>
                <w:sz w:val="20"/>
                <w:szCs w:val="20"/>
                <w:lang w:val="de-DE"/>
              </w:rPr>
              <w:t xml:space="preserve"> individuale </w:t>
            </w:r>
            <w:proofErr w:type="spellStart"/>
            <w:r w:rsidRPr="002D6B01">
              <w:rPr>
                <w:rFonts w:eastAsia="Arial"/>
                <w:sz w:val="20"/>
                <w:szCs w:val="20"/>
                <w:lang w:val="de-DE"/>
              </w:rPr>
              <w:t>dhe</w:t>
            </w:r>
            <w:proofErr w:type="spellEnd"/>
            <w:r w:rsidRPr="002D6B01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2D6B01">
              <w:rPr>
                <w:rFonts w:eastAsia="Arial"/>
                <w:sz w:val="20"/>
                <w:szCs w:val="20"/>
                <w:lang w:val="de-DE"/>
              </w:rPr>
              <w:t>në</w:t>
            </w:r>
            <w:proofErr w:type="spellEnd"/>
            <w:r w:rsidRPr="002D6B01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2D6B01">
              <w:rPr>
                <w:rFonts w:eastAsia="Arial"/>
                <w:sz w:val="20"/>
                <w:szCs w:val="20"/>
                <w:lang w:val="de-DE"/>
              </w:rPr>
              <w:t>grup</w:t>
            </w:r>
            <w:proofErr w:type="spellEnd"/>
            <w:r w:rsidRPr="002D6B01">
              <w:rPr>
                <w:rFonts w:eastAsia="Arial"/>
                <w:sz w:val="20"/>
                <w:szCs w:val="20"/>
                <w:lang w:val="de-DE"/>
              </w:rPr>
              <w:t xml:space="preserve">; </w:t>
            </w:r>
            <w:proofErr w:type="spellStart"/>
            <w:r w:rsidRPr="002D6B01">
              <w:rPr>
                <w:rFonts w:eastAsia="Arial"/>
                <w:sz w:val="20"/>
                <w:szCs w:val="20"/>
                <w:lang w:val="de-DE"/>
              </w:rPr>
              <w:t>vetëvlerësim</w:t>
            </w:r>
            <w:proofErr w:type="spellEnd"/>
            <w:r w:rsidRPr="002D6B01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2D6B01">
              <w:rPr>
                <w:rFonts w:eastAsia="Arial"/>
                <w:sz w:val="20"/>
                <w:szCs w:val="20"/>
                <w:lang w:val="de-DE"/>
              </w:rPr>
              <w:t>dhe</w:t>
            </w:r>
            <w:proofErr w:type="spellEnd"/>
            <w:r w:rsidRPr="002D6B01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2D6B01">
              <w:rPr>
                <w:rFonts w:eastAsia="Arial"/>
                <w:sz w:val="20"/>
                <w:szCs w:val="20"/>
                <w:lang w:val="de-DE"/>
              </w:rPr>
              <w:t>vlerësim</w:t>
            </w:r>
            <w:proofErr w:type="spellEnd"/>
            <w:r w:rsidRPr="002D6B01">
              <w:rPr>
                <w:rFonts w:eastAsia="Arial"/>
                <w:sz w:val="20"/>
                <w:szCs w:val="20"/>
                <w:lang w:val="de-DE"/>
              </w:rPr>
              <w:t xml:space="preserve"> i </w:t>
            </w:r>
            <w:proofErr w:type="spellStart"/>
            <w:r w:rsidRPr="002D6B01">
              <w:rPr>
                <w:rFonts w:eastAsia="Arial"/>
                <w:sz w:val="20"/>
                <w:szCs w:val="20"/>
                <w:lang w:val="de-DE"/>
              </w:rPr>
              <w:t>ndërsjellë</w:t>
            </w:r>
            <w:proofErr w:type="spellEnd"/>
            <w:r w:rsidRPr="002D6B01">
              <w:rPr>
                <w:rFonts w:eastAsia="Arial"/>
                <w:sz w:val="20"/>
                <w:szCs w:val="20"/>
                <w:lang w:val="de-DE"/>
              </w:rPr>
              <w:t>.</w:t>
            </w:r>
          </w:p>
          <w:p w:rsidR="004D4998" w:rsidRPr="002D6B01" w:rsidRDefault="004D4998">
            <w:pPr>
              <w:rPr>
                <w:rFonts w:eastAsia="Arial"/>
                <w:sz w:val="20"/>
                <w:szCs w:val="20"/>
                <w:lang w:val="de-DE"/>
              </w:rPr>
            </w:pPr>
          </w:p>
          <w:p w:rsidR="00516D86" w:rsidRPr="002D6B01" w:rsidRDefault="00000000">
            <w:pPr>
              <w:rPr>
                <w:sz w:val="20"/>
                <w:szCs w:val="20"/>
                <w:lang w:val="de-DE"/>
              </w:rPr>
            </w:pPr>
            <w:proofErr w:type="spellStart"/>
            <w:r w:rsidRPr="002D6B01">
              <w:rPr>
                <w:rFonts w:eastAsia="Arial"/>
                <w:sz w:val="20"/>
                <w:szCs w:val="20"/>
                <w:lang w:val="de-DE"/>
              </w:rPr>
              <w:t>Vlerësim</w:t>
            </w:r>
            <w:proofErr w:type="spellEnd"/>
            <w:r w:rsidRPr="002D6B01">
              <w:rPr>
                <w:rFonts w:eastAsia="Arial"/>
                <w:sz w:val="20"/>
                <w:szCs w:val="20"/>
                <w:lang w:val="de-DE"/>
              </w:rPr>
              <w:t xml:space="preserve"> i </w:t>
            </w:r>
            <w:proofErr w:type="spellStart"/>
            <w:r w:rsidRPr="002D6B01">
              <w:rPr>
                <w:rFonts w:eastAsia="Arial"/>
                <w:sz w:val="20"/>
                <w:szCs w:val="20"/>
                <w:lang w:val="de-DE"/>
              </w:rPr>
              <w:t>bazuar</w:t>
            </w:r>
            <w:proofErr w:type="spellEnd"/>
            <w:r w:rsidRPr="002D6B01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2D6B01">
              <w:rPr>
                <w:rFonts w:eastAsia="Arial"/>
                <w:sz w:val="20"/>
                <w:szCs w:val="20"/>
                <w:lang w:val="de-DE"/>
              </w:rPr>
              <w:t>në</w:t>
            </w:r>
            <w:proofErr w:type="spellEnd"/>
            <w:r w:rsidRPr="002D6B01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2D6B01">
              <w:rPr>
                <w:rFonts w:eastAsia="Arial"/>
                <w:sz w:val="20"/>
                <w:szCs w:val="20"/>
                <w:lang w:val="de-DE"/>
              </w:rPr>
              <w:t>kritere</w:t>
            </w:r>
            <w:proofErr w:type="spellEnd"/>
            <w:r w:rsidRPr="002D6B01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2D6B01">
              <w:rPr>
                <w:rFonts w:eastAsia="Arial"/>
                <w:sz w:val="20"/>
                <w:szCs w:val="20"/>
                <w:lang w:val="de-DE"/>
              </w:rPr>
              <w:t>dhe</w:t>
            </w:r>
            <w:proofErr w:type="spellEnd"/>
            <w:r w:rsidRPr="002D6B01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2D6B01">
              <w:rPr>
                <w:rFonts w:eastAsia="Arial"/>
                <w:sz w:val="20"/>
                <w:szCs w:val="20"/>
                <w:lang w:val="de-DE"/>
              </w:rPr>
              <w:t>në</w:t>
            </w:r>
            <w:proofErr w:type="spellEnd"/>
            <w:r w:rsidRPr="002D6B01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2D6B01">
              <w:rPr>
                <w:rFonts w:eastAsia="Arial"/>
                <w:sz w:val="20"/>
                <w:szCs w:val="20"/>
                <w:lang w:val="de-DE"/>
              </w:rPr>
              <w:t>rezultatet</w:t>
            </w:r>
            <w:proofErr w:type="spellEnd"/>
            <w:r w:rsidRPr="002D6B01">
              <w:rPr>
                <w:rFonts w:eastAsia="Arial"/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2D6B01">
              <w:rPr>
                <w:rFonts w:eastAsia="Arial"/>
                <w:sz w:val="20"/>
                <w:szCs w:val="20"/>
                <w:lang w:val="de-DE"/>
              </w:rPr>
              <w:t>të</w:t>
            </w:r>
            <w:proofErr w:type="spellEnd"/>
            <w:r w:rsidRPr="002D6B01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2D6B01">
              <w:rPr>
                <w:rFonts w:eastAsia="Arial"/>
                <w:sz w:val="20"/>
                <w:szCs w:val="20"/>
                <w:lang w:val="de-DE"/>
              </w:rPr>
              <w:t>nxënit</w:t>
            </w:r>
            <w:proofErr w:type="spellEnd"/>
            <w:r w:rsidRPr="002D6B01">
              <w:rPr>
                <w:rFonts w:eastAsia="Arial"/>
                <w:sz w:val="20"/>
                <w:szCs w:val="20"/>
                <w:lang w:val="de-DE"/>
              </w:rPr>
              <w:t>.</w:t>
            </w:r>
          </w:p>
          <w:p w:rsidR="004D4998" w:rsidRPr="002D6B01" w:rsidRDefault="004D4998">
            <w:pPr>
              <w:rPr>
                <w:rFonts w:eastAsia="Arial"/>
                <w:sz w:val="20"/>
                <w:szCs w:val="20"/>
                <w:lang w:val="de-DE"/>
              </w:rPr>
            </w:pPr>
          </w:p>
          <w:p w:rsidR="00516D86" w:rsidRPr="002D6B01" w:rsidRDefault="00000000">
            <w:pPr>
              <w:rPr>
                <w:sz w:val="20"/>
                <w:szCs w:val="20"/>
                <w:lang w:val="de-DE"/>
              </w:rPr>
            </w:pPr>
            <w:proofErr w:type="spellStart"/>
            <w:r w:rsidRPr="002D6B01">
              <w:rPr>
                <w:rFonts w:eastAsia="Arial"/>
                <w:sz w:val="20"/>
                <w:szCs w:val="20"/>
                <w:lang w:val="de-DE"/>
              </w:rPr>
              <w:t>Në</w:t>
            </w:r>
            <w:proofErr w:type="spellEnd"/>
            <w:r w:rsidRPr="002D6B01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2D6B01">
              <w:rPr>
                <w:rFonts w:eastAsia="Arial"/>
                <w:sz w:val="20"/>
                <w:szCs w:val="20"/>
                <w:lang w:val="de-DE"/>
              </w:rPr>
              <w:t>fund</w:t>
            </w:r>
            <w:proofErr w:type="spellEnd"/>
            <w:r w:rsidRPr="002D6B01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2D6B01">
              <w:rPr>
                <w:rFonts w:eastAsia="Arial"/>
                <w:sz w:val="20"/>
                <w:szCs w:val="20"/>
                <w:lang w:val="de-DE"/>
              </w:rPr>
              <w:t>të</w:t>
            </w:r>
            <w:proofErr w:type="spellEnd"/>
            <w:r w:rsidRPr="002D6B01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2D6B01">
              <w:rPr>
                <w:rFonts w:eastAsia="Arial"/>
                <w:sz w:val="20"/>
                <w:szCs w:val="20"/>
                <w:lang w:val="de-DE"/>
              </w:rPr>
              <w:t>periudhës</w:t>
            </w:r>
            <w:proofErr w:type="spellEnd"/>
            <w:r w:rsidRPr="002D6B01">
              <w:rPr>
                <w:rFonts w:eastAsia="Arial"/>
                <w:sz w:val="20"/>
                <w:szCs w:val="20"/>
                <w:lang w:val="de-DE"/>
              </w:rPr>
              <w:t xml:space="preserve">: 1 </w:t>
            </w:r>
            <w:proofErr w:type="spellStart"/>
            <w:r w:rsidRPr="002D6B01">
              <w:rPr>
                <w:rFonts w:eastAsia="Arial"/>
                <w:sz w:val="20"/>
                <w:szCs w:val="20"/>
                <w:lang w:val="de-DE"/>
              </w:rPr>
              <w:t>orë</w:t>
            </w:r>
            <w:proofErr w:type="spellEnd"/>
            <w:r w:rsidRPr="002D6B01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2D6B01">
              <w:rPr>
                <w:rFonts w:eastAsia="Arial"/>
                <w:sz w:val="20"/>
                <w:szCs w:val="20"/>
                <w:lang w:val="de-DE"/>
              </w:rPr>
              <w:t>ushtrime</w:t>
            </w:r>
            <w:proofErr w:type="spellEnd"/>
            <w:r w:rsidRPr="002D6B01">
              <w:rPr>
                <w:rFonts w:eastAsia="Arial"/>
                <w:sz w:val="20"/>
                <w:szCs w:val="20"/>
                <w:lang w:val="de-DE"/>
              </w:rPr>
              <w:t>/</w:t>
            </w:r>
            <w:proofErr w:type="spellStart"/>
            <w:r w:rsidRPr="002D6B01">
              <w:rPr>
                <w:rFonts w:eastAsia="Arial"/>
                <w:sz w:val="20"/>
                <w:szCs w:val="20"/>
                <w:lang w:val="de-DE"/>
              </w:rPr>
              <w:t>përsëritje</w:t>
            </w:r>
            <w:proofErr w:type="spellEnd"/>
            <w:r w:rsidRPr="002D6B01">
              <w:rPr>
                <w:rFonts w:eastAsia="Arial"/>
                <w:sz w:val="20"/>
                <w:szCs w:val="20"/>
                <w:lang w:val="de-DE"/>
              </w:rPr>
              <w:t xml:space="preserve">, 1 </w:t>
            </w:r>
            <w:proofErr w:type="spellStart"/>
            <w:r w:rsidRPr="002D6B01">
              <w:rPr>
                <w:rFonts w:eastAsia="Arial"/>
                <w:sz w:val="20"/>
                <w:szCs w:val="20"/>
                <w:lang w:val="de-DE"/>
              </w:rPr>
              <w:t>orë</w:t>
            </w:r>
            <w:proofErr w:type="spellEnd"/>
            <w:r w:rsidRPr="002D6B01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2D6B01">
              <w:rPr>
                <w:rFonts w:eastAsia="Arial"/>
                <w:sz w:val="20"/>
                <w:szCs w:val="20"/>
                <w:lang w:val="de-DE"/>
              </w:rPr>
              <w:t>test</w:t>
            </w:r>
            <w:proofErr w:type="spellEnd"/>
            <w:r w:rsidRPr="002D6B01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2D6B01">
              <w:rPr>
                <w:rFonts w:eastAsia="Arial"/>
                <w:sz w:val="20"/>
                <w:szCs w:val="20"/>
                <w:lang w:val="de-DE"/>
              </w:rPr>
              <w:t>dhe</w:t>
            </w:r>
            <w:proofErr w:type="spellEnd"/>
            <w:r w:rsidRPr="002D6B01">
              <w:rPr>
                <w:rFonts w:eastAsia="Arial"/>
                <w:sz w:val="20"/>
                <w:szCs w:val="20"/>
                <w:lang w:val="de-DE"/>
              </w:rPr>
              <w:t xml:space="preserve"> 1 </w:t>
            </w:r>
            <w:proofErr w:type="spellStart"/>
            <w:r w:rsidRPr="002D6B01">
              <w:rPr>
                <w:rFonts w:eastAsia="Arial"/>
                <w:sz w:val="20"/>
                <w:szCs w:val="20"/>
                <w:lang w:val="de-DE"/>
              </w:rPr>
              <w:t>orë</w:t>
            </w:r>
            <w:proofErr w:type="spellEnd"/>
            <w:r w:rsidRPr="002D6B01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2D6B01">
              <w:rPr>
                <w:rFonts w:eastAsia="Arial"/>
                <w:sz w:val="20"/>
                <w:szCs w:val="20"/>
                <w:lang w:val="de-DE"/>
              </w:rPr>
              <w:t>analizë</w:t>
            </w:r>
            <w:proofErr w:type="spellEnd"/>
            <w:r w:rsidRPr="002D6B01">
              <w:rPr>
                <w:rFonts w:eastAsia="Arial"/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2D6B01">
              <w:rPr>
                <w:rFonts w:eastAsia="Arial"/>
                <w:sz w:val="20"/>
                <w:szCs w:val="20"/>
                <w:lang w:val="de-DE"/>
              </w:rPr>
              <w:t>testit</w:t>
            </w:r>
            <w:proofErr w:type="spellEnd"/>
            <w:r w:rsidRPr="002D6B01">
              <w:rPr>
                <w:rFonts w:eastAsia="Arial"/>
                <w:sz w:val="20"/>
                <w:szCs w:val="20"/>
                <w:lang w:val="de-DE"/>
              </w:rPr>
              <w:t>.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16D86" w:rsidRPr="002D6B01" w:rsidRDefault="00000000">
            <w:pPr>
              <w:rPr>
                <w:sz w:val="20"/>
                <w:szCs w:val="20"/>
                <w:lang w:val="de-DE"/>
              </w:rPr>
            </w:pPr>
            <w:proofErr w:type="spellStart"/>
            <w:r w:rsidRPr="002D6B01">
              <w:rPr>
                <w:rFonts w:eastAsia="Arial"/>
                <w:sz w:val="20"/>
                <w:szCs w:val="20"/>
                <w:lang w:val="de-DE"/>
              </w:rPr>
              <w:lastRenderedPageBreak/>
              <w:t>Gjuhët</w:t>
            </w:r>
            <w:proofErr w:type="spellEnd"/>
            <w:r w:rsidRPr="002D6B01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2D6B01">
              <w:rPr>
                <w:rFonts w:eastAsia="Arial"/>
                <w:sz w:val="20"/>
                <w:szCs w:val="20"/>
                <w:lang w:val="de-DE"/>
              </w:rPr>
              <w:t>dhe</w:t>
            </w:r>
            <w:proofErr w:type="spellEnd"/>
            <w:r w:rsidRPr="002D6B01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2D6B01">
              <w:rPr>
                <w:rFonts w:eastAsia="Arial"/>
                <w:sz w:val="20"/>
                <w:szCs w:val="20"/>
                <w:lang w:val="de-DE"/>
              </w:rPr>
              <w:t>komunikimi</w:t>
            </w:r>
            <w:proofErr w:type="spellEnd"/>
            <w:r w:rsidRPr="002D6B01">
              <w:rPr>
                <w:rFonts w:eastAsia="Arial"/>
                <w:sz w:val="20"/>
                <w:szCs w:val="20"/>
                <w:lang w:val="de-DE"/>
              </w:rPr>
              <w:t xml:space="preserve"> – </w:t>
            </w:r>
            <w:proofErr w:type="spellStart"/>
            <w:r w:rsidRPr="002D6B01">
              <w:rPr>
                <w:rFonts w:eastAsia="Arial"/>
                <w:sz w:val="20"/>
                <w:szCs w:val="20"/>
                <w:lang w:val="de-DE"/>
              </w:rPr>
              <w:t>argumentimi</w:t>
            </w:r>
            <w:proofErr w:type="spellEnd"/>
            <w:r w:rsidRPr="002D6B01">
              <w:rPr>
                <w:rFonts w:eastAsia="Arial"/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2D6B01">
              <w:rPr>
                <w:rFonts w:eastAsia="Arial"/>
                <w:sz w:val="20"/>
                <w:szCs w:val="20"/>
                <w:lang w:val="de-DE"/>
              </w:rPr>
              <w:t>terminologjia</w:t>
            </w:r>
            <w:proofErr w:type="spellEnd"/>
            <w:r w:rsidRPr="002D6B01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2D6B01">
              <w:rPr>
                <w:rFonts w:eastAsia="Arial"/>
                <w:sz w:val="20"/>
                <w:szCs w:val="20"/>
                <w:lang w:val="de-DE"/>
              </w:rPr>
              <w:t>dhe</w:t>
            </w:r>
            <w:proofErr w:type="spellEnd"/>
            <w:r w:rsidRPr="002D6B01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2D6B01">
              <w:rPr>
                <w:rFonts w:eastAsia="Arial"/>
                <w:sz w:val="20"/>
                <w:szCs w:val="20"/>
                <w:lang w:val="de-DE"/>
              </w:rPr>
              <w:t>shpjegimi</w:t>
            </w:r>
            <w:proofErr w:type="spellEnd"/>
            <w:r w:rsidRPr="002D6B01">
              <w:rPr>
                <w:rFonts w:eastAsia="Arial"/>
                <w:sz w:val="20"/>
                <w:szCs w:val="20"/>
                <w:lang w:val="de-DE"/>
              </w:rPr>
              <w:t xml:space="preserve"> i </w:t>
            </w:r>
            <w:proofErr w:type="spellStart"/>
            <w:r w:rsidRPr="002D6B01">
              <w:rPr>
                <w:rFonts w:eastAsia="Arial"/>
                <w:sz w:val="20"/>
                <w:szCs w:val="20"/>
                <w:lang w:val="de-DE"/>
              </w:rPr>
              <w:t>zgjidhjeve</w:t>
            </w:r>
            <w:proofErr w:type="spellEnd"/>
            <w:r w:rsidRPr="002D6B01">
              <w:rPr>
                <w:rFonts w:eastAsia="Arial"/>
                <w:sz w:val="20"/>
                <w:szCs w:val="20"/>
                <w:lang w:val="de-DE"/>
              </w:rPr>
              <w:t>.</w:t>
            </w:r>
          </w:p>
          <w:p w:rsidR="004D4998" w:rsidRPr="002D6B01" w:rsidRDefault="004D4998">
            <w:pPr>
              <w:rPr>
                <w:rFonts w:eastAsia="Arial"/>
                <w:sz w:val="20"/>
                <w:szCs w:val="20"/>
                <w:lang w:val="de-DE"/>
              </w:rPr>
            </w:pPr>
          </w:p>
          <w:p w:rsidR="00516D86" w:rsidRPr="002D6B01" w:rsidRDefault="00000000">
            <w:pPr>
              <w:rPr>
                <w:sz w:val="20"/>
                <w:szCs w:val="20"/>
                <w:lang w:val="de-DE"/>
              </w:rPr>
            </w:pPr>
            <w:proofErr w:type="spellStart"/>
            <w:r w:rsidRPr="002D6B01">
              <w:rPr>
                <w:rFonts w:eastAsia="Arial"/>
                <w:sz w:val="20"/>
                <w:szCs w:val="20"/>
                <w:lang w:val="de-DE"/>
              </w:rPr>
              <w:t>Shkencat</w:t>
            </w:r>
            <w:proofErr w:type="spellEnd"/>
            <w:r w:rsidRPr="002D6B01">
              <w:rPr>
                <w:rFonts w:eastAsia="Arial"/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2D6B01">
              <w:rPr>
                <w:rFonts w:eastAsia="Arial"/>
                <w:sz w:val="20"/>
                <w:szCs w:val="20"/>
                <w:lang w:val="de-DE"/>
              </w:rPr>
              <w:t>natyrës</w:t>
            </w:r>
            <w:proofErr w:type="spellEnd"/>
            <w:r w:rsidRPr="002D6B01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r w:rsidRPr="002D6B01">
              <w:rPr>
                <w:rFonts w:eastAsia="Arial"/>
                <w:sz w:val="20"/>
                <w:szCs w:val="20"/>
                <w:lang w:val="de-DE"/>
              </w:rPr>
              <w:lastRenderedPageBreak/>
              <w:t xml:space="preserve">– </w:t>
            </w:r>
            <w:proofErr w:type="spellStart"/>
            <w:r w:rsidRPr="002D6B01">
              <w:rPr>
                <w:rFonts w:eastAsia="Arial"/>
                <w:sz w:val="20"/>
                <w:szCs w:val="20"/>
                <w:lang w:val="de-DE"/>
              </w:rPr>
              <w:t>matje</w:t>
            </w:r>
            <w:proofErr w:type="spellEnd"/>
            <w:r w:rsidRPr="002D6B01">
              <w:rPr>
                <w:rFonts w:eastAsia="Arial"/>
                <w:sz w:val="20"/>
                <w:szCs w:val="20"/>
                <w:lang w:val="de-DE"/>
              </w:rPr>
              <w:t xml:space="preserve">, modele, </w:t>
            </w:r>
            <w:proofErr w:type="spellStart"/>
            <w:r w:rsidRPr="002D6B01">
              <w:rPr>
                <w:rFonts w:eastAsia="Arial"/>
                <w:sz w:val="20"/>
                <w:szCs w:val="20"/>
                <w:lang w:val="de-DE"/>
              </w:rPr>
              <w:t>formula</w:t>
            </w:r>
            <w:proofErr w:type="spellEnd"/>
            <w:r w:rsidRPr="002D6B01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2D6B01">
              <w:rPr>
                <w:rFonts w:eastAsia="Arial"/>
                <w:sz w:val="20"/>
                <w:szCs w:val="20"/>
                <w:lang w:val="de-DE"/>
              </w:rPr>
              <w:t>dhe</w:t>
            </w:r>
            <w:proofErr w:type="spellEnd"/>
            <w:r w:rsidRPr="002D6B01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2D6B01">
              <w:rPr>
                <w:rFonts w:eastAsia="Arial"/>
                <w:sz w:val="20"/>
                <w:szCs w:val="20"/>
                <w:lang w:val="de-DE"/>
              </w:rPr>
              <w:t>zbatime</w:t>
            </w:r>
            <w:proofErr w:type="spellEnd"/>
            <w:r w:rsidRPr="002D6B01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2D6B01">
              <w:rPr>
                <w:rFonts w:eastAsia="Arial"/>
                <w:sz w:val="20"/>
                <w:szCs w:val="20"/>
                <w:lang w:val="de-DE"/>
              </w:rPr>
              <w:t>numerike</w:t>
            </w:r>
            <w:proofErr w:type="spellEnd"/>
            <w:r w:rsidRPr="002D6B01">
              <w:rPr>
                <w:rFonts w:eastAsia="Arial"/>
                <w:sz w:val="20"/>
                <w:szCs w:val="20"/>
                <w:lang w:val="de-DE"/>
              </w:rPr>
              <w:t>.</w:t>
            </w:r>
          </w:p>
          <w:p w:rsidR="004D4998" w:rsidRPr="002D6B01" w:rsidRDefault="004D4998">
            <w:pPr>
              <w:rPr>
                <w:rFonts w:eastAsia="Arial"/>
                <w:sz w:val="20"/>
                <w:szCs w:val="20"/>
                <w:lang w:val="de-DE"/>
              </w:rPr>
            </w:pPr>
          </w:p>
          <w:p w:rsidR="00516D86" w:rsidRPr="002D6B01" w:rsidRDefault="00000000">
            <w:pPr>
              <w:rPr>
                <w:sz w:val="20"/>
                <w:szCs w:val="20"/>
                <w:lang w:val="de-DE"/>
              </w:rPr>
            </w:pPr>
            <w:proofErr w:type="spellStart"/>
            <w:r w:rsidRPr="002D6B01">
              <w:rPr>
                <w:rFonts w:eastAsia="Arial"/>
                <w:sz w:val="20"/>
                <w:szCs w:val="20"/>
                <w:lang w:val="de-DE"/>
              </w:rPr>
              <w:t>Shoqëria</w:t>
            </w:r>
            <w:proofErr w:type="spellEnd"/>
            <w:r w:rsidRPr="002D6B01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2D6B01">
              <w:rPr>
                <w:rFonts w:eastAsia="Arial"/>
                <w:sz w:val="20"/>
                <w:szCs w:val="20"/>
                <w:lang w:val="de-DE"/>
              </w:rPr>
              <w:t>dhe</w:t>
            </w:r>
            <w:proofErr w:type="spellEnd"/>
            <w:r w:rsidRPr="002D6B01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2D6B01">
              <w:rPr>
                <w:rFonts w:eastAsia="Arial"/>
                <w:sz w:val="20"/>
                <w:szCs w:val="20"/>
                <w:lang w:val="de-DE"/>
              </w:rPr>
              <w:t>mjedisi</w:t>
            </w:r>
            <w:proofErr w:type="spellEnd"/>
            <w:r w:rsidRPr="002D6B01">
              <w:rPr>
                <w:rFonts w:eastAsia="Arial"/>
                <w:sz w:val="20"/>
                <w:szCs w:val="20"/>
                <w:lang w:val="de-DE"/>
              </w:rPr>
              <w:t xml:space="preserve"> – </w:t>
            </w:r>
            <w:proofErr w:type="spellStart"/>
            <w:r w:rsidRPr="002D6B01">
              <w:rPr>
                <w:rFonts w:eastAsia="Arial"/>
                <w:sz w:val="20"/>
                <w:szCs w:val="20"/>
                <w:lang w:val="de-DE"/>
              </w:rPr>
              <w:t>të</w:t>
            </w:r>
            <w:proofErr w:type="spellEnd"/>
            <w:r w:rsidRPr="002D6B01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2D6B01">
              <w:rPr>
                <w:rFonts w:eastAsia="Arial"/>
                <w:sz w:val="20"/>
                <w:szCs w:val="20"/>
                <w:lang w:val="de-DE"/>
              </w:rPr>
              <w:t>dhëna</w:t>
            </w:r>
            <w:proofErr w:type="spellEnd"/>
            <w:r w:rsidRPr="002D6B01">
              <w:rPr>
                <w:rFonts w:eastAsia="Arial"/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2D6B01">
              <w:rPr>
                <w:rFonts w:eastAsia="Arial"/>
                <w:sz w:val="20"/>
                <w:szCs w:val="20"/>
                <w:lang w:val="de-DE"/>
              </w:rPr>
              <w:t>përqindje</w:t>
            </w:r>
            <w:proofErr w:type="spellEnd"/>
            <w:r w:rsidRPr="002D6B01">
              <w:rPr>
                <w:rFonts w:eastAsia="Arial"/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2D6B01">
              <w:rPr>
                <w:rFonts w:eastAsia="Arial"/>
                <w:sz w:val="20"/>
                <w:szCs w:val="20"/>
                <w:lang w:val="de-DE"/>
              </w:rPr>
              <w:t>statistika</w:t>
            </w:r>
            <w:proofErr w:type="spellEnd"/>
            <w:r w:rsidRPr="002D6B01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2D6B01">
              <w:rPr>
                <w:rFonts w:eastAsia="Arial"/>
                <w:sz w:val="20"/>
                <w:szCs w:val="20"/>
                <w:lang w:val="de-DE"/>
              </w:rPr>
              <w:t>dhe</w:t>
            </w:r>
            <w:proofErr w:type="spellEnd"/>
            <w:r w:rsidRPr="002D6B01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2D6B01">
              <w:rPr>
                <w:rFonts w:eastAsia="Arial"/>
                <w:sz w:val="20"/>
                <w:szCs w:val="20"/>
                <w:lang w:val="de-DE"/>
              </w:rPr>
              <w:t>situata</w:t>
            </w:r>
            <w:proofErr w:type="spellEnd"/>
            <w:r w:rsidRPr="002D6B01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2D6B01">
              <w:rPr>
                <w:rFonts w:eastAsia="Arial"/>
                <w:sz w:val="20"/>
                <w:szCs w:val="20"/>
                <w:lang w:val="de-DE"/>
              </w:rPr>
              <w:t>jetësore</w:t>
            </w:r>
            <w:proofErr w:type="spellEnd"/>
            <w:r w:rsidRPr="002D6B01">
              <w:rPr>
                <w:rFonts w:eastAsia="Arial"/>
                <w:sz w:val="20"/>
                <w:szCs w:val="20"/>
                <w:lang w:val="de-DE"/>
              </w:rPr>
              <w:t>.</w:t>
            </w:r>
          </w:p>
          <w:p w:rsidR="004D4998" w:rsidRPr="002D6B01" w:rsidRDefault="004D4998">
            <w:pPr>
              <w:rPr>
                <w:rFonts w:eastAsia="Arial"/>
                <w:sz w:val="20"/>
                <w:szCs w:val="20"/>
                <w:lang w:val="de-DE"/>
              </w:rPr>
            </w:pPr>
          </w:p>
          <w:p w:rsidR="00516D86" w:rsidRPr="002D6B01" w:rsidRDefault="00000000">
            <w:pPr>
              <w:rPr>
                <w:sz w:val="20"/>
                <w:szCs w:val="20"/>
                <w:lang w:val="de-DE"/>
              </w:rPr>
            </w:pPr>
            <w:proofErr w:type="spellStart"/>
            <w:r w:rsidRPr="002D6B01">
              <w:rPr>
                <w:rFonts w:eastAsia="Arial"/>
                <w:sz w:val="20"/>
                <w:szCs w:val="20"/>
                <w:lang w:val="de-DE"/>
              </w:rPr>
              <w:t>Jeta</w:t>
            </w:r>
            <w:proofErr w:type="spellEnd"/>
            <w:r w:rsidRPr="002D6B01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2D6B01">
              <w:rPr>
                <w:rFonts w:eastAsia="Arial"/>
                <w:sz w:val="20"/>
                <w:szCs w:val="20"/>
                <w:lang w:val="de-DE"/>
              </w:rPr>
              <w:t>dhe</w:t>
            </w:r>
            <w:proofErr w:type="spellEnd"/>
            <w:r w:rsidRPr="002D6B01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2D6B01">
              <w:rPr>
                <w:rFonts w:eastAsia="Arial"/>
                <w:sz w:val="20"/>
                <w:szCs w:val="20"/>
                <w:lang w:val="de-DE"/>
              </w:rPr>
              <w:t>puna</w:t>
            </w:r>
            <w:proofErr w:type="spellEnd"/>
            <w:r w:rsidRPr="002D6B01">
              <w:rPr>
                <w:rFonts w:eastAsia="Arial"/>
                <w:sz w:val="20"/>
                <w:szCs w:val="20"/>
                <w:lang w:val="de-DE"/>
              </w:rPr>
              <w:t xml:space="preserve"> – </w:t>
            </w:r>
            <w:proofErr w:type="spellStart"/>
            <w:r w:rsidRPr="002D6B01">
              <w:rPr>
                <w:rFonts w:eastAsia="Arial"/>
                <w:sz w:val="20"/>
                <w:szCs w:val="20"/>
                <w:lang w:val="de-DE"/>
              </w:rPr>
              <w:t>zgjidhje</w:t>
            </w:r>
            <w:proofErr w:type="spellEnd"/>
            <w:r w:rsidRPr="002D6B01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2D6B01">
              <w:rPr>
                <w:rFonts w:eastAsia="Arial"/>
                <w:sz w:val="20"/>
                <w:szCs w:val="20"/>
                <w:lang w:val="de-DE"/>
              </w:rPr>
              <w:t>problemesh</w:t>
            </w:r>
            <w:proofErr w:type="spellEnd"/>
            <w:r w:rsidRPr="002D6B01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2D6B01">
              <w:rPr>
                <w:rFonts w:eastAsia="Arial"/>
                <w:sz w:val="20"/>
                <w:szCs w:val="20"/>
                <w:lang w:val="de-DE"/>
              </w:rPr>
              <w:t>praktike</w:t>
            </w:r>
            <w:proofErr w:type="spellEnd"/>
            <w:r w:rsidRPr="002D6B01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2D6B01">
              <w:rPr>
                <w:rFonts w:eastAsia="Arial"/>
                <w:sz w:val="20"/>
                <w:szCs w:val="20"/>
                <w:lang w:val="de-DE"/>
              </w:rPr>
              <w:t>dhe</w:t>
            </w:r>
            <w:proofErr w:type="spellEnd"/>
            <w:r w:rsidRPr="002D6B01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2D6B01">
              <w:rPr>
                <w:rFonts w:eastAsia="Arial"/>
                <w:sz w:val="20"/>
                <w:szCs w:val="20"/>
                <w:lang w:val="de-DE"/>
              </w:rPr>
              <w:t>përdorim</w:t>
            </w:r>
            <w:proofErr w:type="spellEnd"/>
            <w:r w:rsidRPr="002D6B01">
              <w:rPr>
                <w:rFonts w:eastAsia="Arial"/>
                <w:sz w:val="20"/>
                <w:szCs w:val="20"/>
                <w:lang w:val="de-DE"/>
              </w:rPr>
              <w:t xml:space="preserve"> i TIK-</w:t>
            </w:r>
            <w:proofErr w:type="spellStart"/>
            <w:r w:rsidRPr="002D6B01">
              <w:rPr>
                <w:rFonts w:eastAsia="Arial"/>
                <w:sz w:val="20"/>
                <w:szCs w:val="20"/>
                <w:lang w:val="de-DE"/>
              </w:rPr>
              <w:t>ut</w:t>
            </w:r>
            <w:proofErr w:type="spellEnd"/>
            <w:r w:rsidRPr="002D6B01">
              <w:rPr>
                <w:rFonts w:eastAsia="Arial"/>
                <w:sz w:val="20"/>
                <w:szCs w:val="20"/>
                <w:lang w:val="de-DE"/>
              </w:rPr>
              <w:t>.</w:t>
            </w:r>
          </w:p>
          <w:p w:rsidR="004D4998" w:rsidRPr="002D6B01" w:rsidRDefault="004D4998">
            <w:pPr>
              <w:rPr>
                <w:rFonts w:eastAsia="Arial"/>
                <w:sz w:val="20"/>
                <w:szCs w:val="20"/>
                <w:lang w:val="de-DE"/>
              </w:rPr>
            </w:pPr>
          </w:p>
          <w:p w:rsidR="00516D86" w:rsidRPr="002D6B01" w:rsidRDefault="00000000">
            <w:pPr>
              <w:rPr>
                <w:sz w:val="20"/>
                <w:szCs w:val="20"/>
                <w:lang w:val="de-DE"/>
              </w:rPr>
            </w:pPr>
            <w:proofErr w:type="spellStart"/>
            <w:r w:rsidRPr="002D6B01">
              <w:rPr>
                <w:rFonts w:eastAsia="Arial"/>
                <w:sz w:val="20"/>
                <w:szCs w:val="20"/>
                <w:lang w:val="de-DE"/>
              </w:rPr>
              <w:t>Edukatë</w:t>
            </w:r>
            <w:proofErr w:type="spellEnd"/>
            <w:r w:rsidRPr="002D6B01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2D6B01">
              <w:rPr>
                <w:rFonts w:eastAsia="Arial"/>
                <w:sz w:val="20"/>
                <w:szCs w:val="20"/>
                <w:lang w:val="de-DE"/>
              </w:rPr>
              <w:t>fizike</w:t>
            </w:r>
            <w:proofErr w:type="spellEnd"/>
            <w:r w:rsidRPr="002D6B01">
              <w:rPr>
                <w:rFonts w:eastAsia="Arial"/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2D6B01">
              <w:rPr>
                <w:rFonts w:eastAsia="Arial"/>
                <w:sz w:val="20"/>
                <w:szCs w:val="20"/>
                <w:lang w:val="de-DE"/>
              </w:rPr>
              <w:t>sportet</w:t>
            </w:r>
            <w:proofErr w:type="spellEnd"/>
            <w:r w:rsidRPr="002D6B01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2D6B01">
              <w:rPr>
                <w:rFonts w:eastAsia="Arial"/>
                <w:sz w:val="20"/>
                <w:szCs w:val="20"/>
                <w:lang w:val="de-DE"/>
              </w:rPr>
              <w:t>dhe</w:t>
            </w:r>
            <w:proofErr w:type="spellEnd"/>
            <w:r w:rsidRPr="002D6B01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2D6B01">
              <w:rPr>
                <w:rFonts w:eastAsia="Arial"/>
                <w:sz w:val="20"/>
                <w:szCs w:val="20"/>
                <w:lang w:val="de-DE"/>
              </w:rPr>
              <w:t>shëndeti</w:t>
            </w:r>
            <w:proofErr w:type="spellEnd"/>
            <w:r w:rsidRPr="002D6B01">
              <w:rPr>
                <w:rFonts w:eastAsia="Arial"/>
                <w:sz w:val="20"/>
                <w:szCs w:val="20"/>
                <w:lang w:val="de-DE"/>
              </w:rPr>
              <w:t xml:space="preserve"> – </w:t>
            </w:r>
            <w:proofErr w:type="spellStart"/>
            <w:r w:rsidRPr="002D6B01">
              <w:rPr>
                <w:rFonts w:eastAsia="Arial"/>
                <w:sz w:val="20"/>
                <w:szCs w:val="20"/>
                <w:lang w:val="de-DE"/>
              </w:rPr>
              <w:t>matje</w:t>
            </w:r>
            <w:proofErr w:type="spellEnd"/>
            <w:r w:rsidRPr="002D6B01">
              <w:rPr>
                <w:rFonts w:eastAsia="Arial"/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2D6B01">
              <w:rPr>
                <w:rFonts w:eastAsia="Arial"/>
                <w:sz w:val="20"/>
                <w:szCs w:val="20"/>
                <w:lang w:val="de-DE"/>
              </w:rPr>
              <w:t>raporte</w:t>
            </w:r>
            <w:proofErr w:type="spellEnd"/>
            <w:r w:rsidRPr="002D6B01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2D6B01">
              <w:rPr>
                <w:rFonts w:eastAsia="Arial"/>
                <w:sz w:val="20"/>
                <w:szCs w:val="20"/>
                <w:lang w:val="de-DE"/>
              </w:rPr>
              <w:t>dhe</w:t>
            </w:r>
            <w:proofErr w:type="spellEnd"/>
            <w:r w:rsidRPr="002D6B01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2D6B01">
              <w:rPr>
                <w:rFonts w:eastAsia="Arial"/>
                <w:sz w:val="20"/>
                <w:szCs w:val="20"/>
                <w:lang w:val="de-DE"/>
              </w:rPr>
              <w:t>interpretim</w:t>
            </w:r>
            <w:proofErr w:type="spellEnd"/>
            <w:r w:rsidRPr="002D6B01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2D6B01">
              <w:rPr>
                <w:rFonts w:eastAsia="Arial"/>
                <w:sz w:val="20"/>
                <w:szCs w:val="20"/>
                <w:lang w:val="de-DE"/>
              </w:rPr>
              <w:t>të</w:t>
            </w:r>
            <w:proofErr w:type="spellEnd"/>
            <w:r w:rsidRPr="002D6B01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2D6B01">
              <w:rPr>
                <w:rFonts w:eastAsia="Arial"/>
                <w:sz w:val="20"/>
                <w:szCs w:val="20"/>
                <w:lang w:val="de-DE"/>
              </w:rPr>
              <w:t>dhënash</w:t>
            </w:r>
            <w:proofErr w:type="spellEnd"/>
            <w:r w:rsidRPr="002D6B01">
              <w:rPr>
                <w:rFonts w:eastAsia="Arial"/>
                <w:sz w:val="20"/>
                <w:szCs w:val="20"/>
                <w:lang w:val="de-DE"/>
              </w:rPr>
              <w:t>.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16D86" w:rsidRPr="002D6B01" w:rsidRDefault="00000000">
            <w:pPr>
              <w:rPr>
                <w:sz w:val="20"/>
                <w:szCs w:val="20"/>
              </w:rPr>
            </w:pPr>
            <w:proofErr w:type="spellStart"/>
            <w:r w:rsidRPr="002D6B01">
              <w:rPr>
                <w:rFonts w:eastAsia="Arial"/>
                <w:sz w:val="20"/>
                <w:szCs w:val="20"/>
              </w:rPr>
              <w:lastRenderedPageBreak/>
              <w:t>Matematika</w:t>
            </w:r>
            <w:proofErr w:type="spellEnd"/>
            <w:r w:rsidRPr="002D6B01">
              <w:rPr>
                <w:rFonts w:eastAsia="Arial"/>
                <w:sz w:val="20"/>
                <w:szCs w:val="20"/>
              </w:rPr>
              <w:t xml:space="preserve"> 9 – </w:t>
            </w:r>
            <w:proofErr w:type="spellStart"/>
            <w:r w:rsidRPr="002D6B01">
              <w:rPr>
                <w:rFonts w:eastAsia="Arial"/>
                <w:sz w:val="20"/>
                <w:szCs w:val="20"/>
              </w:rPr>
              <w:t>Botime</w:t>
            </w:r>
            <w:proofErr w:type="spellEnd"/>
            <w:r w:rsidRPr="002D6B01">
              <w:rPr>
                <w:rFonts w:eastAsia="Arial"/>
                <w:sz w:val="20"/>
                <w:szCs w:val="20"/>
              </w:rPr>
              <w:t xml:space="preserve"> PEGI, Kosovë, Prishtinë 2022.</w:t>
            </w:r>
          </w:p>
          <w:p w:rsidR="00AE2492" w:rsidRPr="002D6B01" w:rsidRDefault="00AE2492">
            <w:pPr>
              <w:rPr>
                <w:rFonts w:eastAsia="Arial"/>
                <w:sz w:val="20"/>
                <w:szCs w:val="20"/>
              </w:rPr>
            </w:pPr>
          </w:p>
          <w:p w:rsidR="00516D86" w:rsidRPr="002D6B01" w:rsidRDefault="00000000">
            <w:pPr>
              <w:rPr>
                <w:sz w:val="20"/>
                <w:szCs w:val="20"/>
              </w:rPr>
            </w:pPr>
            <w:proofErr w:type="spellStart"/>
            <w:r w:rsidRPr="002D6B01">
              <w:rPr>
                <w:rFonts w:eastAsia="Arial"/>
                <w:sz w:val="20"/>
                <w:szCs w:val="20"/>
              </w:rPr>
              <w:t>Fletore</w:t>
            </w:r>
            <w:proofErr w:type="spellEnd"/>
            <w:r w:rsidRPr="002D6B01">
              <w:rPr>
                <w:rFonts w:eastAsia="Arial"/>
                <w:sz w:val="20"/>
                <w:szCs w:val="20"/>
              </w:rPr>
              <w:t xml:space="preserve"> </w:t>
            </w:r>
            <w:proofErr w:type="spellStart"/>
            <w:r w:rsidRPr="002D6B01">
              <w:rPr>
                <w:rFonts w:eastAsia="Arial"/>
                <w:sz w:val="20"/>
                <w:szCs w:val="20"/>
              </w:rPr>
              <w:t>pune</w:t>
            </w:r>
            <w:proofErr w:type="spellEnd"/>
            <w:r w:rsidRPr="002D6B01">
              <w:rPr>
                <w:rFonts w:eastAsia="Arial"/>
                <w:sz w:val="20"/>
                <w:szCs w:val="20"/>
              </w:rPr>
              <w:t xml:space="preserve"> – </w:t>
            </w:r>
            <w:proofErr w:type="spellStart"/>
            <w:r w:rsidRPr="002D6B01">
              <w:rPr>
                <w:rFonts w:eastAsia="Arial"/>
                <w:sz w:val="20"/>
                <w:szCs w:val="20"/>
              </w:rPr>
              <w:lastRenderedPageBreak/>
              <w:t>Matematika</w:t>
            </w:r>
            <w:proofErr w:type="spellEnd"/>
            <w:r w:rsidRPr="002D6B01">
              <w:rPr>
                <w:rFonts w:eastAsia="Arial"/>
                <w:sz w:val="20"/>
                <w:szCs w:val="20"/>
              </w:rPr>
              <w:t xml:space="preserve"> 9, PEGI.</w:t>
            </w:r>
          </w:p>
          <w:p w:rsidR="00516D86" w:rsidRPr="002D6B01" w:rsidRDefault="00516D86">
            <w:pPr>
              <w:rPr>
                <w:sz w:val="20"/>
                <w:szCs w:val="20"/>
              </w:rPr>
            </w:pPr>
          </w:p>
          <w:p w:rsidR="00516D86" w:rsidRPr="002D6B01" w:rsidRDefault="00000000">
            <w:pPr>
              <w:rPr>
                <w:sz w:val="20"/>
                <w:szCs w:val="20"/>
              </w:rPr>
            </w:pPr>
            <w:r w:rsidRPr="002D6B01">
              <w:rPr>
                <w:rFonts w:eastAsia="Arial"/>
                <w:sz w:val="20"/>
                <w:szCs w:val="20"/>
              </w:rPr>
              <w:t>GeoGebra, kalkulator, mjete gjeometrike, Excel, fletë pune dhe burime digjitale.</w:t>
            </w:r>
          </w:p>
        </w:tc>
      </w:tr>
      <w:tr w:rsidR="00B62707" w:rsidRPr="009E1A94" w:rsidTr="000D5A18">
        <w:tc>
          <w:tcPr>
            <w:tcW w:w="360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EF2E8"/>
          </w:tcPr>
          <w:p w:rsidR="00B62707" w:rsidRPr="002D6B01" w:rsidRDefault="00B62707" w:rsidP="00F63F2F">
            <w:pPr>
              <w:rPr>
                <w:sz w:val="20"/>
                <w:szCs w:val="20"/>
              </w:rPr>
            </w:pPr>
            <w:proofErr w:type="spellStart"/>
            <w:r w:rsidRPr="002D6B01">
              <w:rPr>
                <w:b/>
                <w:sz w:val="20"/>
                <w:szCs w:val="20"/>
              </w:rPr>
              <w:lastRenderedPageBreak/>
              <w:t>Arsimtari</w:t>
            </w:r>
            <w:proofErr w:type="spellEnd"/>
            <w:r w:rsidRPr="002D6B01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10858" w:type="dxa"/>
            <w:gridSpan w:val="9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62707" w:rsidRPr="002D6B01" w:rsidRDefault="00B62707" w:rsidP="00F63F2F">
            <w:pPr>
              <w:rPr>
                <w:sz w:val="20"/>
                <w:szCs w:val="20"/>
              </w:rPr>
            </w:pPr>
          </w:p>
          <w:p w:rsidR="00920A86" w:rsidRPr="002D6B01" w:rsidRDefault="00920A86" w:rsidP="00F63F2F">
            <w:pPr>
              <w:rPr>
                <w:sz w:val="20"/>
                <w:szCs w:val="20"/>
              </w:rPr>
            </w:pPr>
          </w:p>
        </w:tc>
      </w:tr>
    </w:tbl>
    <w:p w:rsidR="00B62707" w:rsidRDefault="00B62707"/>
    <w:p w:rsidR="00B62707" w:rsidRDefault="00B62707"/>
    <w:p w:rsidR="005B603F" w:rsidRDefault="005B603F"/>
    <w:p w:rsidR="006416F8" w:rsidRDefault="006416F8"/>
    <w:p w:rsidR="001B0AB0" w:rsidRDefault="001B0AB0"/>
    <w:p w:rsidR="001B0AB0" w:rsidRDefault="001B0AB0"/>
    <w:p w:rsidR="001B0AB0" w:rsidRDefault="001B0AB0"/>
    <w:p w:rsidR="001B0AB0" w:rsidRDefault="001B0AB0"/>
    <w:p w:rsidR="001B0AB0" w:rsidRDefault="001B0AB0"/>
    <w:p w:rsidR="001B0AB0" w:rsidRDefault="001B0AB0"/>
    <w:p w:rsidR="001B0AB0" w:rsidRDefault="001B0AB0"/>
    <w:p w:rsidR="001B0AB0" w:rsidRDefault="001B0AB0"/>
    <w:p w:rsidR="001B0AB0" w:rsidRDefault="001B0AB0"/>
    <w:p w:rsidR="001B0AB0" w:rsidRDefault="001B0AB0"/>
    <w:p w:rsidR="001B0AB0" w:rsidRDefault="001B0AB0"/>
    <w:p w:rsidR="001B0AB0" w:rsidRDefault="001B0AB0"/>
    <w:p w:rsidR="001B0AB0" w:rsidRDefault="001B0AB0"/>
    <w:p w:rsidR="001B0AB0" w:rsidRDefault="001B0AB0"/>
    <w:p w:rsidR="001B0AB0" w:rsidRDefault="001B0AB0"/>
    <w:p w:rsidR="001B0AB0" w:rsidRDefault="001B0AB0"/>
    <w:p w:rsidR="001B0AB0" w:rsidRDefault="001B0AB0"/>
    <w:p w:rsidR="001B0AB0" w:rsidRDefault="001B0AB0"/>
    <w:p w:rsidR="001B0AB0" w:rsidRDefault="001B0AB0"/>
    <w:p w:rsidR="001B0AB0" w:rsidRDefault="001B0AB0"/>
    <w:p w:rsidR="001B0AB0" w:rsidRDefault="001B0AB0"/>
    <w:p w:rsidR="001B0AB0" w:rsidRDefault="001B0AB0"/>
    <w:p w:rsidR="001B0AB0" w:rsidRDefault="001B0AB0"/>
    <w:p w:rsidR="001B0AB0" w:rsidRDefault="001B0AB0"/>
    <w:p w:rsidR="001B0AB0" w:rsidRDefault="001B0AB0"/>
    <w:p w:rsidR="001B0AB0" w:rsidRDefault="001B0AB0"/>
    <w:p w:rsidR="001B0AB0" w:rsidRDefault="001B0AB0"/>
    <w:tbl>
      <w:tblPr>
        <w:tblW w:w="14458" w:type="dxa"/>
        <w:tblInd w:w="8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1350"/>
        <w:gridCol w:w="720"/>
        <w:gridCol w:w="285"/>
        <w:gridCol w:w="226"/>
        <w:gridCol w:w="2693"/>
        <w:gridCol w:w="850"/>
        <w:gridCol w:w="142"/>
        <w:gridCol w:w="1701"/>
        <w:gridCol w:w="1701"/>
        <w:gridCol w:w="1843"/>
        <w:gridCol w:w="1417"/>
      </w:tblGrid>
      <w:tr w:rsidR="001B0AB0" w:rsidRPr="00DE5029" w:rsidTr="000D5A18">
        <w:trPr>
          <w:trHeight w:val="420"/>
        </w:trPr>
        <w:tc>
          <w:tcPr>
            <w:tcW w:w="3885" w:type="dxa"/>
            <w:gridSpan w:val="4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1B0AB0" w:rsidRPr="00354598" w:rsidRDefault="001B0AB0" w:rsidP="00F63F2F">
            <w:pPr>
              <w:jc w:val="center"/>
              <w:rPr>
                <w:sz w:val="28"/>
                <w:szCs w:val="28"/>
              </w:rPr>
            </w:pPr>
            <w:r w:rsidRPr="00354598">
              <w:rPr>
                <w:b/>
                <w:sz w:val="28"/>
                <w:szCs w:val="28"/>
              </w:rPr>
              <w:lastRenderedPageBreak/>
              <w:t xml:space="preserve">Logo e </w:t>
            </w:r>
            <w:proofErr w:type="spellStart"/>
            <w:r w:rsidRPr="00354598">
              <w:rPr>
                <w:b/>
                <w:sz w:val="28"/>
                <w:szCs w:val="28"/>
              </w:rPr>
              <w:t>Komunës</w:t>
            </w:r>
            <w:proofErr w:type="spellEnd"/>
          </w:p>
        </w:tc>
        <w:tc>
          <w:tcPr>
            <w:tcW w:w="3911" w:type="dxa"/>
            <w:gridSpan w:val="4"/>
            <w:tcBorders>
              <w:top w:val="single" w:sz="12" w:space="0" w:color="auto"/>
              <w:left w:val="single" w:sz="12" w:space="0" w:color="auto"/>
            </w:tcBorders>
            <w:shd w:val="clear" w:color="auto" w:fill="FEF2E8"/>
          </w:tcPr>
          <w:p w:rsidR="00516D86" w:rsidRPr="00354598" w:rsidRDefault="00000000">
            <w:pPr>
              <w:rPr>
                <w:sz w:val="28"/>
                <w:szCs w:val="28"/>
              </w:rPr>
            </w:pPr>
            <w:r w:rsidRPr="00354598">
              <w:rPr>
                <w:rFonts w:eastAsia="Arial"/>
                <w:b/>
                <w:sz w:val="28"/>
                <w:szCs w:val="28"/>
              </w:rPr>
              <w:t>PLANI DYMUJOR: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516D86" w:rsidRPr="00354598" w:rsidRDefault="00000000">
            <w:pPr>
              <w:jc w:val="center"/>
              <w:rPr>
                <w:sz w:val="28"/>
                <w:szCs w:val="28"/>
              </w:rPr>
            </w:pPr>
            <w:r w:rsidRPr="00354598">
              <w:rPr>
                <w:rFonts w:eastAsia="Arial"/>
                <w:b/>
                <w:sz w:val="28"/>
                <w:szCs w:val="28"/>
              </w:rPr>
              <w:t>NËNTOR - DHJETOR</w:t>
            </w:r>
          </w:p>
        </w:tc>
        <w:tc>
          <w:tcPr>
            <w:tcW w:w="326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B0AB0" w:rsidRPr="00354598" w:rsidRDefault="001B0AB0" w:rsidP="00F63F2F">
            <w:pPr>
              <w:jc w:val="center"/>
              <w:rPr>
                <w:sz w:val="28"/>
                <w:szCs w:val="28"/>
              </w:rPr>
            </w:pPr>
            <w:r w:rsidRPr="00354598">
              <w:rPr>
                <w:b/>
                <w:sz w:val="28"/>
                <w:szCs w:val="28"/>
              </w:rPr>
              <w:t xml:space="preserve">Logo e </w:t>
            </w:r>
            <w:proofErr w:type="spellStart"/>
            <w:r w:rsidRPr="00354598">
              <w:rPr>
                <w:b/>
                <w:sz w:val="28"/>
                <w:szCs w:val="28"/>
              </w:rPr>
              <w:t>shkollës</w:t>
            </w:r>
            <w:proofErr w:type="spellEnd"/>
          </w:p>
        </w:tc>
      </w:tr>
      <w:tr w:rsidR="001B0AB0" w:rsidRPr="00DE5029" w:rsidTr="000D5A18">
        <w:trPr>
          <w:trHeight w:val="420"/>
        </w:trPr>
        <w:tc>
          <w:tcPr>
            <w:tcW w:w="3885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1B0AB0" w:rsidRPr="00354598" w:rsidRDefault="001B0AB0" w:rsidP="00F63F2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11" w:type="dxa"/>
            <w:gridSpan w:val="4"/>
            <w:tcBorders>
              <w:left w:val="single" w:sz="12" w:space="0" w:color="auto"/>
            </w:tcBorders>
            <w:shd w:val="clear" w:color="auto" w:fill="FEF2E8"/>
          </w:tcPr>
          <w:p w:rsidR="00516D86" w:rsidRPr="00354598" w:rsidRDefault="00000000">
            <w:pPr>
              <w:rPr>
                <w:sz w:val="28"/>
                <w:szCs w:val="28"/>
              </w:rPr>
            </w:pPr>
            <w:r w:rsidRPr="00354598">
              <w:rPr>
                <w:rFonts w:eastAsia="Arial"/>
                <w:b/>
                <w:sz w:val="28"/>
                <w:szCs w:val="28"/>
              </w:rPr>
              <w:t>VITI SHKOLLOR:</w:t>
            </w:r>
          </w:p>
        </w:tc>
        <w:tc>
          <w:tcPr>
            <w:tcW w:w="3402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516D86" w:rsidRPr="00354598" w:rsidRDefault="00000000">
            <w:pPr>
              <w:jc w:val="center"/>
              <w:rPr>
                <w:sz w:val="28"/>
                <w:szCs w:val="28"/>
              </w:rPr>
            </w:pPr>
            <w:r w:rsidRPr="00354598">
              <w:rPr>
                <w:rFonts w:eastAsia="Arial"/>
                <w:b/>
                <w:sz w:val="28"/>
                <w:szCs w:val="28"/>
              </w:rPr>
              <w:t>2026 /2027</w:t>
            </w:r>
          </w:p>
        </w:tc>
        <w:tc>
          <w:tcPr>
            <w:tcW w:w="326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B0AB0" w:rsidRPr="00354598" w:rsidRDefault="001B0AB0" w:rsidP="00F63F2F">
            <w:pPr>
              <w:rPr>
                <w:b/>
                <w:sz w:val="28"/>
                <w:szCs w:val="28"/>
              </w:rPr>
            </w:pPr>
          </w:p>
        </w:tc>
      </w:tr>
      <w:tr w:rsidR="001B0AB0" w:rsidRPr="00DE5029" w:rsidTr="000D5A18">
        <w:trPr>
          <w:trHeight w:val="368"/>
        </w:trPr>
        <w:tc>
          <w:tcPr>
            <w:tcW w:w="3885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1B0AB0" w:rsidRPr="00354598" w:rsidRDefault="001B0AB0" w:rsidP="00F63F2F">
            <w:pPr>
              <w:jc w:val="center"/>
              <w:rPr>
                <w:noProof/>
                <w:sz w:val="28"/>
                <w:szCs w:val="28"/>
              </w:rPr>
            </w:pPr>
          </w:p>
        </w:tc>
        <w:tc>
          <w:tcPr>
            <w:tcW w:w="3911" w:type="dxa"/>
            <w:gridSpan w:val="4"/>
            <w:tcBorders>
              <w:left w:val="single" w:sz="12" w:space="0" w:color="auto"/>
            </w:tcBorders>
            <w:shd w:val="clear" w:color="auto" w:fill="FEF2E8"/>
          </w:tcPr>
          <w:p w:rsidR="00516D86" w:rsidRPr="00354598" w:rsidRDefault="00000000">
            <w:pPr>
              <w:rPr>
                <w:sz w:val="28"/>
                <w:szCs w:val="28"/>
              </w:rPr>
            </w:pPr>
            <w:r w:rsidRPr="00354598">
              <w:rPr>
                <w:rFonts w:eastAsia="Arial"/>
                <w:b/>
                <w:sz w:val="28"/>
                <w:szCs w:val="28"/>
              </w:rPr>
              <w:t>FUSHA E KURRIKULËS:</w:t>
            </w:r>
          </w:p>
        </w:tc>
        <w:tc>
          <w:tcPr>
            <w:tcW w:w="3402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516D86" w:rsidRPr="00354598" w:rsidRDefault="00000000">
            <w:pPr>
              <w:jc w:val="center"/>
              <w:rPr>
                <w:sz w:val="28"/>
                <w:szCs w:val="28"/>
              </w:rPr>
            </w:pPr>
            <w:r w:rsidRPr="00354598">
              <w:rPr>
                <w:rFonts w:eastAsia="Arial"/>
                <w:b/>
                <w:sz w:val="28"/>
                <w:szCs w:val="28"/>
              </w:rPr>
              <w:t>MATEMATIKË</w:t>
            </w:r>
          </w:p>
        </w:tc>
        <w:tc>
          <w:tcPr>
            <w:tcW w:w="326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B0AB0" w:rsidRPr="00354598" w:rsidRDefault="001B0AB0" w:rsidP="00F63F2F">
            <w:pPr>
              <w:rPr>
                <w:b/>
                <w:sz w:val="28"/>
                <w:szCs w:val="28"/>
              </w:rPr>
            </w:pPr>
          </w:p>
        </w:tc>
      </w:tr>
      <w:tr w:rsidR="001B0AB0" w:rsidRPr="00DE5029" w:rsidTr="000D5A18">
        <w:trPr>
          <w:trHeight w:val="345"/>
        </w:trPr>
        <w:tc>
          <w:tcPr>
            <w:tcW w:w="3885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1B0AB0" w:rsidRPr="00354598" w:rsidRDefault="001B0AB0" w:rsidP="00F63F2F">
            <w:pPr>
              <w:jc w:val="center"/>
              <w:rPr>
                <w:noProof/>
                <w:sz w:val="28"/>
                <w:szCs w:val="28"/>
              </w:rPr>
            </w:pPr>
          </w:p>
        </w:tc>
        <w:tc>
          <w:tcPr>
            <w:tcW w:w="3911" w:type="dxa"/>
            <w:gridSpan w:val="4"/>
            <w:tcBorders>
              <w:left w:val="single" w:sz="12" w:space="0" w:color="auto"/>
            </w:tcBorders>
            <w:shd w:val="clear" w:color="auto" w:fill="FEF2E8"/>
          </w:tcPr>
          <w:p w:rsidR="00516D86" w:rsidRPr="00354598" w:rsidRDefault="00000000">
            <w:pPr>
              <w:rPr>
                <w:sz w:val="28"/>
                <w:szCs w:val="28"/>
              </w:rPr>
            </w:pPr>
            <w:r w:rsidRPr="00354598">
              <w:rPr>
                <w:rFonts w:eastAsia="Arial"/>
                <w:b/>
                <w:sz w:val="28"/>
                <w:szCs w:val="28"/>
              </w:rPr>
              <w:t>LËNDA :</w:t>
            </w:r>
          </w:p>
        </w:tc>
        <w:tc>
          <w:tcPr>
            <w:tcW w:w="3402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516D86" w:rsidRPr="00354598" w:rsidRDefault="00000000">
            <w:pPr>
              <w:jc w:val="center"/>
              <w:rPr>
                <w:sz w:val="28"/>
                <w:szCs w:val="28"/>
              </w:rPr>
            </w:pPr>
            <w:r w:rsidRPr="00354598">
              <w:rPr>
                <w:rFonts w:eastAsia="Arial"/>
                <w:b/>
                <w:sz w:val="28"/>
                <w:szCs w:val="28"/>
              </w:rPr>
              <w:t>Matematikë</w:t>
            </w:r>
          </w:p>
        </w:tc>
        <w:tc>
          <w:tcPr>
            <w:tcW w:w="326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B0AB0" w:rsidRPr="00354598" w:rsidRDefault="001B0AB0" w:rsidP="00F63F2F">
            <w:pPr>
              <w:rPr>
                <w:b/>
                <w:sz w:val="28"/>
                <w:szCs w:val="28"/>
              </w:rPr>
            </w:pPr>
          </w:p>
        </w:tc>
      </w:tr>
      <w:tr w:rsidR="001B0AB0" w:rsidRPr="00DE5029" w:rsidTr="000D5A18">
        <w:trPr>
          <w:trHeight w:val="390"/>
        </w:trPr>
        <w:tc>
          <w:tcPr>
            <w:tcW w:w="3885" w:type="dxa"/>
            <w:gridSpan w:val="4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1B0AB0" w:rsidRPr="00354598" w:rsidRDefault="001B0AB0" w:rsidP="00F63F2F">
            <w:pPr>
              <w:jc w:val="center"/>
              <w:rPr>
                <w:noProof/>
                <w:sz w:val="28"/>
                <w:szCs w:val="28"/>
              </w:rPr>
            </w:pPr>
          </w:p>
        </w:tc>
        <w:tc>
          <w:tcPr>
            <w:tcW w:w="3911" w:type="dxa"/>
            <w:gridSpan w:val="4"/>
            <w:tcBorders>
              <w:left w:val="single" w:sz="12" w:space="0" w:color="auto"/>
              <w:bottom w:val="single" w:sz="12" w:space="0" w:color="auto"/>
            </w:tcBorders>
            <w:shd w:val="clear" w:color="auto" w:fill="FEF2E8"/>
          </w:tcPr>
          <w:p w:rsidR="00516D86" w:rsidRPr="00354598" w:rsidRDefault="00000000">
            <w:pPr>
              <w:rPr>
                <w:sz w:val="28"/>
                <w:szCs w:val="28"/>
              </w:rPr>
            </w:pPr>
            <w:r w:rsidRPr="00354598">
              <w:rPr>
                <w:rFonts w:eastAsia="Arial"/>
                <w:b/>
                <w:sz w:val="28"/>
                <w:szCs w:val="28"/>
              </w:rPr>
              <w:t>KLASA :</w:t>
            </w:r>
          </w:p>
        </w:tc>
        <w:tc>
          <w:tcPr>
            <w:tcW w:w="3402" w:type="dxa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16D86" w:rsidRPr="00354598" w:rsidRDefault="00000000">
            <w:pPr>
              <w:jc w:val="center"/>
              <w:rPr>
                <w:sz w:val="28"/>
                <w:szCs w:val="28"/>
              </w:rPr>
            </w:pPr>
            <w:r w:rsidRPr="00354598">
              <w:rPr>
                <w:rFonts w:eastAsia="Arial"/>
                <w:b/>
                <w:sz w:val="28"/>
                <w:szCs w:val="28"/>
              </w:rPr>
              <w:t>IX</w:t>
            </w:r>
          </w:p>
        </w:tc>
        <w:tc>
          <w:tcPr>
            <w:tcW w:w="3260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B0AB0" w:rsidRPr="00354598" w:rsidRDefault="001B0AB0" w:rsidP="00F63F2F">
            <w:pPr>
              <w:rPr>
                <w:b/>
                <w:sz w:val="28"/>
                <w:szCs w:val="28"/>
              </w:rPr>
            </w:pPr>
          </w:p>
        </w:tc>
      </w:tr>
      <w:tr w:rsidR="001B0AB0" w:rsidRPr="00DE5029" w:rsidTr="000D5A18">
        <w:tc>
          <w:tcPr>
            <w:tcW w:w="28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EF2E8"/>
          </w:tcPr>
          <w:p w:rsidR="001B0AB0" w:rsidRPr="00354598" w:rsidRDefault="001B0AB0" w:rsidP="00F63F2F">
            <w:pPr>
              <w:rPr>
                <w:sz w:val="28"/>
                <w:szCs w:val="28"/>
              </w:rPr>
            </w:pPr>
            <w:r w:rsidRPr="00354598">
              <w:rPr>
                <w:b/>
                <w:sz w:val="28"/>
                <w:szCs w:val="28"/>
              </w:rPr>
              <w:t xml:space="preserve">TEMA-T  </w:t>
            </w:r>
            <w:proofErr w:type="spellStart"/>
            <w:r w:rsidRPr="00354598">
              <w:rPr>
                <w:b/>
                <w:sz w:val="28"/>
                <w:szCs w:val="28"/>
              </w:rPr>
              <w:t>mësimore</w:t>
            </w:r>
            <w:proofErr w:type="spellEnd"/>
            <w:r w:rsidRPr="00354598">
              <w:rPr>
                <w:b/>
                <w:sz w:val="28"/>
                <w:szCs w:val="28"/>
              </w:rPr>
              <w:t>:</w:t>
            </w:r>
          </w:p>
        </w:tc>
        <w:tc>
          <w:tcPr>
            <w:tcW w:w="11578" w:type="dxa"/>
            <w:gridSpan w:val="10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16D86" w:rsidRPr="00354598" w:rsidRDefault="00000000">
            <w:pPr>
              <w:rPr>
                <w:sz w:val="28"/>
                <w:szCs w:val="28"/>
              </w:rPr>
            </w:pPr>
            <w:r w:rsidRPr="00354598">
              <w:rPr>
                <w:rFonts w:eastAsia="Arial"/>
                <w:b/>
                <w:sz w:val="28"/>
                <w:szCs w:val="28"/>
              </w:rPr>
              <w:t>3. Ekuacionet dhe inekuacionet lineare me një ndryshore    4. Gjeometria në rrafsh</w:t>
            </w:r>
          </w:p>
        </w:tc>
      </w:tr>
      <w:tr w:rsidR="001B0AB0" w:rsidRPr="00DE5029" w:rsidTr="000D5A18">
        <w:tc>
          <w:tcPr>
            <w:tcW w:w="14458" w:type="dxa"/>
            <w:gridSpan w:val="12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F2F2F2"/>
          </w:tcPr>
          <w:p w:rsidR="001B0AB0" w:rsidRPr="00354598" w:rsidRDefault="001B0AB0" w:rsidP="00F63F2F">
            <w:pPr>
              <w:rPr>
                <w:sz w:val="28"/>
                <w:szCs w:val="28"/>
              </w:rPr>
            </w:pPr>
            <w:r w:rsidRPr="00354598">
              <w:rPr>
                <w:b/>
                <w:sz w:val="28"/>
                <w:szCs w:val="28"/>
              </w:rPr>
              <w:t xml:space="preserve">RNK- </w:t>
            </w:r>
            <w:proofErr w:type="spellStart"/>
            <w:r w:rsidRPr="00354598">
              <w:rPr>
                <w:b/>
                <w:sz w:val="28"/>
                <w:szCs w:val="28"/>
              </w:rPr>
              <w:t>Rezultatet</w:t>
            </w:r>
            <w:proofErr w:type="spellEnd"/>
            <w:r w:rsidRPr="00354598">
              <w:rPr>
                <w:b/>
                <w:sz w:val="28"/>
                <w:szCs w:val="28"/>
              </w:rPr>
              <w:t xml:space="preserve"> e </w:t>
            </w:r>
            <w:proofErr w:type="spellStart"/>
            <w:r w:rsidRPr="00354598">
              <w:rPr>
                <w:b/>
                <w:sz w:val="28"/>
                <w:szCs w:val="28"/>
              </w:rPr>
              <w:t>të</w:t>
            </w:r>
            <w:proofErr w:type="spellEnd"/>
            <w:r w:rsidRPr="00354598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354598">
              <w:rPr>
                <w:b/>
                <w:sz w:val="28"/>
                <w:szCs w:val="28"/>
              </w:rPr>
              <w:t>nxënit</w:t>
            </w:r>
            <w:proofErr w:type="spellEnd"/>
            <w:r w:rsidRPr="00354598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354598">
              <w:rPr>
                <w:b/>
                <w:sz w:val="28"/>
                <w:szCs w:val="28"/>
              </w:rPr>
              <w:t>për</w:t>
            </w:r>
            <w:proofErr w:type="spellEnd"/>
            <w:r w:rsidRPr="00354598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354598">
              <w:rPr>
                <w:b/>
                <w:sz w:val="28"/>
                <w:szCs w:val="28"/>
              </w:rPr>
              <w:t>kompetencat</w:t>
            </w:r>
            <w:proofErr w:type="spellEnd"/>
            <w:r w:rsidRPr="00354598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354598">
              <w:rPr>
                <w:b/>
                <w:sz w:val="28"/>
                <w:szCs w:val="28"/>
              </w:rPr>
              <w:t>kryesore</w:t>
            </w:r>
            <w:proofErr w:type="spellEnd"/>
            <w:r w:rsidRPr="00354598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354598">
              <w:rPr>
                <w:b/>
                <w:sz w:val="28"/>
                <w:szCs w:val="28"/>
              </w:rPr>
              <w:t>të</w:t>
            </w:r>
            <w:proofErr w:type="spellEnd"/>
            <w:r w:rsidRPr="00354598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354598">
              <w:rPr>
                <w:b/>
                <w:sz w:val="28"/>
                <w:szCs w:val="28"/>
              </w:rPr>
              <w:t>shkallës</w:t>
            </w:r>
            <w:proofErr w:type="spellEnd"/>
            <w:r w:rsidRPr="00354598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354598">
              <w:rPr>
                <w:b/>
                <w:sz w:val="28"/>
                <w:szCs w:val="28"/>
              </w:rPr>
              <w:t>që</w:t>
            </w:r>
            <w:proofErr w:type="spellEnd"/>
            <w:r w:rsidRPr="00354598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354598">
              <w:rPr>
                <w:b/>
                <w:sz w:val="28"/>
                <w:szCs w:val="28"/>
              </w:rPr>
              <w:t>synohen</w:t>
            </w:r>
            <w:proofErr w:type="spellEnd"/>
            <w:r w:rsidRPr="00354598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354598">
              <w:rPr>
                <w:b/>
                <w:sz w:val="28"/>
                <w:szCs w:val="28"/>
              </w:rPr>
              <w:t>të</w:t>
            </w:r>
            <w:proofErr w:type="spellEnd"/>
            <w:r w:rsidRPr="00354598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354598">
              <w:rPr>
                <w:b/>
                <w:sz w:val="28"/>
                <w:szCs w:val="28"/>
              </w:rPr>
              <w:t>arrihen</w:t>
            </w:r>
            <w:proofErr w:type="spellEnd"/>
            <w:r w:rsidRPr="00354598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354598">
              <w:rPr>
                <w:b/>
                <w:sz w:val="28"/>
                <w:szCs w:val="28"/>
              </w:rPr>
              <w:t>përmes</w:t>
            </w:r>
            <w:proofErr w:type="spellEnd"/>
            <w:r w:rsidRPr="00354598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354598">
              <w:rPr>
                <w:b/>
                <w:sz w:val="28"/>
                <w:szCs w:val="28"/>
              </w:rPr>
              <w:t>shtjellimit</w:t>
            </w:r>
            <w:proofErr w:type="spellEnd"/>
            <w:r w:rsidRPr="00354598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354598">
              <w:rPr>
                <w:b/>
                <w:sz w:val="28"/>
                <w:szCs w:val="28"/>
              </w:rPr>
              <w:t>të</w:t>
            </w:r>
            <w:proofErr w:type="spellEnd"/>
            <w:r w:rsidRPr="00354598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354598">
              <w:rPr>
                <w:b/>
                <w:sz w:val="28"/>
                <w:szCs w:val="28"/>
              </w:rPr>
              <w:t>temës</w:t>
            </w:r>
            <w:proofErr w:type="spellEnd"/>
            <w:r w:rsidRPr="00354598">
              <w:rPr>
                <w:b/>
                <w:sz w:val="28"/>
                <w:szCs w:val="28"/>
              </w:rPr>
              <w:t>/</w:t>
            </w:r>
            <w:proofErr w:type="spellStart"/>
            <w:r w:rsidRPr="00354598">
              <w:rPr>
                <w:b/>
                <w:sz w:val="28"/>
                <w:szCs w:val="28"/>
              </w:rPr>
              <w:t>ve</w:t>
            </w:r>
            <w:proofErr w:type="spellEnd"/>
            <w:r w:rsidRPr="00354598">
              <w:rPr>
                <w:b/>
                <w:sz w:val="28"/>
                <w:szCs w:val="28"/>
              </w:rPr>
              <w:t>:</w:t>
            </w:r>
          </w:p>
        </w:tc>
      </w:tr>
      <w:tr w:rsidR="001B0AB0" w:rsidRPr="00B62707" w:rsidTr="000D5A18">
        <w:tc>
          <w:tcPr>
            <w:tcW w:w="14458" w:type="dxa"/>
            <w:gridSpan w:val="12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16D86" w:rsidRPr="00354598" w:rsidRDefault="00983F9C">
            <w:pPr>
              <w:rPr>
                <w:sz w:val="20"/>
                <w:szCs w:val="20"/>
              </w:rPr>
            </w:pPr>
            <w:r w:rsidRPr="00983F9C">
              <w:rPr>
                <w:rFonts w:eastAsia="Arial"/>
                <w:b/>
                <w:sz w:val="20"/>
                <w:szCs w:val="20"/>
              </w:rPr>
              <w:t xml:space="preserve">TEMA 1 dhe 2: </w:t>
            </w:r>
            <w:r w:rsidR="00000000" w:rsidRPr="00354598">
              <w:rPr>
                <w:rFonts w:eastAsia="Arial"/>
                <w:b/>
                <w:sz w:val="20"/>
                <w:szCs w:val="20"/>
              </w:rPr>
              <w:t>I.2, I.3, I.5, I.6, I.8; II.2, II.3, II.5, II.6, II.7; III.3, III.4, III.5, III.7.</w:t>
            </w:r>
          </w:p>
        </w:tc>
      </w:tr>
      <w:tr w:rsidR="001B0AB0" w:rsidRPr="00B62707" w:rsidTr="000D5A18">
        <w:tc>
          <w:tcPr>
            <w:tcW w:w="14458" w:type="dxa"/>
            <w:gridSpan w:val="12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F2F2F2"/>
          </w:tcPr>
          <w:p w:rsidR="001B0AB0" w:rsidRPr="00354598" w:rsidRDefault="001B0AB0" w:rsidP="00F63F2F">
            <w:pPr>
              <w:rPr>
                <w:sz w:val="28"/>
                <w:szCs w:val="28"/>
                <w:lang w:val="en-US"/>
              </w:rPr>
            </w:pPr>
            <w:r w:rsidRPr="00354598">
              <w:rPr>
                <w:b/>
                <w:sz w:val="28"/>
                <w:szCs w:val="28"/>
                <w:lang w:val="en-US"/>
              </w:rPr>
              <w:t xml:space="preserve">RNF- </w:t>
            </w:r>
            <w:proofErr w:type="spellStart"/>
            <w:r w:rsidRPr="00354598">
              <w:rPr>
                <w:b/>
                <w:sz w:val="28"/>
                <w:szCs w:val="28"/>
                <w:lang w:val="en-US"/>
              </w:rPr>
              <w:t>Rezultatet</w:t>
            </w:r>
            <w:proofErr w:type="spellEnd"/>
            <w:r w:rsidRPr="00354598">
              <w:rPr>
                <w:b/>
                <w:sz w:val="28"/>
                <w:szCs w:val="28"/>
                <w:lang w:val="en-US"/>
              </w:rPr>
              <w:t xml:space="preserve"> e </w:t>
            </w:r>
            <w:proofErr w:type="spellStart"/>
            <w:r w:rsidRPr="00354598">
              <w:rPr>
                <w:b/>
                <w:sz w:val="28"/>
                <w:szCs w:val="28"/>
                <w:lang w:val="en-US"/>
              </w:rPr>
              <w:t>të</w:t>
            </w:r>
            <w:proofErr w:type="spellEnd"/>
            <w:r w:rsidRPr="00354598">
              <w:rPr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4598">
              <w:rPr>
                <w:b/>
                <w:sz w:val="28"/>
                <w:szCs w:val="28"/>
                <w:lang w:val="en-US"/>
              </w:rPr>
              <w:t>nxënit</w:t>
            </w:r>
            <w:proofErr w:type="spellEnd"/>
            <w:r w:rsidRPr="00354598">
              <w:rPr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4598">
              <w:rPr>
                <w:b/>
                <w:sz w:val="28"/>
                <w:szCs w:val="28"/>
                <w:lang w:val="en-US"/>
              </w:rPr>
              <w:t>të</w:t>
            </w:r>
            <w:proofErr w:type="spellEnd"/>
            <w:r w:rsidRPr="00354598">
              <w:rPr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4598">
              <w:rPr>
                <w:b/>
                <w:sz w:val="28"/>
                <w:szCs w:val="28"/>
                <w:lang w:val="en-US"/>
              </w:rPr>
              <w:t>fushës</w:t>
            </w:r>
            <w:proofErr w:type="spellEnd"/>
            <w:r w:rsidRPr="00354598">
              <w:rPr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4598">
              <w:rPr>
                <w:b/>
                <w:sz w:val="28"/>
                <w:szCs w:val="28"/>
                <w:lang w:val="en-US"/>
              </w:rPr>
              <w:t>kurrikulare</w:t>
            </w:r>
            <w:proofErr w:type="spellEnd"/>
            <w:r w:rsidRPr="00354598">
              <w:rPr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4598">
              <w:rPr>
                <w:b/>
                <w:sz w:val="28"/>
                <w:szCs w:val="28"/>
                <w:lang w:val="en-US"/>
              </w:rPr>
              <w:t>të</w:t>
            </w:r>
            <w:proofErr w:type="spellEnd"/>
            <w:r w:rsidRPr="00354598">
              <w:rPr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4598">
              <w:rPr>
                <w:b/>
                <w:sz w:val="28"/>
                <w:szCs w:val="28"/>
                <w:lang w:val="en-US"/>
              </w:rPr>
              <w:t>shkallës</w:t>
            </w:r>
            <w:proofErr w:type="spellEnd"/>
            <w:r w:rsidRPr="00354598">
              <w:rPr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4598">
              <w:rPr>
                <w:b/>
                <w:sz w:val="28"/>
                <w:szCs w:val="28"/>
                <w:lang w:val="en-US"/>
              </w:rPr>
              <w:t>që</w:t>
            </w:r>
            <w:proofErr w:type="spellEnd"/>
            <w:r w:rsidRPr="00354598">
              <w:rPr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4598">
              <w:rPr>
                <w:b/>
                <w:sz w:val="28"/>
                <w:szCs w:val="28"/>
                <w:lang w:val="en-US"/>
              </w:rPr>
              <w:t>synohen</w:t>
            </w:r>
            <w:proofErr w:type="spellEnd"/>
            <w:r w:rsidRPr="00354598">
              <w:rPr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4598">
              <w:rPr>
                <w:b/>
                <w:sz w:val="28"/>
                <w:szCs w:val="28"/>
                <w:lang w:val="en-US"/>
              </w:rPr>
              <w:t>të</w:t>
            </w:r>
            <w:proofErr w:type="spellEnd"/>
            <w:r w:rsidRPr="00354598">
              <w:rPr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4598">
              <w:rPr>
                <w:b/>
                <w:sz w:val="28"/>
                <w:szCs w:val="28"/>
                <w:lang w:val="en-US"/>
              </w:rPr>
              <w:t>arrihen</w:t>
            </w:r>
            <w:proofErr w:type="spellEnd"/>
            <w:r w:rsidRPr="00354598">
              <w:rPr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4598">
              <w:rPr>
                <w:b/>
                <w:sz w:val="28"/>
                <w:szCs w:val="28"/>
                <w:lang w:val="en-US"/>
              </w:rPr>
              <w:t>përmes</w:t>
            </w:r>
            <w:proofErr w:type="spellEnd"/>
            <w:r w:rsidRPr="00354598">
              <w:rPr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4598">
              <w:rPr>
                <w:b/>
                <w:sz w:val="28"/>
                <w:szCs w:val="28"/>
                <w:lang w:val="en-US"/>
              </w:rPr>
              <w:t>shtjellimit</w:t>
            </w:r>
            <w:proofErr w:type="spellEnd"/>
            <w:r w:rsidRPr="00354598">
              <w:rPr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4598">
              <w:rPr>
                <w:b/>
                <w:sz w:val="28"/>
                <w:szCs w:val="28"/>
                <w:lang w:val="en-US"/>
              </w:rPr>
              <w:t>të</w:t>
            </w:r>
            <w:proofErr w:type="spellEnd"/>
            <w:r w:rsidRPr="00354598">
              <w:rPr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4598">
              <w:rPr>
                <w:b/>
                <w:sz w:val="28"/>
                <w:szCs w:val="28"/>
                <w:lang w:val="en-US"/>
              </w:rPr>
              <w:t>temës</w:t>
            </w:r>
            <w:proofErr w:type="spellEnd"/>
            <w:r w:rsidRPr="00354598">
              <w:rPr>
                <w:b/>
                <w:sz w:val="28"/>
                <w:szCs w:val="28"/>
                <w:lang w:val="en-US"/>
              </w:rPr>
              <w:t>/</w:t>
            </w:r>
            <w:proofErr w:type="spellStart"/>
            <w:r w:rsidRPr="00354598">
              <w:rPr>
                <w:b/>
                <w:sz w:val="28"/>
                <w:szCs w:val="28"/>
                <w:lang w:val="en-US"/>
              </w:rPr>
              <w:t>ve</w:t>
            </w:r>
            <w:proofErr w:type="spellEnd"/>
            <w:r w:rsidRPr="00354598">
              <w:rPr>
                <w:b/>
                <w:sz w:val="28"/>
                <w:szCs w:val="28"/>
                <w:lang w:val="en-US"/>
              </w:rPr>
              <w:t>:</w:t>
            </w:r>
          </w:p>
        </w:tc>
      </w:tr>
      <w:tr w:rsidR="001B0AB0" w:rsidRPr="00B62707" w:rsidTr="000D5A18">
        <w:tc>
          <w:tcPr>
            <w:tcW w:w="14458" w:type="dxa"/>
            <w:gridSpan w:val="12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3B1D6A" w:rsidRPr="00354598" w:rsidRDefault="003B1D6A" w:rsidP="003B1D6A">
            <w:pPr>
              <w:pStyle w:val="ListParagraph"/>
              <w:numPr>
                <w:ilvl w:val="1"/>
                <w:numId w:val="28"/>
              </w:numPr>
              <w:rPr>
                <w:i/>
                <w:iCs/>
                <w:sz w:val="20"/>
                <w:szCs w:val="20"/>
              </w:rPr>
            </w:pPr>
            <w:r w:rsidRPr="00354598">
              <w:rPr>
                <w:i/>
                <w:iCs/>
                <w:sz w:val="20"/>
                <w:szCs w:val="20"/>
              </w:rPr>
              <w:t xml:space="preserve">Përdor matjet në figurat 2D dhe në objektet 3D për zgjidhjen problemore. </w:t>
            </w:r>
          </w:p>
          <w:p w:rsidR="003B1D6A" w:rsidRPr="00354598" w:rsidRDefault="003B1D6A" w:rsidP="003B1D6A">
            <w:pPr>
              <w:rPr>
                <w:i/>
                <w:iCs/>
                <w:sz w:val="20"/>
                <w:szCs w:val="20"/>
              </w:rPr>
            </w:pPr>
            <w:r w:rsidRPr="00354598">
              <w:rPr>
                <w:rStyle w:val="Strong"/>
                <w:i/>
                <w:iCs/>
                <w:sz w:val="20"/>
                <w:szCs w:val="20"/>
              </w:rPr>
              <w:t>2.1</w:t>
            </w:r>
            <w:r w:rsidRPr="00354598">
              <w:rPr>
                <w:i/>
                <w:iCs/>
                <w:sz w:val="20"/>
                <w:szCs w:val="20"/>
              </w:rPr>
              <w:t xml:space="preserve">  Argumenton shndërrimet direkte dhe indirekte, të zbatuara në veprimet me numra realë, transformime gjeometrike, matje, probabilitet dhe statistikë. </w:t>
            </w:r>
          </w:p>
          <w:p w:rsidR="003B1D6A" w:rsidRPr="00354598" w:rsidRDefault="003B1D6A" w:rsidP="003B1D6A">
            <w:pPr>
              <w:rPr>
                <w:i/>
                <w:iCs/>
                <w:sz w:val="20"/>
                <w:szCs w:val="20"/>
              </w:rPr>
            </w:pPr>
            <w:r w:rsidRPr="00354598">
              <w:rPr>
                <w:rStyle w:val="Strong"/>
                <w:i/>
                <w:iCs/>
                <w:sz w:val="20"/>
                <w:szCs w:val="20"/>
              </w:rPr>
              <w:t>2.2</w:t>
            </w:r>
            <w:r w:rsidRPr="00354598">
              <w:rPr>
                <w:i/>
                <w:iCs/>
                <w:sz w:val="20"/>
                <w:szCs w:val="20"/>
              </w:rPr>
              <w:t xml:space="preserve">  Zhvillon dhe zbaton shprehitë e arsyetimit: dallimin e marrëdhënieve, përgjithësimin me induksion, deduksione të thjeshta dhe përdorimin empirik të kundërshembullit. </w:t>
            </w:r>
          </w:p>
          <w:p w:rsidR="003B1D6A" w:rsidRPr="00354598" w:rsidRDefault="003B1D6A" w:rsidP="003B1D6A">
            <w:pPr>
              <w:rPr>
                <w:i/>
                <w:iCs/>
                <w:sz w:val="20"/>
                <w:szCs w:val="20"/>
              </w:rPr>
            </w:pPr>
            <w:r w:rsidRPr="00354598">
              <w:rPr>
                <w:rStyle w:val="Strong"/>
                <w:i/>
                <w:iCs/>
                <w:sz w:val="20"/>
                <w:szCs w:val="20"/>
              </w:rPr>
              <w:t>2.3</w:t>
            </w:r>
            <w:r w:rsidRPr="00354598">
              <w:rPr>
                <w:i/>
                <w:iCs/>
                <w:sz w:val="20"/>
                <w:szCs w:val="20"/>
              </w:rPr>
              <w:t xml:space="preserve">  Hamendëson dhe gjykon hamendësime. </w:t>
            </w:r>
          </w:p>
          <w:p w:rsidR="003B1D6A" w:rsidRPr="00354598" w:rsidRDefault="003B1D6A" w:rsidP="003B1D6A">
            <w:pPr>
              <w:rPr>
                <w:i/>
                <w:iCs/>
                <w:sz w:val="20"/>
                <w:szCs w:val="20"/>
              </w:rPr>
            </w:pPr>
            <w:r w:rsidRPr="00354598">
              <w:rPr>
                <w:rStyle w:val="Strong"/>
                <w:i/>
                <w:iCs/>
                <w:sz w:val="20"/>
                <w:szCs w:val="20"/>
              </w:rPr>
              <w:t>2.4</w:t>
            </w:r>
            <w:r w:rsidRPr="00354598">
              <w:rPr>
                <w:i/>
                <w:iCs/>
                <w:sz w:val="20"/>
                <w:szCs w:val="20"/>
              </w:rPr>
              <w:t xml:space="preserve">  Planifikon dhe strukturon argumente matematike për përfundimet e gjetura. </w:t>
            </w:r>
          </w:p>
          <w:p w:rsidR="003B1D6A" w:rsidRPr="00354598" w:rsidRDefault="003B1D6A" w:rsidP="003B1D6A">
            <w:pPr>
              <w:rPr>
                <w:i/>
                <w:iCs/>
                <w:sz w:val="20"/>
                <w:szCs w:val="20"/>
              </w:rPr>
            </w:pPr>
            <w:r w:rsidRPr="00354598">
              <w:rPr>
                <w:rStyle w:val="Strong"/>
                <w:i/>
                <w:iCs/>
                <w:sz w:val="20"/>
                <w:szCs w:val="20"/>
              </w:rPr>
              <w:t>2.5</w:t>
            </w:r>
            <w:r w:rsidRPr="00354598">
              <w:rPr>
                <w:i/>
                <w:iCs/>
                <w:sz w:val="20"/>
                <w:szCs w:val="20"/>
              </w:rPr>
              <w:t xml:space="preserve">  Përdor kundërshembullin në rastet e mundshme. </w:t>
            </w:r>
          </w:p>
          <w:p w:rsidR="003B1D6A" w:rsidRPr="00354598" w:rsidRDefault="003B1D6A" w:rsidP="003B1D6A">
            <w:pPr>
              <w:rPr>
                <w:i/>
                <w:iCs/>
                <w:sz w:val="20"/>
                <w:szCs w:val="20"/>
              </w:rPr>
            </w:pPr>
            <w:r w:rsidRPr="00354598">
              <w:rPr>
                <w:rStyle w:val="Strong"/>
                <w:i/>
                <w:iCs/>
                <w:sz w:val="20"/>
                <w:szCs w:val="20"/>
              </w:rPr>
              <w:t>3.3</w:t>
            </w:r>
            <w:r w:rsidRPr="00354598">
              <w:rPr>
                <w:i/>
                <w:iCs/>
                <w:sz w:val="20"/>
                <w:szCs w:val="20"/>
              </w:rPr>
              <w:t xml:space="preserve">  Komunikon të menduarin matematik përmes leximit, shkrimit, diskutimit, dëgjimit dhe pyetjeve, duke përdorur fjalorin, simbolet matematike dhe paraqitje të përshtatshme. </w:t>
            </w:r>
          </w:p>
          <w:p w:rsidR="003B1D6A" w:rsidRPr="00354598" w:rsidRDefault="003B1D6A" w:rsidP="003B1D6A">
            <w:pPr>
              <w:rPr>
                <w:i/>
                <w:iCs/>
                <w:sz w:val="20"/>
                <w:szCs w:val="20"/>
              </w:rPr>
            </w:pPr>
            <w:r w:rsidRPr="00354598">
              <w:rPr>
                <w:rStyle w:val="Strong"/>
                <w:i/>
                <w:iCs/>
                <w:sz w:val="20"/>
                <w:szCs w:val="20"/>
              </w:rPr>
              <w:t>3.5</w:t>
            </w:r>
            <w:r w:rsidRPr="00354598">
              <w:rPr>
                <w:i/>
                <w:iCs/>
                <w:sz w:val="20"/>
                <w:szCs w:val="20"/>
              </w:rPr>
              <w:t xml:space="preserve">  Krijon krahasime dhe zbaton paraqitje të përshtatshme në zgjidhjen e problemave. </w:t>
            </w:r>
          </w:p>
          <w:p w:rsidR="003B1D6A" w:rsidRPr="00354598" w:rsidRDefault="003B1D6A" w:rsidP="003B1D6A">
            <w:pPr>
              <w:rPr>
                <w:i/>
                <w:iCs/>
                <w:sz w:val="20"/>
                <w:szCs w:val="20"/>
              </w:rPr>
            </w:pPr>
            <w:r w:rsidRPr="00354598">
              <w:rPr>
                <w:rStyle w:val="Strong"/>
                <w:i/>
                <w:iCs/>
                <w:sz w:val="20"/>
                <w:szCs w:val="20"/>
              </w:rPr>
              <w:t>4.2</w:t>
            </w:r>
            <w:r w:rsidRPr="00354598">
              <w:rPr>
                <w:i/>
                <w:iCs/>
                <w:sz w:val="20"/>
                <w:szCs w:val="20"/>
              </w:rPr>
              <w:t xml:space="preserve">  Përdor varësitë ndërmjet koncepteve matematike për të formuar një të tërë. </w:t>
            </w:r>
          </w:p>
          <w:p w:rsidR="003B1D6A" w:rsidRPr="00354598" w:rsidRDefault="003B1D6A" w:rsidP="003B1D6A">
            <w:pPr>
              <w:rPr>
                <w:i/>
                <w:iCs/>
                <w:sz w:val="20"/>
                <w:szCs w:val="20"/>
              </w:rPr>
            </w:pPr>
            <w:r w:rsidRPr="00354598">
              <w:rPr>
                <w:rStyle w:val="Strong"/>
                <w:i/>
                <w:iCs/>
                <w:sz w:val="20"/>
                <w:szCs w:val="20"/>
              </w:rPr>
              <w:t>4.3</w:t>
            </w:r>
            <w:r w:rsidRPr="00354598">
              <w:rPr>
                <w:i/>
                <w:iCs/>
                <w:sz w:val="20"/>
                <w:szCs w:val="20"/>
              </w:rPr>
              <w:t xml:space="preserve">  Integron njohuritë dhe shprehitë matematike me situata nga jeta e përditshme, lëndët e tjera, sportet, arti, kultura dhe ngjarjet aktuale. </w:t>
            </w:r>
          </w:p>
          <w:p w:rsidR="003B1D6A" w:rsidRPr="00354598" w:rsidRDefault="003B1D6A" w:rsidP="003B1D6A">
            <w:pPr>
              <w:rPr>
                <w:i/>
                <w:iCs/>
                <w:sz w:val="20"/>
                <w:szCs w:val="20"/>
              </w:rPr>
            </w:pPr>
            <w:r w:rsidRPr="00354598">
              <w:rPr>
                <w:rStyle w:val="Strong"/>
                <w:i/>
                <w:iCs/>
                <w:sz w:val="20"/>
                <w:szCs w:val="20"/>
              </w:rPr>
              <w:t>5.1</w:t>
            </w:r>
            <w:r w:rsidRPr="00354598">
              <w:rPr>
                <w:i/>
                <w:iCs/>
                <w:sz w:val="20"/>
                <w:szCs w:val="20"/>
              </w:rPr>
              <w:t xml:space="preserve">  Identifikon rregullat themelore për njehsimet me numra dhe kupton përdorimin e ndryshoreve për zgjidhjen e problemeve nga matematika dhe jeta e përditshme. </w:t>
            </w:r>
          </w:p>
          <w:p w:rsidR="003B1D6A" w:rsidRPr="00354598" w:rsidRDefault="003B1D6A" w:rsidP="003B1D6A">
            <w:pPr>
              <w:rPr>
                <w:i/>
                <w:iCs/>
                <w:sz w:val="20"/>
                <w:szCs w:val="20"/>
              </w:rPr>
            </w:pPr>
            <w:r w:rsidRPr="00354598">
              <w:rPr>
                <w:rStyle w:val="Strong"/>
                <w:i/>
                <w:iCs/>
                <w:sz w:val="20"/>
                <w:szCs w:val="20"/>
              </w:rPr>
              <w:t>6.1</w:t>
            </w:r>
            <w:r w:rsidRPr="00354598">
              <w:rPr>
                <w:i/>
                <w:iCs/>
                <w:sz w:val="20"/>
                <w:szCs w:val="20"/>
              </w:rPr>
              <w:t xml:space="preserve">  Përshkruan dhe krijon modele duke përdorur veprimet themelore matematikore në situata të përditshme që lidhen me numrat, figurat 2D dhe objektet 3D. </w:t>
            </w:r>
          </w:p>
          <w:p w:rsidR="00516D86" w:rsidRPr="00354598" w:rsidRDefault="003B1D6A">
            <w:pPr>
              <w:rPr>
                <w:i/>
                <w:iCs/>
                <w:sz w:val="20"/>
                <w:szCs w:val="20"/>
              </w:rPr>
            </w:pPr>
            <w:r w:rsidRPr="00354598">
              <w:rPr>
                <w:rStyle w:val="Strong"/>
                <w:i/>
                <w:iCs/>
                <w:sz w:val="20"/>
                <w:szCs w:val="20"/>
              </w:rPr>
              <w:t>7.1</w:t>
            </w:r>
            <w:r w:rsidRPr="00354598">
              <w:rPr>
                <w:i/>
                <w:iCs/>
                <w:sz w:val="20"/>
                <w:szCs w:val="20"/>
              </w:rPr>
              <w:t xml:space="preserve">  Krijon ide për zhvillimin e ndryshoreve, ndërton struktura matematike në probleme të botës reale dhe jep supozime për të nxjerrë përfundime. </w:t>
            </w:r>
          </w:p>
        </w:tc>
      </w:tr>
      <w:tr w:rsidR="001B0AB0" w:rsidRPr="009E1A94" w:rsidTr="000D5A18">
        <w:trPr>
          <w:tblHeader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:rsidR="001B0AB0" w:rsidRPr="00033D99" w:rsidRDefault="001B0AB0" w:rsidP="00F63F2F">
            <w:pPr>
              <w:jc w:val="center"/>
              <w:rPr>
                <w:b/>
                <w:bCs/>
                <w:sz w:val="20"/>
                <w:szCs w:val="20"/>
              </w:rPr>
            </w:pPr>
            <w:r w:rsidRPr="00033D99">
              <w:rPr>
                <w:b/>
                <w:bCs/>
                <w:sz w:val="20"/>
                <w:szCs w:val="20"/>
              </w:rPr>
              <w:t>Tema-t mësimore</w:t>
            </w:r>
          </w:p>
        </w:tc>
        <w:tc>
          <w:tcPr>
            <w:tcW w:w="258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:rsidR="001B0AB0" w:rsidRPr="00033D99" w:rsidRDefault="001B0AB0" w:rsidP="00F63F2F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  <w:proofErr w:type="spellStart"/>
            <w:r w:rsidRPr="00033D99">
              <w:rPr>
                <w:b/>
                <w:bCs/>
                <w:sz w:val="20"/>
                <w:szCs w:val="20"/>
                <w:lang w:val="de-DE"/>
              </w:rPr>
              <w:t>Rezultatet</w:t>
            </w:r>
            <w:proofErr w:type="spellEnd"/>
            <w:r w:rsidRPr="00033D99">
              <w:rPr>
                <w:b/>
                <w:bCs/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033D99">
              <w:rPr>
                <w:b/>
                <w:bCs/>
                <w:sz w:val="20"/>
                <w:szCs w:val="20"/>
                <w:lang w:val="de-DE"/>
              </w:rPr>
              <w:t>të</w:t>
            </w:r>
            <w:proofErr w:type="spellEnd"/>
            <w:r w:rsidRPr="00033D99">
              <w:rPr>
                <w:b/>
                <w:b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33D99">
              <w:rPr>
                <w:b/>
                <w:bCs/>
                <w:sz w:val="20"/>
                <w:szCs w:val="20"/>
                <w:lang w:val="de-DE"/>
              </w:rPr>
              <w:t>nxënit</w:t>
            </w:r>
            <w:proofErr w:type="spellEnd"/>
            <w:r w:rsidRPr="00033D99">
              <w:rPr>
                <w:b/>
                <w:b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33D99">
              <w:rPr>
                <w:b/>
                <w:bCs/>
                <w:sz w:val="20"/>
                <w:szCs w:val="20"/>
                <w:lang w:val="de-DE"/>
              </w:rPr>
              <w:t>për</w:t>
            </w:r>
            <w:proofErr w:type="spellEnd"/>
            <w:r w:rsidRPr="00033D99">
              <w:rPr>
                <w:b/>
                <w:b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33D99">
              <w:rPr>
                <w:b/>
                <w:bCs/>
                <w:sz w:val="20"/>
                <w:szCs w:val="20"/>
                <w:lang w:val="de-DE"/>
              </w:rPr>
              <w:t>tema</w:t>
            </w:r>
            <w:proofErr w:type="spellEnd"/>
            <w:r w:rsidRPr="00033D99">
              <w:rPr>
                <w:b/>
                <w:b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33D99">
              <w:rPr>
                <w:b/>
                <w:bCs/>
                <w:sz w:val="20"/>
                <w:szCs w:val="20"/>
                <w:lang w:val="de-DE"/>
              </w:rPr>
              <w:t>mësimore</w:t>
            </w:r>
            <w:proofErr w:type="spellEnd"/>
          </w:p>
          <w:p w:rsidR="001B0AB0" w:rsidRPr="00033D99" w:rsidRDefault="001B0AB0" w:rsidP="00F63F2F">
            <w:pPr>
              <w:jc w:val="center"/>
              <w:rPr>
                <w:b/>
                <w:bCs/>
                <w:sz w:val="20"/>
                <w:szCs w:val="20"/>
              </w:rPr>
            </w:pPr>
            <w:r w:rsidRPr="00033D99">
              <w:rPr>
                <w:b/>
                <w:bCs/>
                <w:sz w:val="20"/>
                <w:szCs w:val="20"/>
                <w:shd w:val="clear" w:color="auto" w:fill="E0E0E0"/>
              </w:rPr>
              <w:t>RNL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:rsidR="001B0AB0" w:rsidRPr="00033D99" w:rsidRDefault="001B0AB0" w:rsidP="00F63F2F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033D99">
              <w:rPr>
                <w:b/>
                <w:bCs/>
                <w:sz w:val="20"/>
                <w:szCs w:val="20"/>
              </w:rPr>
              <w:t>Njësitë</w:t>
            </w:r>
            <w:proofErr w:type="spellEnd"/>
            <w:r w:rsidRPr="00033D99">
              <w:rPr>
                <w:b/>
                <w:bCs/>
                <w:sz w:val="20"/>
                <w:szCs w:val="20"/>
              </w:rPr>
              <w:t xml:space="preserve"> </w:t>
            </w:r>
          </w:p>
          <w:p w:rsidR="001B0AB0" w:rsidRPr="00033D99" w:rsidRDefault="001B0AB0" w:rsidP="00F63F2F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033D99">
              <w:rPr>
                <w:b/>
                <w:bCs/>
                <w:sz w:val="20"/>
                <w:szCs w:val="20"/>
              </w:rPr>
              <w:t>Mësimore</w:t>
            </w:r>
            <w:proofErr w:type="spellEnd"/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  <w:textDirection w:val="btLr"/>
          </w:tcPr>
          <w:p w:rsidR="001B0AB0" w:rsidRPr="00033D99" w:rsidRDefault="001B0AB0" w:rsidP="00F63F2F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033D99">
              <w:rPr>
                <w:b/>
                <w:bCs/>
                <w:sz w:val="20"/>
                <w:szCs w:val="20"/>
              </w:rPr>
              <w:t xml:space="preserve">Koha e </w:t>
            </w:r>
            <w:proofErr w:type="spellStart"/>
            <w:r w:rsidRPr="00033D99">
              <w:rPr>
                <w:b/>
                <w:bCs/>
                <w:sz w:val="20"/>
                <w:szCs w:val="20"/>
              </w:rPr>
              <w:t>mësimore</w:t>
            </w:r>
            <w:proofErr w:type="spellEnd"/>
            <w:r w:rsidRPr="00033D99">
              <w:rPr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033D99">
              <w:rPr>
                <w:b/>
                <w:bCs/>
                <w:sz w:val="20"/>
                <w:szCs w:val="20"/>
              </w:rPr>
              <w:t>orë</w:t>
            </w:r>
            <w:proofErr w:type="spellEnd"/>
            <w:r w:rsidRPr="00033D99">
              <w:rPr>
                <w:b/>
                <w:bCs/>
                <w:sz w:val="20"/>
                <w:szCs w:val="20"/>
              </w:rPr>
              <w:t xml:space="preserve">) </w:t>
            </w:r>
            <w:proofErr w:type="spellStart"/>
            <w:r w:rsidRPr="00033D99">
              <w:rPr>
                <w:b/>
                <w:bCs/>
                <w:sz w:val="20"/>
                <w:szCs w:val="20"/>
              </w:rPr>
              <w:t>mësimore</w:t>
            </w:r>
            <w:proofErr w:type="spellEnd"/>
            <w:r w:rsidRPr="00033D99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:rsidR="001B0AB0" w:rsidRPr="00033D99" w:rsidRDefault="001B0AB0" w:rsidP="00F63F2F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033D99">
              <w:rPr>
                <w:b/>
                <w:bCs/>
                <w:sz w:val="20"/>
                <w:szCs w:val="20"/>
              </w:rPr>
              <w:t>Metodologjia</w:t>
            </w:r>
            <w:proofErr w:type="spellEnd"/>
            <w:r w:rsidRPr="00033D99">
              <w:rPr>
                <w:b/>
                <w:bCs/>
                <w:sz w:val="20"/>
                <w:szCs w:val="20"/>
              </w:rPr>
              <w:t xml:space="preserve">  e </w:t>
            </w:r>
            <w:proofErr w:type="spellStart"/>
            <w:r w:rsidRPr="00033D99">
              <w:rPr>
                <w:b/>
                <w:bCs/>
                <w:sz w:val="20"/>
                <w:szCs w:val="20"/>
              </w:rPr>
              <w:t>mësimdhënies</w:t>
            </w:r>
            <w:proofErr w:type="spellEnd"/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:rsidR="001B0AB0" w:rsidRPr="00033D99" w:rsidRDefault="001B0AB0" w:rsidP="00F63F2F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033D99">
              <w:rPr>
                <w:b/>
                <w:bCs/>
                <w:sz w:val="20"/>
                <w:szCs w:val="20"/>
              </w:rPr>
              <w:t>Metodologjia</w:t>
            </w:r>
            <w:proofErr w:type="spellEnd"/>
            <w:r w:rsidRPr="00033D99">
              <w:rPr>
                <w:b/>
                <w:bCs/>
                <w:sz w:val="20"/>
                <w:szCs w:val="20"/>
              </w:rPr>
              <w:t xml:space="preserve">  e </w:t>
            </w:r>
            <w:proofErr w:type="spellStart"/>
            <w:r w:rsidRPr="00033D99">
              <w:rPr>
                <w:b/>
                <w:bCs/>
                <w:sz w:val="20"/>
                <w:szCs w:val="20"/>
              </w:rPr>
              <w:t>vlerësimit</w:t>
            </w:r>
            <w:proofErr w:type="spellEnd"/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:rsidR="001B0AB0" w:rsidRPr="00033D99" w:rsidRDefault="001B0AB0" w:rsidP="00F63F2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033D99">
              <w:rPr>
                <w:b/>
                <w:sz w:val="20"/>
                <w:szCs w:val="20"/>
              </w:rPr>
              <w:t>Ndërlidhja</w:t>
            </w:r>
            <w:proofErr w:type="spellEnd"/>
            <w:r w:rsidRPr="00033D99">
              <w:rPr>
                <w:b/>
                <w:sz w:val="20"/>
                <w:szCs w:val="20"/>
              </w:rPr>
              <w:t xml:space="preserve"> me </w:t>
            </w:r>
            <w:proofErr w:type="spellStart"/>
            <w:r w:rsidRPr="00033D99">
              <w:rPr>
                <w:b/>
                <w:sz w:val="20"/>
                <w:szCs w:val="20"/>
              </w:rPr>
              <w:t>lëndë</w:t>
            </w:r>
            <w:proofErr w:type="spellEnd"/>
            <w:r w:rsidRPr="00033D9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033D99">
              <w:rPr>
                <w:b/>
                <w:sz w:val="20"/>
                <w:szCs w:val="20"/>
              </w:rPr>
              <w:t>tjera</w:t>
            </w:r>
            <w:proofErr w:type="spellEnd"/>
            <w:r w:rsidRPr="00033D9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033D99">
              <w:rPr>
                <w:b/>
                <w:sz w:val="20"/>
                <w:szCs w:val="20"/>
              </w:rPr>
              <w:t>mësimore</w:t>
            </w:r>
            <w:proofErr w:type="spellEnd"/>
            <w:r w:rsidRPr="00033D99">
              <w:rPr>
                <w:b/>
                <w:sz w:val="20"/>
                <w:szCs w:val="20"/>
              </w:rPr>
              <w:t xml:space="preserve">, me  </w:t>
            </w:r>
            <w:proofErr w:type="spellStart"/>
            <w:r w:rsidRPr="00033D99">
              <w:rPr>
                <w:b/>
                <w:sz w:val="20"/>
                <w:szCs w:val="20"/>
              </w:rPr>
              <w:t>çështjet</w:t>
            </w:r>
            <w:proofErr w:type="spellEnd"/>
            <w:r w:rsidRPr="00033D9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033D99">
              <w:rPr>
                <w:b/>
                <w:sz w:val="20"/>
                <w:szCs w:val="20"/>
              </w:rPr>
              <w:t>ndërkurrikulare</w:t>
            </w:r>
            <w:proofErr w:type="spellEnd"/>
            <w:r w:rsidRPr="00033D99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:rsidR="001B0AB0" w:rsidRPr="00033D99" w:rsidRDefault="001B0AB0" w:rsidP="00F63F2F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033D99">
              <w:rPr>
                <w:b/>
                <w:bCs/>
                <w:sz w:val="20"/>
                <w:szCs w:val="20"/>
              </w:rPr>
              <w:t>Burimet</w:t>
            </w:r>
            <w:proofErr w:type="spellEnd"/>
          </w:p>
        </w:tc>
      </w:tr>
      <w:tr w:rsidR="001B0AB0" w:rsidRPr="00B62707" w:rsidTr="000D5A18">
        <w:tc>
          <w:tcPr>
            <w:tcW w:w="15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16D86" w:rsidRPr="00033D99" w:rsidRDefault="00000000">
            <w:pPr>
              <w:rPr>
                <w:sz w:val="20"/>
                <w:szCs w:val="20"/>
              </w:rPr>
            </w:pPr>
            <w:r w:rsidRPr="00033D99">
              <w:rPr>
                <w:rFonts w:eastAsia="Arial"/>
                <w:b/>
                <w:sz w:val="20"/>
                <w:szCs w:val="20"/>
              </w:rPr>
              <w:t>3. Ekuacionet dhe inekuacionet lineare me një ndryshore</w:t>
            </w:r>
          </w:p>
          <w:p w:rsidR="00033D99" w:rsidRDefault="00033D99">
            <w:pPr>
              <w:rPr>
                <w:rFonts w:eastAsia="Arial"/>
                <w:b/>
                <w:sz w:val="20"/>
                <w:szCs w:val="20"/>
              </w:rPr>
            </w:pPr>
          </w:p>
          <w:p w:rsidR="00033D99" w:rsidRDefault="00033D99">
            <w:pPr>
              <w:rPr>
                <w:rFonts w:eastAsia="Arial"/>
                <w:b/>
                <w:sz w:val="20"/>
                <w:szCs w:val="20"/>
              </w:rPr>
            </w:pPr>
          </w:p>
          <w:p w:rsidR="00033D99" w:rsidRDefault="00033D99">
            <w:pPr>
              <w:rPr>
                <w:rFonts w:eastAsia="Arial"/>
                <w:b/>
                <w:sz w:val="20"/>
                <w:szCs w:val="20"/>
              </w:rPr>
            </w:pPr>
          </w:p>
          <w:p w:rsidR="00033D99" w:rsidRDefault="00033D99">
            <w:pPr>
              <w:rPr>
                <w:rFonts w:eastAsia="Arial"/>
                <w:b/>
                <w:sz w:val="20"/>
                <w:szCs w:val="20"/>
              </w:rPr>
            </w:pPr>
          </w:p>
          <w:p w:rsidR="00033D99" w:rsidRDefault="00033D99">
            <w:pPr>
              <w:rPr>
                <w:rFonts w:eastAsia="Arial"/>
                <w:b/>
                <w:sz w:val="20"/>
                <w:szCs w:val="20"/>
              </w:rPr>
            </w:pPr>
          </w:p>
          <w:p w:rsidR="00033D99" w:rsidRDefault="00033D99">
            <w:pPr>
              <w:rPr>
                <w:rFonts w:eastAsia="Arial"/>
                <w:b/>
                <w:sz w:val="20"/>
                <w:szCs w:val="20"/>
              </w:rPr>
            </w:pPr>
          </w:p>
          <w:p w:rsidR="00033D99" w:rsidRDefault="00033D99">
            <w:pPr>
              <w:rPr>
                <w:rFonts w:eastAsia="Arial"/>
                <w:b/>
                <w:sz w:val="20"/>
                <w:szCs w:val="20"/>
              </w:rPr>
            </w:pPr>
          </w:p>
          <w:p w:rsidR="00033D99" w:rsidRDefault="00033D99">
            <w:pPr>
              <w:rPr>
                <w:rFonts w:eastAsia="Arial"/>
                <w:b/>
                <w:sz w:val="20"/>
                <w:szCs w:val="20"/>
              </w:rPr>
            </w:pPr>
          </w:p>
          <w:p w:rsidR="00033D99" w:rsidRDefault="00033D99">
            <w:pPr>
              <w:rPr>
                <w:rFonts w:eastAsia="Arial"/>
                <w:b/>
                <w:sz w:val="20"/>
                <w:szCs w:val="20"/>
              </w:rPr>
            </w:pPr>
          </w:p>
          <w:p w:rsidR="00033D99" w:rsidRDefault="00033D99">
            <w:pPr>
              <w:rPr>
                <w:rFonts w:eastAsia="Arial"/>
                <w:b/>
                <w:sz w:val="20"/>
                <w:szCs w:val="20"/>
              </w:rPr>
            </w:pPr>
          </w:p>
          <w:p w:rsidR="00033D99" w:rsidRDefault="00033D99">
            <w:pPr>
              <w:rPr>
                <w:rFonts w:eastAsia="Arial"/>
                <w:b/>
                <w:sz w:val="20"/>
                <w:szCs w:val="20"/>
              </w:rPr>
            </w:pPr>
          </w:p>
          <w:p w:rsidR="00033D99" w:rsidRDefault="00033D99">
            <w:pPr>
              <w:rPr>
                <w:rFonts w:eastAsia="Arial"/>
                <w:b/>
                <w:sz w:val="20"/>
                <w:szCs w:val="20"/>
              </w:rPr>
            </w:pPr>
          </w:p>
          <w:p w:rsidR="00033D99" w:rsidRDefault="00033D99">
            <w:pPr>
              <w:rPr>
                <w:rFonts w:eastAsia="Arial"/>
                <w:b/>
                <w:sz w:val="20"/>
                <w:szCs w:val="20"/>
              </w:rPr>
            </w:pPr>
          </w:p>
          <w:p w:rsidR="00033D99" w:rsidRDefault="00033D99">
            <w:pPr>
              <w:rPr>
                <w:rFonts w:eastAsia="Arial"/>
                <w:b/>
                <w:sz w:val="20"/>
                <w:szCs w:val="20"/>
              </w:rPr>
            </w:pPr>
          </w:p>
          <w:p w:rsidR="00033D99" w:rsidRDefault="00033D99">
            <w:pPr>
              <w:rPr>
                <w:rFonts w:eastAsia="Arial"/>
                <w:b/>
                <w:sz w:val="20"/>
                <w:szCs w:val="20"/>
              </w:rPr>
            </w:pPr>
          </w:p>
          <w:p w:rsidR="00033D99" w:rsidRDefault="00033D99">
            <w:pPr>
              <w:rPr>
                <w:rFonts w:eastAsia="Arial"/>
                <w:b/>
                <w:sz w:val="20"/>
                <w:szCs w:val="20"/>
              </w:rPr>
            </w:pPr>
          </w:p>
          <w:p w:rsidR="00033D99" w:rsidRDefault="00033D99">
            <w:pPr>
              <w:rPr>
                <w:rFonts w:eastAsia="Arial"/>
                <w:b/>
                <w:sz w:val="20"/>
                <w:szCs w:val="20"/>
              </w:rPr>
            </w:pPr>
          </w:p>
          <w:p w:rsidR="00033D99" w:rsidRDefault="00033D99">
            <w:pPr>
              <w:rPr>
                <w:rFonts w:eastAsia="Arial"/>
                <w:b/>
                <w:sz w:val="20"/>
                <w:szCs w:val="20"/>
              </w:rPr>
            </w:pPr>
          </w:p>
          <w:p w:rsidR="00033D99" w:rsidRDefault="00033D99">
            <w:pPr>
              <w:rPr>
                <w:rFonts w:eastAsia="Arial"/>
                <w:b/>
                <w:sz w:val="20"/>
                <w:szCs w:val="20"/>
              </w:rPr>
            </w:pPr>
          </w:p>
          <w:p w:rsidR="00033D99" w:rsidRDefault="00033D99">
            <w:pPr>
              <w:rPr>
                <w:rFonts w:eastAsia="Arial"/>
                <w:b/>
                <w:sz w:val="20"/>
                <w:szCs w:val="20"/>
              </w:rPr>
            </w:pPr>
          </w:p>
          <w:p w:rsidR="00033D99" w:rsidRDefault="00033D99">
            <w:pPr>
              <w:rPr>
                <w:rFonts w:eastAsia="Arial"/>
                <w:b/>
                <w:sz w:val="20"/>
                <w:szCs w:val="20"/>
              </w:rPr>
            </w:pPr>
          </w:p>
          <w:p w:rsidR="00033D99" w:rsidRDefault="00033D99">
            <w:pPr>
              <w:rPr>
                <w:rFonts w:eastAsia="Arial"/>
                <w:b/>
                <w:sz w:val="20"/>
                <w:szCs w:val="20"/>
              </w:rPr>
            </w:pPr>
          </w:p>
          <w:p w:rsidR="00033D99" w:rsidRDefault="00033D99">
            <w:pPr>
              <w:rPr>
                <w:rFonts w:eastAsia="Arial"/>
                <w:b/>
                <w:sz w:val="20"/>
                <w:szCs w:val="20"/>
              </w:rPr>
            </w:pPr>
          </w:p>
          <w:p w:rsidR="00033D99" w:rsidRDefault="00033D99">
            <w:pPr>
              <w:rPr>
                <w:rFonts w:eastAsia="Arial"/>
                <w:b/>
                <w:sz w:val="20"/>
                <w:szCs w:val="20"/>
              </w:rPr>
            </w:pPr>
          </w:p>
          <w:p w:rsidR="00033D99" w:rsidRDefault="00033D99">
            <w:pPr>
              <w:rPr>
                <w:rFonts w:eastAsia="Arial"/>
                <w:b/>
                <w:sz w:val="20"/>
                <w:szCs w:val="20"/>
              </w:rPr>
            </w:pPr>
          </w:p>
          <w:p w:rsidR="00033D99" w:rsidRDefault="00033D99">
            <w:pPr>
              <w:rPr>
                <w:rFonts w:eastAsia="Arial"/>
                <w:b/>
                <w:sz w:val="20"/>
                <w:szCs w:val="20"/>
              </w:rPr>
            </w:pPr>
          </w:p>
          <w:p w:rsidR="00516D86" w:rsidRPr="00033D99" w:rsidRDefault="00000000">
            <w:pPr>
              <w:rPr>
                <w:sz w:val="20"/>
                <w:szCs w:val="20"/>
              </w:rPr>
            </w:pPr>
            <w:r w:rsidRPr="00033D99">
              <w:rPr>
                <w:rFonts w:eastAsia="Arial"/>
                <w:b/>
                <w:sz w:val="20"/>
                <w:szCs w:val="20"/>
              </w:rPr>
              <w:t>4. Gjeometria në rrafsh</w:t>
            </w:r>
          </w:p>
        </w:tc>
        <w:tc>
          <w:tcPr>
            <w:tcW w:w="258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516D86" w:rsidRPr="00033D99" w:rsidRDefault="00000000" w:rsidP="000B20C6">
            <w:pPr>
              <w:rPr>
                <w:sz w:val="20"/>
                <w:szCs w:val="20"/>
                <w:lang w:val="en-US"/>
              </w:rPr>
            </w:pPr>
            <w:r w:rsidRPr="00033D99">
              <w:rPr>
                <w:rFonts w:eastAsia="Arial"/>
                <w:sz w:val="20"/>
                <w:szCs w:val="20"/>
              </w:rPr>
              <w:lastRenderedPageBreak/>
              <w:t>TEMA 3</w:t>
            </w:r>
            <w:r w:rsidR="000B20C6" w:rsidRPr="00033D99">
              <w:rPr>
                <w:rFonts w:eastAsia="Arial"/>
                <w:sz w:val="20"/>
                <w:szCs w:val="20"/>
                <w:lang w:val="en-US"/>
              </w:rPr>
              <w:t xml:space="preserve"> :</w:t>
            </w:r>
          </w:p>
          <w:p w:rsidR="000B20C6" w:rsidRPr="00033D99" w:rsidRDefault="000B20C6" w:rsidP="000B20C6">
            <w:pPr>
              <w:pStyle w:val="ListParagraph"/>
              <w:numPr>
                <w:ilvl w:val="0"/>
                <w:numId w:val="29"/>
              </w:numPr>
              <w:tabs>
                <w:tab w:val="left" w:pos="30"/>
                <w:tab w:val="left" w:pos="202"/>
              </w:tabs>
              <w:autoSpaceDE w:val="0"/>
              <w:autoSpaceDN w:val="0"/>
              <w:adjustRightInd w:val="0"/>
              <w:spacing w:before="120" w:after="120"/>
              <w:ind w:left="447" w:hanging="141"/>
              <w:rPr>
                <w:sz w:val="20"/>
                <w:szCs w:val="20"/>
              </w:rPr>
            </w:pPr>
            <w:r w:rsidRPr="00033D99">
              <w:rPr>
                <w:sz w:val="20"/>
                <w:szCs w:val="20"/>
              </w:rPr>
              <w:t xml:space="preserve">Zgjidhë ekuacionet  dhe inekuacionet lineare sipas shkronjave; </w:t>
            </w:r>
          </w:p>
          <w:p w:rsidR="000B20C6" w:rsidRPr="00033D99" w:rsidRDefault="000B20C6" w:rsidP="000B20C6">
            <w:pPr>
              <w:pStyle w:val="ListParagraph"/>
              <w:numPr>
                <w:ilvl w:val="0"/>
                <w:numId w:val="29"/>
              </w:numPr>
              <w:tabs>
                <w:tab w:val="left" w:pos="30"/>
                <w:tab w:val="left" w:pos="202"/>
              </w:tabs>
              <w:autoSpaceDE w:val="0"/>
              <w:autoSpaceDN w:val="0"/>
              <w:adjustRightInd w:val="0"/>
              <w:spacing w:before="120" w:after="120"/>
              <w:ind w:left="447" w:hanging="141"/>
              <w:rPr>
                <w:sz w:val="20"/>
                <w:szCs w:val="20"/>
              </w:rPr>
            </w:pPr>
            <w:r w:rsidRPr="00033D99">
              <w:rPr>
                <w:sz w:val="20"/>
                <w:szCs w:val="20"/>
              </w:rPr>
              <w:t>Diskuton zgjidhjen e ekuacioneve dhe të inekuacioneve lineare me një të panjohur;</w:t>
            </w:r>
          </w:p>
          <w:p w:rsidR="000B20C6" w:rsidRPr="00033D99" w:rsidRDefault="000B20C6" w:rsidP="000B20C6">
            <w:pPr>
              <w:pStyle w:val="ListParagraph"/>
              <w:numPr>
                <w:ilvl w:val="0"/>
                <w:numId w:val="29"/>
              </w:numPr>
              <w:tabs>
                <w:tab w:val="left" w:pos="30"/>
                <w:tab w:val="left" w:pos="202"/>
              </w:tabs>
              <w:autoSpaceDE w:val="0"/>
              <w:autoSpaceDN w:val="0"/>
              <w:adjustRightInd w:val="0"/>
              <w:spacing w:before="120" w:after="120"/>
              <w:ind w:left="447" w:hanging="141"/>
              <w:rPr>
                <w:sz w:val="20"/>
                <w:szCs w:val="20"/>
              </w:rPr>
            </w:pPr>
            <w:r w:rsidRPr="00033D99">
              <w:rPr>
                <w:sz w:val="20"/>
                <w:szCs w:val="20"/>
              </w:rPr>
              <w:t xml:space="preserve">Paraqet zgjidhjet e inekuacioneve në boshtin numerik; </w:t>
            </w:r>
          </w:p>
          <w:p w:rsidR="000B20C6" w:rsidRPr="00033D99" w:rsidRDefault="000B20C6" w:rsidP="000B20C6">
            <w:pPr>
              <w:pStyle w:val="ListParagraph"/>
              <w:numPr>
                <w:ilvl w:val="0"/>
                <w:numId w:val="29"/>
              </w:numPr>
              <w:tabs>
                <w:tab w:val="left" w:pos="30"/>
                <w:tab w:val="left" w:pos="202"/>
              </w:tabs>
              <w:autoSpaceDE w:val="0"/>
              <w:autoSpaceDN w:val="0"/>
              <w:adjustRightInd w:val="0"/>
              <w:spacing w:before="120" w:after="120"/>
              <w:ind w:left="447" w:hanging="141"/>
              <w:rPr>
                <w:sz w:val="20"/>
                <w:szCs w:val="20"/>
                <w:lang w:val="de-DE"/>
              </w:rPr>
            </w:pPr>
            <w:proofErr w:type="spellStart"/>
            <w:r w:rsidRPr="00033D99">
              <w:rPr>
                <w:sz w:val="20"/>
                <w:szCs w:val="20"/>
                <w:lang w:val="de-DE"/>
              </w:rPr>
              <w:t>Identifikon</w:t>
            </w:r>
            <w:proofErr w:type="spellEnd"/>
            <w:r w:rsidRPr="00033D99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33D99">
              <w:rPr>
                <w:sz w:val="20"/>
                <w:szCs w:val="20"/>
                <w:lang w:val="de-DE"/>
              </w:rPr>
              <w:t>intervalin</w:t>
            </w:r>
            <w:proofErr w:type="spellEnd"/>
            <w:r w:rsidRPr="00033D99">
              <w:rPr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033D99">
              <w:rPr>
                <w:sz w:val="20"/>
                <w:szCs w:val="20"/>
                <w:lang w:val="de-DE"/>
              </w:rPr>
              <w:t>hapur</w:t>
            </w:r>
            <w:proofErr w:type="spellEnd"/>
            <w:r w:rsidRPr="00033D99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33D99">
              <w:rPr>
                <w:sz w:val="20"/>
                <w:szCs w:val="20"/>
                <w:lang w:val="de-DE"/>
              </w:rPr>
              <w:t>dhe</w:t>
            </w:r>
            <w:proofErr w:type="spellEnd"/>
            <w:r w:rsidRPr="00033D99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33D99">
              <w:rPr>
                <w:sz w:val="20"/>
                <w:szCs w:val="20"/>
                <w:lang w:val="de-DE"/>
              </w:rPr>
              <w:t>të</w:t>
            </w:r>
            <w:proofErr w:type="spellEnd"/>
            <w:r w:rsidRPr="00033D99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33D99">
              <w:rPr>
                <w:sz w:val="20"/>
                <w:szCs w:val="20"/>
                <w:lang w:val="de-DE"/>
              </w:rPr>
              <w:t>mbyllur</w:t>
            </w:r>
            <w:proofErr w:type="spellEnd"/>
            <w:r w:rsidRPr="00033D99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33D99">
              <w:rPr>
                <w:sz w:val="20"/>
                <w:szCs w:val="20"/>
                <w:lang w:val="de-DE"/>
              </w:rPr>
              <w:t>te</w:t>
            </w:r>
            <w:proofErr w:type="spellEnd"/>
            <w:r w:rsidRPr="00033D99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33D99">
              <w:rPr>
                <w:sz w:val="20"/>
                <w:szCs w:val="20"/>
                <w:lang w:val="de-DE"/>
              </w:rPr>
              <w:t>inekuacionet</w:t>
            </w:r>
            <w:proofErr w:type="spellEnd"/>
            <w:r w:rsidRPr="00033D99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33D99">
              <w:rPr>
                <w:sz w:val="20"/>
                <w:szCs w:val="20"/>
                <w:lang w:val="de-DE"/>
              </w:rPr>
              <w:t>duke</w:t>
            </w:r>
            <w:proofErr w:type="spellEnd"/>
            <w:r w:rsidRPr="00033D99">
              <w:rPr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033D99">
              <w:rPr>
                <w:sz w:val="20"/>
                <w:szCs w:val="20"/>
                <w:lang w:val="de-DE"/>
              </w:rPr>
              <w:lastRenderedPageBreak/>
              <w:t>paraqitur</w:t>
            </w:r>
            <w:proofErr w:type="spellEnd"/>
            <w:r w:rsidRPr="00033D99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33D99">
              <w:rPr>
                <w:sz w:val="20"/>
                <w:szCs w:val="20"/>
                <w:lang w:val="de-DE"/>
              </w:rPr>
              <w:t>simbolikisht</w:t>
            </w:r>
            <w:proofErr w:type="spellEnd"/>
            <w:r w:rsidRPr="00033D99">
              <w:rPr>
                <w:sz w:val="20"/>
                <w:szCs w:val="20"/>
                <w:lang w:val="de-DE"/>
              </w:rPr>
              <w:t>;</w:t>
            </w:r>
          </w:p>
          <w:p w:rsidR="000B20C6" w:rsidRPr="00033D99" w:rsidRDefault="000B20C6" w:rsidP="000B20C6">
            <w:pPr>
              <w:pStyle w:val="ListParagraph"/>
              <w:numPr>
                <w:ilvl w:val="0"/>
                <w:numId w:val="29"/>
              </w:numPr>
              <w:ind w:left="447" w:hanging="141"/>
              <w:rPr>
                <w:sz w:val="20"/>
                <w:szCs w:val="20"/>
                <w:lang w:val="de-DE"/>
              </w:rPr>
            </w:pPr>
            <w:proofErr w:type="spellStart"/>
            <w:r w:rsidRPr="00033D99">
              <w:rPr>
                <w:sz w:val="20"/>
                <w:szCs w:val="20"/>
                <w:lang w:val="de-DE"/>
              </w:rPr>
              <w:t>Zgjidh</w:t>
            </w:r>
            <w:proofErr w:type="spellEnd"/>
            <w:r w:rsidRPr="00033D99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33D99">
              <w:rPr>
                <w:sz w:val="20"/>
                <w:szCs w:val="20"/>
                <w:lang w:val="de-DE"/>
              </w:rPr>
              <w:t>inekuacionet</w:t>
            </w:r>
            <w:proofErr w:type="spellEnd"/>
            <w:r w:rsidRPr="00033D99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33D99">
              <w:rPr>
                <w:sz w:val="20"/>
                <w:szCs w:val="20"/>
                <w:lang w:val="de-DE"/>
              </w:rPr>
              <w:t>me</w:t>
            </w:r>
            <w:proofErr w:type="spellEnd"/>
            <w:r w:rsidRPr="00033D99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33D99">
              <w:rPr>
                <w:sz w:val="20"/>
                <w:szCs w:val="20"/>
                <w:lang w:val="de-DE"/>
              </w:rPr>
              <w:t>vlerë</w:t>
            </w:r>
            <w:proofErr w:type="spellEnd"/>
            <w:r w:rsidRPr="00033D99">
              <w:rPr>
                <w:sz w:val="20"/>
                <w:szCs w:val="20"/>
                <w:lang w:val="de-DE"/>
              </w:rPr>
              <w:t xml:space="preserve"> absolute </w:t>
            </w:r>
            <w:proofErr w:type="spellStart"/>
            <w:r w:rsidRPr="00033D99">
              <w:rPr>
                <w:sz w:val="20"/>
                <w:szCs w:val="20"/>
                <w:lang w:val="de-DE"/>
              </w:rPr>
              <w:t>dhe</w:t>
            </w:r>
            <w:proofErr w:type="spellEnd"/>
            <w:r w:rsidRPr="00033D99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33D99">
              <w:rPr>
                <w:sz w:val="20"/>
                <w:szCs w:val="20"/>
                <w:lang w:val="de-DE"/>
              </w:rPr>
              <w:t>paraqet</w:t>
            </w:r>
            <w:proofErr w:type="spellEnd"/>
            <w:r w:rsidRPr="00033D99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33D99">
              <w:rPr>
                <w:sz w:val="20"/>
                <w:szCs w:val="20"/>
                <w:lang w:val="de-DE"/>
              </w:rPr>
              <w:t>grafikisht</w:t>
            </w:r>
            <w:proofErr w:type="spellEnd"/>
            <w:r w:rsidRPr="00033D99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33D99">
              <w:rPr>
                <w:sz w:val="20"/>
                <w:szCs w:val="20"/>
                <w:lang w:val="de-DE"/>
              </w:rPr>
              <w:t>bashkësitë</w:t>
            </w:r>
            <w:proofErr w:type="spellEnd"/>
            <w:r w:rsidRPr="00033D99">
              <w:rPr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033D99">
              <w:rPr>
                <w:sz w:val="20"/>
                <w:szCs w:val="20"/>
                <w:lang w:val="de-DE"/>
              </w:rPr>
              <w:t>zgjidhjeve</w:t>
            </w:r>
            <w:proofErr w:type="spellEnd"/>
            <w:r w:rsidRPr="00033D99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33D99">
              <w:rPr>
                <w:sz w:val="20"/>
                <w:szCs w:val="20"/>
                <w:lang w:val="de-DE"/>
              </w:rPr>
              <w:t>të</w:t>
            </w:r>
            <w:proofErr w:type="spellEnd"/>
            <w:r w:rsidRPr="00033D99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33D99">
              <w:rPr>
                <w:sz w:val="20"/>
                <w:szCs w:val="20"/>
                <w:lang w:val="de-DE"/>
              </w:rPr>
              <w:t>tyre</w:t>
            </w:r>
            <w:proofErr w:type="spellEnd"/>
            <w:r w:rsidRPr="00033D99">
              <w:rPr>
                <w:sz w:val="20"/>
                <w:szCs w:val="20"/>
                <w:lang w:val="de-DE"/>
              </w:rPr>
              <w:t>;</w:t>
            </w:r>
          </w:p>
          <w:p w:rsidR="000B20C6" w:rsidRPr="00033D99" w:rsidRDefault="000B20C6" w:rsidP="000B20C6">
            <w:pPr>
              <w:pStyle w:val="ListParagraph"/>
              <w:numPr>
                <w:ilvl w:val="0"/>
                <w:numId w:val="29"/>
              </w:numPr>
              <w:ind w:left="447" w:hanging="141"/>
              <w:rPr>
                <w:sz w:val="20"/>
                <w:szCs w:val="20"/>
                <w:lang w:val="de-DE"/>
              </w:rPr>
            </w:pPr>
            <w:proofErr w:type="spellStart"/>
            <w:r w:rsidRPr="00033D99">
              <w:rPr>
                <w:sz w:val="20"/>
                <w:szCs w:val="20"/>
                <w:lang w:val="de-DE"/>
              </w:rPr>
              <w:t>Zgjidh</w:t>
            </w:r>
            <w:proofErr w:type="spellEnd"/>
            <w:r w:rsidRPr="00033D99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33D99">
              <w:rPr>
                <w:sz w:val="20"/>
                <w:szCs w:val="20"/>
                <w:lang w:val="de-DE"/>
              </w:rPr>
              <w:t>ekuacionet</w:t>
            </w:r>
            <w:proofErr w:type="spellEnd"/>
            <w:r w:rsidRPr="00033D99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33D99">
              <w:rPr>
                <w:sz w:val="20"/>
                <w:szCs w:val="20"/>
                <w:lang w:val="de-DE"/>
              </w:rPr>
              <w:t>kuadratike</w:t>
            </w:r>
            <w:proofErr w:type="spellEnd"/>
            <w:r w:rsidRPr="00033D99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33D99">
              <w:rPr>
                <w:sz w:val="20"/>
                <w:szCs w:val="20"/>
                <w:lang w:val="de-DE"/>
              </w:rPr>
              <w:t>të</w:t>
            </w:r>
            <w:proofErr w:type="spellEnd"/>
            <w:r w:rsidRPr="00033D99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33D99">
              <w:rPr>
                <w:sz w:val="20"/>
                <w:szCs w:val="20"/>
                <w:lang w:val="de-DE"/>
              </w:rPr>
              <w:t>formës</w:t>
            </w:r>
            <w:proofErr w:type="spellEnd"/>
            <w:r w:rsidRPr="00033D99">
              <w:rPr>
                <w:sz w:val="20"/>
                <w:szCs w:val="20"/>
                <w:lang w:val="de-DE"/>
              </w:rPr>
              <w:t xml:space="preserve"> x</w:t>
            </w:r>
            <w:r w:rsidRPr="00033D99">
              <w:rPr>
                <w:sz w:val="20"/>
                <w:szCs w:val="20"/>
                <w:vertAlign w:val="superscript"/>
                <w:lang w:val="de-DE"/>
              </w:rPr>
              <w:t>2</w:t>
            </w:r>
            <w:r w:rsidRPr="00033D99">
              <w:rPr>
                <w:sz w:val="20"/>
                <w:szCs w:val="20"/>
                <w:lang w:val="de-DE"/>
              </w:rPr>
              <w:t>+mx+n=0 (</w:t>
            </w:r>
            <w:proofErr w:type="spellStart"/>
            <w:proofErr w:type="gramStart"/>
            <w:r w:rsidRPr="00033D99">
              <w:rPr>
                <w:sz w:val="20"/>
                <w:szCs w:val="20"/>
                <w:lang w:val="de-DE"/>
              </w:rPr>
              <w:t>m,n</w:t>
            </w:r>
            <w:proofErr w:type="spellEnd"/>
            <w:proofErr w:type="gramEnd"/>
            <w:r w:rsidRPr="00033D99">
              <w:rPr>
                <w:sz w:val="20"/>
                <w:szCs w:val="20"/>
              </w:rPr>
              <w:t>Є</w:t>
            </w:r>
            <w:r w:rsidRPr="00033D99">
              <w:rPr>
                <w:sz w:val="20"/>
                <w:szCs w:val="20"/>
                <w:lang w:val="de-DE"/>
              </w:rPr>
              <w:t xml:space="preserve">Z) </w:t>
            </w:r>
            <w:proofErr w:type="spellStart"/>
            <w:r w:rsidRPr="00033D99">
              <w:rPr>
                <w:sz w:val="20"/>
                <w:szCs w:val="20"/>
                <w:lang w:val="de-DE"/>
              </w:rPr>
              <w:t>duke</w:t>
            </w:r>
            <w:proofErr w:type="spellEnd"/>
            <w:r w:rsidRPr="00033D99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33D99">
              <w:rPr>
                <w:sz w:val="20"/>
                <w:szCs w:val="20"/>
                <w:lang w:val="de-DE"/>
              </w:rPr>
              <w:t>zbërthyer</w:t>
            </w:r>
            <w:proofErr w:type="spellEnd"/>
            <w:r w:rsidRPr="00033D99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33D99">
              <w:rPr>
                <w:sz w:val="20"/>
                <w:szCs w:val="20"/>
                <w:lang w:val="de-DE"/>
              </w:rPr>
              <w:t>trinomin</w:t>
            </w:r>
            <w:proofErr w:type="spellEnd"/>
            <w:r w:rsidRPr="00033D99">
              <w:rPr>
                <w:sz w:val="20"/>
                <w:szCs w:val="20"/>
                <w:lang w:val="de-DE"/>
              </w:rPr>
              <w:t xml:space="preserve"> (x-x</w:t>
            </w:r>
            <w:r w:rsidRPr="00033D99">
              <w:rPr>
                <w:sz w:val="20"/>
                <w:szCs w:val="20"/>
                <w:vertAlign w:val="subscript"/>
                <w:lang w:val="de-DE"/>
              </w:rPr>
              <w:t>1</w:t>
            </w:r>
            <w:r w:rsidRPr="00033D99">
              <w:rPr>
                <w:sz w:val="20"/>
                <w:szCs w:val="20"/>
                <w:lang w:val="de-DE"/>
              </w:rPr>
              <w:t>) (x-x</w:t>
            </w:r>
            <w:r w:rsidRPr="00033D99">
              <w:rPr>
                <w:sz w:val="20"/>
                <w:szCs w:val="20"/>
                <w:vertAlign w:val="subscript"/>
                <w:lang w:val="de-DE"/>
              </w:rPr>
              <w:t>2</w:t>
            </w:r>
            <w:r w:rsidRPr="00033D99">
              <w:rPr>
                <w:sz w:val="20"/>
                <w:szCs w:val="20"/>
                <w:lang w:val="de-DE"/>
              </w:rPr>
              <w:t>)=0;</w:t>
            </w:r>
          </w:p>
          <w:p w:rsidR="000B20C6" w:rsidRPr="00033D99" w:rsidRDefault="000B20C6" w:rsidP="000B20C6">
            <w:pPr>
              <w:pStyle w:val="ListParagraph"/>
              <w:numPr>
                <w:ilvl w:val="0"/>
                <w:numId w:val="29"/>
              </w:numPr>
              <w:tabs>
                <w:tab w:val="left" w:pos="30"/>
                <w:tab w:val="left" w:pos="202"/>
              </w:tabs>
              <w:autoSpaceDE w:val="0"/>
              <w:autoSpaceDN w:val="0"/>
              <w:adjustRightInd w:val="0"/>
              <w:spacing w:before="120" w:after="120"/>
              <w:ind w:left="447" w:hanging="141"/>
              <w:rPr>
                <w:sz w:val="20"/>
                <w:szCs w:val="20"/>
                <w:lang w:val="de-DE"/>
              </w:rPr>
            </w:pPr>
            <w:proofErr w:type="spellStart"/>
            <w:r w:rsidRPr="00033D99">
              <w:rPr>
                <w:sz w:val="20"/>
                <w:szCs w:val="20"/>
                <w:lang w:val="de-DE"/>
              </w:rPr>
              <w:t>Përdor</w:t>
            </w:r>
            <w:proofErr w:type="spellEnd"/>
            <w:r w:rsidRPr="00033D99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33D99">
              <w:rPr>
                <w:sz w:val="20"/>
                <w:szCs w:val="20"/>
                <w:lang w:val="de-DE"/>
              </w:rPr>
              <w:t>ekuacionet</w:t>
            </w:r>
            <w:proofErr w:type="spellEnd"/>
            <w:r w:rsidRPr="00033D99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33D99">
              <w:rPr>
                <w:sz w:val="20"/>
                <w:szCs w:val="20"/>
                <w:lang w:val="de-DE"/>
              </w:rPr>
              <w:t>në</w:t>
            </w:r>
            <w:proofErr w:type="spellEnd"/>
            <w:r w:rsidRPr="00033D99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33D99">
              <w:rPr>
                <w:sz w:val="20"/>
                <w:szCs w:val="20"/>
                <w:lang w:val="de-DE"/>
              </w:rPr>
              <w:t>fizikë</w:t>
            </w:r>
            <w:proofErr w:type="spellEnd"/>
            <w:r w:rsidRPr="00033D99">
              <w:rPr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033D99">
              <w:rPr>
                <w:sz w:val="20"/>
                <w:szCs w:val="20"/>
                <w:lang w:val="de-DE"/>
              </w:rPr>
              <w:t>kimi</w:t>
            </w:r>
            <w:proofErr w:type="spellEnd"/>
            <w:r w:rsidRPr="00033D99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33D99">
              <w:rPr>
                <w:sz w:val="20"/>
                <w:szCs w:val="20"/>
                <w:lang w:val="de-DE"/>
              </w:rPr>
              <w:t>dhe</w:t>
            </w:r>
            <w:proofErr w:type="spellEnd"/>
            <w:r w:rsidRPr="00033D99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33D99">
              <w:rPr>
                <w:sz w:val="20"/>
                <w:szCs w:val="20"/>
                <w:lang w:val="de-DE"/>
              </w:rPr>
              <w:t>lëmi</w:t>
            </w:r>
            <w:proofErr w:type="spellEnd"/>
            <w:r w:rsidRPr="00033D99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33D99">
              <w:rPr>
                <w:sz w:val="20"/>
                <w:szCs w:val="20"/>
                <w:lang w:val="de-DE"/>
              </w:rPr>
              <w:t>të</w:t>
            </w:r>
            <w:proofErr w:type="spellEnd"/>
            <w:r w:rsidRPr="00033D99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33D99">
              <w:rPr>
                <w:sz w:val="20"/>
                <w:szCs w:val="20"/>
                <w:lang w:val="de-DE"/>
              </w:rPr>
              <w:t>tjera</w:t>
            </w:r>
            <w:proofErr w:type="spellEnd"/>
            <w:r w:rsidRPr="00033D99">
              <w:rPr>
                <w:sz w:val="20"/>
                <w:szCs w:val="20"/>
                <w:lang w:val="de-DE"/>
              </w:rPr>
              <w:t>.</w:t>
            </w:r>
          </w:p>
          <w:p w:rsidR="000B20C6" w:rsidRPr="00033D99" w:rsidRDefault="000B20C6" w:rsidP="000B20C6">
            <w:pPr>
              <w:rPr>
                <w:sz w:val="20"/>
                <w:szCs w:val="20"/>
              </w:rPr>
            </w:pPr>
          </w:p>
          <w:p w:rsidR="00516D86" w:rsidRPr="00033D99" w:rsidRDefault="00516D86">
            <w:pPr>
              <w:rPr>
                <w:sz w:val="20"/>
                <w:szCs w:val="20"/>
              </w:rPr>
            </w:pPr>
          </w:p>
          <w:p w:rsidR="00516D86" w:rsidRDefault="00000000">
            <w:pPr>
              <w:rPr>
                <w:rFonts w:eastAsia="Arial"/>
                <w:sz w:val="20"/>
                <w:szCs w:val="20"/>
                <w:lang w:val="en-US"/>
              </w:rPr>
            </w:pPr>
            <w:r w:rsidRPr="00033D99">
              <w:rPr>
                <w:rFonts w:eastAsia="Arial"/>
                <w:sz w:val="20"/>
                <w:szCs w:val="20"/>
              </w:rPr>
              <w:t>TEMA 4</w:t>
            </w:r>
            <w:r w:rsidR="00033D99">
              <w:rPr>
                <w:rFonts w:eastAsia="Arial"/>
                <w:sz w:val="20"/>
                <w:szCs w:val="20"/>
                <w:lang w:val="en-US"/>
              </w:rPr>
              <w:t>:</w:t>
            </w:r>
          </w:p>
          <w:p w:rsidR="00033D99" w:rsidRPr="00033D99" w:rsidRDefault="00033D99">
            <w:pPr>
              <w:rPr>
                <w:sz w:val="20"/>
                <w:szCs w:val="20"/>
                <w:lang w:val="en-US"/>
              </w:rPr>
            </w:pPr>
          </w:p>
          <w:p w:rsidR="00516D86" w:rsidRPr="00033D99" w:rsidRDefault="00000000" w:rsidP="00033D99">
            <w:pPr>
              <w:pStyle w:val="ListParagraph"/>
              <w:numPr>
                <w:ilvl w:val="0"/>
                <w:numId w:val="30"/>
              </w:numPr>
              <w:ind w:left="447" w:hanging="141"/>
              <w:rPr>
                <w:sz w:val="20"/>
                <w:szCs w:val="20"/>
              </w:rPr>
            </w:pPr>
            <w:r w:rsidRPr="00033D99">
              <w:rPr>
                <w:rFonts w:eastAsia="Arial"/>
                <w:sz w:val="20"/>
                <w:szCs w:val="20"/>
              </w:rPr>
              <w:t>Dallon objektet themelore gjeometrike: pikën, drejtëzën dhe rrafshin.</w:t>
            </w:r>
          </w:p>
          <w:p w:rsidR="00516D86" w:rsidRPr="00033D99" w:rsidRDefault="00000000" w:rsidP="00033D99">
            <w:pPr>
              <w:pStyle w:val="ListParagraph"/>
              <w:numPr>
                <w:ilvl w:val="0"/>
                <w:numId w:val="30"/>
              </w:numPr>
              <w:ind w:left="447" w:hanging="141"/>
              <w:rPr>
                <w:sz w:val="20"/>
                <w:szCs w:val="20"/>
              </w:rPr>
            </w:pPr>
            <w:r w:rsidRPr="00033D99">
              <w:rPr>
                <w:rFonts w:eastAsia="Arial"/>
                <w:sz w:val="20"/>
                <w:szCs w:val="20"/>
              </w:rPr>
              <w:t>Përkufizon kuptime themelore dhe të nxjerra gjeometrike.</w:t>
            </w:r>
          </w:p>
          <w:p w:rsidR="00033D99" w:rsidRPr="00033D99" w:rsidRDefault="00000000" w:rsidP="00033D99">
            <w:pPr>
              <w:pStyle w:val="ListParagraph"/>
              <w:numPr>
                <w:ilvl w:val="0"/>
                <w:numId w:val="30"/>
              </w:numPr>
              <w:ind w:left="447" w:hanging="141"/>
              <w:rPr>
                <w:rFonts w:eastAsia="Arial"/>
                <w:sz w:val="20"/>
                <w:szCs w:val="20"/>
              </w:rPr>
            </w:pPr>
            <w:r w:rsidRPr="00033D99">
              <w:rPr>
                <w:rFonts w:eastAsia="Arial"/>
                <w:sz w:val="20"/>
                <w:szCs w:val="20"/>
              </w:rPr>
              <w:t>Dallon kongruencën e trekëndëshave</w:t>
            </w:r>
          </w:p>
          <w:p w:rsidR="00516D86" w:rsidRPr="00033D99" w:rsidRDefault="00033D99" w:rsidP="00033D99">
            <w:pPr>
              <w:pStyle w:val="ListParagraph"/>
              <w:numPr>
                <w:ilvl w:val="0"/>
                <w:numId w:val="30"/>
              </w:numPr>
              <w:ind w:left="447" w:hanging="141"/>
              <w:rPr>
                <w:sz w:val="20"/>
                <w:szCs w:val="20"/>
              </w:rPr>
            </w:pPr>
            <w:r w:rsidRPr="00033D99">
              <w:rPr>
                <w:rFonts w:eastAsia="Arial"/>
                <w:sz w:val="20"/>
                <w:szCs w:val="20"/>
                <w:lang w:val="de-DE"/>
              </w:rPr>
              <w:t>Z</w:t>
            </w:r>
            <w:r w:rsidR="00000000" w:rsidRPr="00033D99">
              <w:rPr>
                <w:rFonts w:eastAsia="Arial"/>
                <w:sz w:val="20"/>
                <w:szCs w:val="20"/>
              </w:rPr>
              <w:t>baton rastet e kongruencës në detyra praktike.</w:t>
            </w:r>
          </w:p>
          <w:p w:rsidR="00516D86" w:rsidRPr="00033D99" w:rsidRDefault="00000000" w:rsidP="00033D99">
            <w:pPr>
              <w:pStyle w:val="ListParagraph"/>
              <w:numPr>
                <w:ilvl w:val="0"/>
                <w:numId w:val="30"/>
              </w:numPr>
              <w:ind w:left="447" w:hanging="141"/>
              <w:rPr>
                <w:sz w:val="20"/>
                <w:szCs w:val="20"/>
              </w:rPr>
            </w:pPr>
            <w:r w:rsidRPr="00033D99">
              <w:rPr>
                <w:rFonts w:eastAsia="Arial"/>
                <w:sz w:val="20"/>
                <w:szCs w:val="20"/>
              </w:rPr>
              <w:t xml:space="preserve">Konstrukton </w:t>
            </w:r>
            <w:r w:rsidR="00033D99" w:rsidRPr="00033D99">
              <w:rPr>
                <w:rFonts w:eastAsia="Arial"/>
                <w:sz w:val="20"/>
                <w:szCs w:val="20"/>
              </w:rPr>
              <w:t xml:space="preserve">disa nga </w:t>
            </w:r>
            <w:r w:rsidRPr="00033D99">
              <w:rPr>
                <w:rFonts w:eastAsia="Arial"/>
                <w:sz w:val="20"/>
                <w:szCs w:val="20"/>
              </w:rPr>
              <w:t>vende</w:t>
            </w:r>
            <w:r w:rsidR="00033D99" w:rsidRPr="00033D99">
              <w:rPr>
                <w:rFonts w:eastAsia="Arial"/>
                <w:sz w:val="20"/>
                <w:szCs w:val="20"/>
              </w:rPr>
              <w:t>t</w:t>
            </w:r>
            <w:r w:rsidRPr="00033D99">
              <w:rPr>
                <w:rFonts w:eastAsia="Arial"/>
                <w:sz w:val="20"/>
                <w:szCs w:val="20"/>
              </w:rPr>
              <w:t xml:space="preserve"> gjeometrike të pikave në rrafsh.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B20C6" w:rsidRPr="00033D99" w:rsidRDefault="000B20C6">
            <w:pPr>
              <w:rPr>
                <w:rFonts w:eastAsia="Arial"/>
                <w:sz w:val="20"/>
                <w:szCs w:val="20"/>
                <w:lang w:val="en-US"/>
              </w:rPr>
            </w:pPr>
            <w:r w:rsidRPr="00033D99">
              <w:rPr>
                <w:rFonts w:eastAsia="Arial"/>
                <w:sz w:val="20"/>
                <w:szCs w:val="20"/>
                <w:lang w:val="en-US"/>
              </w:rPr>
              <w:lastRenderedPageBreak/>
              <w:t>TEMA 3:</w:t>
            </w:r>
          </w:p>
          <w:p w:rsidR="000B20C6" w:rsidRPr="00033D99" w:rsidRDefault="000B20C6">
            <w:pPr>
              <w:rPr>
                <w:rFonts w:eastAsia="Arial"/>
                <w:sz w:val="20"/>
                <w:szCs w:val="20"/>
                <w:lang w:val="en-US"/>
              </w:rPr>
            </w:pPr>
          </w:p>
          <w:p w:rsidR="00516D86" w:rsidRPr="00033D99" w:rsidRDefault="00000000">
            <w:pPr>
              <w:rPr>
                <w:sz w:val="20"/>
                <w:szCs w:val="20"/>
              </w:rPr>
            </w:pPr>
            <w:r w:rsidRPr="00033D99">
              <w:rPr>
                <w:rFonts w:eastAsia="Arial"/>
                <w:sz w:val="20"/>
                <w:szCs w:val="20"/>
              </w:rPr>
              <w:t>1. Ekuacione të njëvlershme me një ndryshore</w:t>
            </w:r>
          </w:p>
          <w:p w:rsidR="00516D86" w:rsidRPr="00033D99" w:rsidRDefault="00000000">
            <w:pPr>
              <w:rPr>
                <w:sz w:val="20"/>
                <w:szCs w:val="20"/>
              </w:rPr>
            </w:pPr>
            <w:r w:rsidRPr="00033D99">
              <w:rPr>
                <w:rFonts w:eastAsia="Arial"/>
                <w:sz w:val="20"/>
                <w:szCs w:val="20"/>
              </w:rPr>
              <w:t>2. Ekuacioni i fuqisë së parë me një ndryshore</w:t>
            </w:r>
          </w:p>
          <w:p w:rsidR="00516D86" w:rsidRPr="00033D99" w:rsidRDefault="00000000">
            <w:pPr>
              <w:rPr>
                <w:sz w:val="20"/>
                <w:szCs w:val="20"/>
              </w:rPr>
            </w:pPr>
            <w:r w:rsidRPr="00033D99">
              <w:rPr>
                <w:rFonts w:eastAsia="Arial"/>
                <w:sz w:val="20"/>
                <w:szCs w:val="20"/>
              </w:rPr>
              <w:t>3. Problema që zgjidhen me një formulë</w:t>
            </w:r>
          </w:p>
          <w:p w:rsidR="00516D86" w:rsidRPr="00033D99" w:rsidRDefault="00000000">
            <w:pPr>
              <w:rPr>
                <w:sz w:val="20"/>
                <w:szCs w:val="20"/>
              </w:rPr>
            </w:pPr>
            <w:r w:rsidRPr="00033D99">
              <w:rPr>
                <w:rFonts w:eastAsia="Arial"/>
                <w:sz w:val="20"/>
                <w:szCs w:val="20"/>
              </w:rPr>
              <w:t>4. Veçimi i një shkronje në një formulë</w:t>
            </w:r>
          </w:p>
          <w:p w:rsidR="00516D86" w:rsidRPr="00033D99" w:rsidRDefault="00000000">
            <w:pPr>
              <w:rPr>
                <w:sz w:val="20"/>
                <w:szCs w:val="20"/>
              </w:rPr>
            </w:pPr>
            <w:r w:rsidRPr="00033D99">
              <w:rPr>
                <w:rFonts w:eastAsia="Arial"/>
                <w:sz w:val="20"/>
                <w:szCs w:val="20"/>
              </w:rPr>
              <w:t>5. Ekuacioni i fuqisë së dytë me një ndryshore – raste të veçanta</w:t>
            </w:r>
          </w:p>
          <w:p w:rsidR="00516D86" w:rsidRPr="00033D99" w:rsidRDefault="00000000">
            <w:pPr>
              <w:rPr>
                <w:sz w:val="20"/>
                <w:szCs w:val="20"/>
              </w:rPr>
            </w:pPr>
            <w:r w:rsidRPr="00033D99">
              <w:rPr>
                <w:rFonts w:eastAsia="Arial"/>
                <w:sz w:val="20"/>
                <w:szCs w:val="20"/>
              </w:rPr>
              <w:t>6. Ekuacione që sillen në trajtën (x−x₁)(x−x₂)=0</w:t>
            </w:r>
          </w:p>
          <w:p w:rsidR="00516D86" w:rsidRPr="00033D99" w:rsidRDefault="00000000">
            <w:pPr>
              <w:rPr>
                <w:sz w:val="20"/>
                <w:szCs w:val="20"/>
              </w:rPr>
            </w:pPr>
            <w:r w:rsidRPr="00033D99">
              <w:rPr>
                <w:rFonts w:eastAsia="Arial"/>
                <w:sz w:val="20"/>
                <w:szCs w:val="20"/>
              </w:rPr>
              <w:t>7. Ushtrime me ekuacione</w:t>
            </w:r>
          </w:p>
          <w:p w:rsidR="00516D86" w:rsidRPr="00033D99" w:rsidRDefault="00000000">
            <w:pPr>
              <w:rPr>
                <w:sz w:val="20"/>
                <w:szCs w:val="20"/>
              </w:rPr>
            </w:pPr>
            <w:r w:rsidRPr="00033D99">
              <w:rPr>
                <w:rFonts w:eastAsia="Arial"/>
                <w:sz w:val="20"/>
                <w:szCs w:val="20"/>
              </w:rPr>
              <w:lastRenderedPageBreak/>
              <w:t>8. Inekuacione me një ndryshore</w:t>
            </w:r>
          </w:p>
          <w:p w:rsidR="00516D86" w:rsidRPr="00033D99" w:rsidRDefault="00000000">
            <w:pPr>
              <w:rPr>
                <w:sz w:val="20"/>
                <w:szCs w:val="20"/>
              </w:rPr>
            </w:pPr>
            <w:r w:rsidRPr="00033D99">
              <w:rPr>
                <w:rFonts w:eastAsia="Arial"/>
                <w:sz w:val="20"/>
                <w:szCs w:val="20"/>
              </w:rPr>
              <w:t>9. Inekuacioni i fuqisë së parë me një ndryshore</w:t>
            </w:r>
          </w:p>
          <w:p w:rsidR="00516D86" w:rsidRPr="00033D99" w:rsidRDefault="00000000">
            <w:pPr>
              <w:rPr>
                <w:sz w:val="20"/>
                <w:szCs w:val="20"/>
              </w:rPr>
            </w:pPr>
            <w:r w:rsidRPr="00033D99">
              <w:rPr>
                <w:rFonts w:eastAsia="Arial"/>
                <w:sz w:val="20"/>
                <w:szCs w:val="20"/>
              </w:rPr>
              <w:t>10. Inekuacione të dyfishta</w:t>
            </w:r>
          </w:p>
          <w:p w:rsidR="00516D86" w:rsidRPr="00033D99" w:rsidRDefault="00000000">
            <w:pPr>
              <w:rPr>
                <w:sz w:val="20"/>
                <w:szCs w:val="20"/>
              </w:rPr>
            </w:pPr>
            <w:r w:rsidRPr="00033D99">
              <w:rPr>
                <w:rFonts w:eastAsia="Arial"/>
                <w:sz w:val="20"/>
                <w:szCs w:val="20"/>
              </w:rPr>
              <w:t>11. Inekuacione me vlerë absolute</w:t>
            </w:r>
          </w:p>
          <w:p w:rsidR="00516D86" w:rsidRPr="00033D99" w:rsidRDefault="00000000">
            <w:pPr>
              <w:rPr>
                <w:rFonts w:eastAsia="Arial"/>
                <w:sz w:val="20"/>
                <w:szCs w:val="20"/>
              </w:rPr>
            </w:pPr>
            <w:r w:rsidRPr="00033D99">
              <w:rPr>
                <w:rFonts w:eastAsia="Arial"/>
                <w:sz w:val="20"/>
                <w:szCs w:val="20"/>
              </w:rPr>
              <w:t xml:space="preserve">12. Ushtrime </w:t>
            </w:r>
          </w:p>
          <w:p w:rsidR="000B20C6" w:rsidRPr="00033D99" w:rsidRDefault="000B20C6">
            <w:pPr>
              <w:rPr>
                <w:rFonts w:eastAsia="Arial"/>
                <w:sz w:val="20"/>
                <w:szCs w:val="20"/>
              </w:rPr>
            </w:pPr>
          </w:p>
          <w:p w:rsidR="000B20C6" w:rsidRPr="00033D99" w:rsidRDefault="000B20C6">
            <w:pPr>
              <w:rPr>
                <w:rFonts w:eastAsia="Arial"/>
                <w:sz w:val="20"/>
                <w:szCs w:val="20"/>
                <w:lang w:val="en-US"/>
              </w:rPr>
            </w:pPr>
            <w:r w:rsidRPr="00033D99">
              <w:rPr>
                <w:rFonts w:eastAsia="Arial"/>
                <w:sz w:val="20"/>
                <w:szCs w:val="20"/>
                <w:lang w:val="en-US"/>
              </w:rPr>
              <w:t>TEMA 4:</w:t>
            </w:r>
          </w:p>
          <w:p w:rsidR="000B20C6" w:rsidRPr="00033D99" w:rsidRDefault="000B20C6">
            <w:pPr>
              <w:rPr>
                <w:sz w:val="20"/>
                <w:szCs w:val="20"/>
                <w:lang w:val="en-US"/>
              </w:rPr>
            </w:pPr>
          </w:p>
          <w:p w:rsidR="00516D86" w:rsidRPr="00033D99" w:rsidRDefault="00000000">
            <w:pPr>
              <w:rPr>
                <w:sz w:val="20"/>
                <w:szCs w:val="20"/>
              </w:rPr>
            </w:pPr>
            <w:r w:rsidRPr="00033D99">
              <w:rPr>
                <w:rFonts w:eastAsia="Arial"/>
                <w:sz w:val="20"/>
                <w:szCs w:val="20"/>
              </w:rPr>
              <w:t>13. Kuptimet themelore dhe të nxjerra në gjeometri</w:t>
            </w:r>
          </w:p>
          <w:p w:rsidR="00516D86" w:rsidRPr="00033D99" w:rsidRDefault="00000000">
            <w:pPr>
              <w:rPr>
                <w:sz w:val="20"/>
                <w:szCs w:val="20"/>
              </w:rPr>
            </w:pPr>
            <w:r w:rsidRPr="00033D99">
              <w:rPr>
                <w:rFonts w:eastAsia="Arial"/>
                <w:sz w:val="20"/>
                <w:szCs w:val="20"/>
              </w:rPr>
              <w:t>14. Gjysmërrafshi. Këndi</w:t>
            </w:r>
          </w:p>
          <w:p w:rsidR="00516D86" w:rsidRPr="00033D99" w:rsidRDefault="00000000">
            <w:pPr>
              <w:rPr>
                <w:sz w:val="20"/>
                <w:szCs w:val="20"/>
              </w:rPr>
            </w:pPr>
            <w:r w:rsidRPr="00033D99">
              <w:rPr>
                <w:rFonts w:eastAsia="Arial"/>
                <w:sz w:val="20"/>
                <w:szCs w:val="20"/>
              </w:rPr>
              <w:t>15. Kongruenca e segmenteve dhe këndeve</w:t>
            </w:r>
          </w:p>
          <w:p w:rsidR="00516D86" w:rsidRPr="00033D99" w:rsidRDefault="00000000">
            <w:pPr>
              <w:rPr>
                <w:sz w:val="20"/>
                <w:szCs w:val="20"/>
              </w:rPr>
            </w:pPr>
            <w:r w:rsidRPr="00033D99">
              <w:rPr>
                <w:rFonts w:eastAsia="Arial"/>
                <w:sz w:val="20"/>
                <w:szCs w:val="20"/>
              </w:rPr>
              <w:t>16. Përkufizimi, aksioma dhe teorema</w:t>
            </w:r>
          </w:p>
          <w:p w:rsidR="00516D86" w:rsidRPr="00033D99" w:rsidRDefault="00000000">
            <w:pPr>
              <w:rPr>
                <w:sz w:val="20"/>
                <w:szCs w:val="20"/>
              </w:rPr>
            </w:pPr>
            <w:r w:rsidRPr="00033D99">
              <w:rPr>
                <w:rFonts w:eastAsia="Arial"/>
                <w:sz w:val="20"/>
                <w:szCs w:val="20"/>
              </w:rPr>
              <w:t>17. Trekëndëshi. Vetitë e tij</w:t>
            </w:r>
          </w:p>
          <w:p w:rsidR="00516D86" w:rsidRPr="00033D99" w:rsidRDefault="00000000">
            <w:pPr>
              <w:rPr>
                <w:sz w:val="20"/>
                <w:szCs w:val="20"/>
              </w:rPr>
            </w:pPr>
            <w:r w:rsidRPr="00033D99">
              <w:rPr>
                <w:rFonts w:eastAsia="Arial"/>
                <w:sz w:val="20"/>
                <w:szCs w:val="20"/>
              </w:rPr>
              <w:t>18. Segmente në trekëndësh</w:t>
            </w:r>
          </w:p>
          <w:p w:rsidR="00516D86" w:rsidRPr="00033D99" w:rsidRDefault="00000000">
            <w:pPr>
              <w:rPr>
                <w:sz w:val="20"/>
                <w:szCs w:val="20"/>
              </w:rPr>
            </w:pPr>
            <w:r w:rsidRPr="00033D99">
              <w:rPr>
                <w:rFonts w:eastAsia="Arial"/>
                <w:sz w:val="20"/>
                <w:szCs w:val="20"/>
              </w:rPr>
              <w:t>19. Ndërtime trekëndëshash</w:t>
            </w:r>
          </w:p>
          <w:p w:rsidR="00516D86" w:rsidRPr="00033D99" w:rsidRDefault="00000000">
            <w:pPr>
              <w:rPr>
                <w:sz w:val="20"/>
                <w:szCs w:val="20"/>
              </w:rPr>
            </w:pPr>
            <w:r w:rsidRPr="00033D99">
              <w:rPr>
                <w:rFonts w:eastAsia="Arial"/>
                <w:sz w:val="20"/>
                <w:szCs w:val="20"/>
              </w:rPr>
              <w:t>20. Rasti I i kongruencës së trekëndëshave</w:t>
            </w:r>
          </w:p>
          <w:p w:rsidR="00516D86" w:rsidRPr="00033D99" w:rsidRDefault="00000000">
            <w:pPr>
              <w:rPr>
                <w:sz w:val="20"/>
                <w:szCs w:val="20"/>
              </w:rPr>
            </w:pPr>
            <w:r w:rsidRPr="00033D99">
              <w:rPr>
                <w:rFonts w:eastAsia="Arial"/>
                <w:sz w:val="20"/>
                <w:szCs w:val="20"/>
              </w:rPr>
              <w:t>21. Rasti II i kongruencës së trekëndëshave</w:t>
            </w:r>
          </w:p>
          <w:p w:rsidR="00516D86" w:rsidRPr="00033D99" w:rsidRDefault="00000000">
            <w:pPr>
              <w:rPr>
                <w:sz w:val="20"/>
                <w:szCs w:val="20"/>
              </w:rPr>
            </w:pPr>
            <w:r w:rsidRPr="00033D99">
              <w:rPr>
                <w:rFonts w:eastAsia="Arial"/>
                <w:sz w:val="20"/>
                <w:szCs w:val="20"/>
              </w:rPr>
              <w:t>22. Rasti III i kongruencës së trekëndëshave</w:t>
            </w:r>
          </w:p>
          <w:p w:rsidR="00516D86" w:rsidRPr="00033D99" w:rsidRDefault="00000000">
            <w:pPr>
              <w:rPr>
                <w:sz w:val="20"/>
                <w:szCs w:val="20"/>
              </w:rPr>
            </w:pPr>
            <w:r w:rsidRPr="00033D99">
              <w:rPr>
                <w:rFonts w:eastAsia="Arial"/>
                <w:sz w:val="20"/>
                <w:szCs w:val="20"/>
              </w:rPr>
              <w:t>23. Veti të trekëndëshit barabrinjës</w:t>
            </w:r>
          </w:p>
          <w:p w:rsidR="00516D86" w:rsidRPr="00033D99" w:rsidRDefault="00000000">
            <w:pPr>
              <w:rPr>
                <w:sz w:val="20"/>
                <w:szCs w:val="20"/>
              </w:rPr>
            </w:pPr>
            <w:r w:rsidRPr="00033D99">
              <w:rPr>
                <w:rFonts w:eastAsia="Arial"/>
                <w:sz w:val="20"/>
                <w:szCs w:val="20"/>
              </w:rPr>
              <w:t>24. Zbatime të kongruencës së trekëndëshit</w:t>
            </w:r>
          </w:p>
          <w:p w:rsidR="00516D86" w:rsidRPr="00033D99" w:rsidRDefault="00000000">
            <w:pPr>
              <w:rPr>
                <w:sz w:val="20"/>
                <w:szCs w:val="20"/>
              </w:rPr>
            </w:pPr>
            <w:r w:rsidRPr="00033D99">
              <w:rPr>
                <w:rFonts w:eastAsia="Arial"/>
                <w:sz w:val="20"/>
                <w:szCs w:val="20"/>
              </w:rPr>
              <w:t>25. Konstruktimi i disa vendeve gjeometrike të pikave në rrafsh</w:t>
            </w:r>
          </w:p>
          <w:p w:rsidR="00516D86" w:rsidRPr="00033D99" w:rsidRDefault="00000000">
            <w:pPr>
              <w:rPr>
                <w:sz w:val="20"/>
                <w:szCs w:val="20"/>
              </w:rPr>
            </w:pPr>
            <w:r w:rsidRPr="00033D99">
              <w:rPr>
                <w:rFonts w:eastAsia="Arial"/>
                <w:sz w:val="20"/>
                <w:szCs w:val="20"/>
              </w:rPr>
              <w:t>26. Zgjidhje problemore – Gjeometria në rrafsh</w:t>
            </w:r>
          </w:p>
          <w:p w:rsidR="00516D86" w:rsidRPr="00033D99" w:rsidRDefault="00000000">
            <w:pPr>
              <w:rPr>
                <w:sz w:val="20"/>
                <w:szCs w:val="20"/>
              </w:rPr>
            </w:pPr>
            <w:r w:rsidRPr="00033D99">
              <w:rPr>
                <w:rFonts w:eastAsia="Arial"/>
                <w:sz w:val="20"/>
                <w:szCs w:val="20"/>
              </w:rPr>
              <w:t>27. Përmbledhje e temave të periudhës</w:t>
            </w:r>
          </w:p>
          <w:p w:rsidR="00516D86" w:rsidRPr="00033D99" w:rsidRDefault="00000000">
            <w:pPr>
              <w:rPr>
                <w:sz w:val="20"/>
                <w:szCs w:val="20"/>
              </w:rPr>
            </w:pPr>
            <w:r w:rsidRPr="00033D99">
              <w:rPr>
                <w:rFonts w:eastAsia="Arial"/>
                <w:sz w:val="20"/>
                <w:szCs w:val="20"/>
              </w:rPr>
              <w:t>28. Ushtrime dhe përsëritje për test</w:t>
            </w:r>
          </w:p>
          <w:p w:rsidR="00516D86" w:rsidRPr="00033D99" w:rsidRDefault="00000000">
            <w:pPr>
              <w:rPr>
                <w:sz w:val="20"/>
                <w:szCs w:val="20"/>
              </w:rPr>
            </w:pPr>
            <w:r w:rsidRPr="00033D99">
              <w:rPr>
                <w:rFonts w:eastAsia="Arial"/>
                <w:sz w:val="20"/>
                <w:szCs w:val="20"/>
              </w:rPr>
              <w:t>29. Test – vlerësim përmbledhës</w:t>
            </w:r>
          </w:p>
          <w:p w:rsidR="00516D86" w:rsidRPr="00033D99" w:rsidRDefault="00000000">
            <w:pPr>
              <w:rPr>
                <w:sz w:val="20"/>
                <w:szCs w:val="20"/>
              </w:rPr>
            </w:pPr>
            <w:r w:rsidRPr="00033D99">
              <w:rPr>
                <w:rFonts w:eastAsia="Arial"/>
                <w:sz w:val="20"/>
                <w:szCs w:val="20"/>
              </w:rPr>
              <w:t>30. Analiza e testit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16D86" w:rsidRPr="00033D99" w:rsidRDefault="00000000">
            <w:pPr>
              <w:jc w:val="center"/>
              <w:rPr>
                <w:sz w:val="20"/>
                <w:szCs w:val="20"/>
              </w:rPr>
            </w:pPr>
            <w:r w:rsidRPr="00033D99">
              <w:rPr>
                <w:rFonts w:eastAsia="Arial"/>
                <w:b/>
                <w:sz w:val="20"/>
                <w:szCs w:val="20"/>
              </w:rPr>
              <w:lastRenderedPageBreak/>
              <w:t>30 orë</w:t>
            </w:r>
          </w:p>
        </w:tc>
        <w:tc>
          <w:tcPr>
            <w:tcW w:w="18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16D86" w:rsidRPr="00033D99" w:rsidRDefault="00000000">
            <w:pPr>
              <w:rPr>
                <w:sz w:val="20"/>
                <w:szCs w:val="20"/>
              </w:rPr>
            </w:pPr>
            <w:r w:rsidRPr="00033D99">
              <w:rPr>
                <w:rFonts w:eastAsia="Arial"/>
                <w:sz w:val="20"/>
                <w:szCs w:val="20"/>
              </w:rPr>
              <w:t>Mësimdhënie dhe nxënie me nxënësin në qendër dhe gjithëpërfshirëse.</w:t>
            </w:r>
          </w:p>
          <w:p w:rsidR="00516D86" w:rsidRPr="00033D99" w:rsidRDefault="00000000">
            <w:pPr>
              <w:rPr>
                <w:sz w:val="20"/>
                <w:szCs w:val="20"/>
                <w:lang w:val="de-DE"/>
              </w:rPr>
            </w:pPr>
            <w:proofErr w:type="spellStart"/>
            <w:r w:rsidRPr="00033D99">
              <w:rPr>
                <w:rFonts w:eastAsia="Arial"/>
                <w:sz w:val="20"/>
                <w:szCs w:val="20"/>
                <w:lang w:val="de-DE"/>
              </w:rPr>
              <w:t>Zgjidhje</w:t>
            </w:r>
            <w:proofErr w:type="spellEnd"/>
            <w:r w:rsidRPr="00033D99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33D99">
              <w:rPr>
                <w:rFonts w:eastAsia="Arial"/>
                <w:sz w:val="20"/>
                <w:szCs w:val="20"/>
                <w:lang w:val="de-DE"/>
              </w:rPr>
              <w:t>problemesh</w:t>
            </w:r>
            <w:proofErr w:type="spellEnd"/>
            <w:r w:rsidRPr="00033D99">
              <w:rPr>
                <w:rFonts w:eastAsia="Arial"/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033D99">
              <w:rPr>
                <w:rFonts w:eastAsia="Arial"/>
                <w:sz w:val="20"/>
                <w:szCs w:val="20"/>
                <w:lang w:val="de-DE"/>
              </w:rPr>
              <w:t>hulumtim</w:t>
            </w:r>
            <w:proofErr w:type="spellEnd"/>
            <w:r w:rsidRPr="00033D99">
              <w:rPr>
                <w:rFonts w:eastAsia="Arial"/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033D99">
              <w:rPr>
                <w:rFonts w:eastAsia="Arial"/>
                <w:sz w:val="20"/>
                <w:szCs w:val="20"/>
                <w:lang w:val="de-DE"/>
              </w:rPr>
              <w:t>arsyetim</w:t>
            </w:r>
            <w:proofErr w:type="spellEnd"/>
            <w:r w:rsidRPr="00033D99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33D99">
              <w:rPr>
                <w:rFonts w:eastAsia="Arial"/>
                <w:sz w:val="20"/>
                <w:szCs w:val="20"/>
                <w:lang w:val="de-DE"/>
              </w:rPr>
              <w:t>dhe</w:t>
            </w:r>
            <w:proofErr w:type="spellEnd"/>
            <w:r w:rsidRPr="00033D99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33D99">
              <w:rPr>
                <w:rFonts w:eastAsia="Arial"/>
                <w:sz w:val="20"/>
                <w:szCs w:val="20"/>
                <w:lang w:val="de-DE"/>
              </w:rPr>
              <w:t>diskutim</w:t>
            </w:r>
            <w:proofErr w:type="spellEnd"/>
            <w:r w:rsidRPr="00033D99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33D99">
              <w:rPr>
                <w:rFonts w:eastAsia="Arial"/>
                <w:sz w:val="20"/>
                <w:szCs w:val="20"/>
                <w:lang w:val="de-DE"/>
              </w:rPr>
              <w:t>matematikor</w:t>
            </w:r>
            <w:proofErr w:type="spellEnd"/>
            <w:r w:rsidRPr="00033D99">
              <w:rPr>
                <w:rFonts w:eastAsia="Arial"/>
                <w:sz w:val="20"/>
                <w:szCs w:val="20"/>
                <w:lang w:val="de-DE"/>
              </w:rPr>
              <w:t>.</w:t>
            </w:r>
          </w:p>
          <w:p w:rsidR="000B20C6" w:rsidRPr="00033D99" w:rsidRDefault="000B20C6">
            <w:pPr>
              <w:rPr>
                <w:rFonts w:eastAsia="Arial"/>
                <w:sz w:val="20"/>
                <w:szCs w:val="20"/>
                <w:lang w:val="de-DE"/>
              </w:rPr>
            </w:pPr>
          </w:p>
          <w:p w:rsidR="00516D86" w:rsidRPr="00033D99" w:rsidRDefault="00000000">
            <w:pPr>
              <w:rPr>
                <w:sz w:val="20"/>
                <w:szCs w:val="20"/>
                <w:lang w:val="de-DE"/>
              </w:rPr>
            </w:pPr>
            <w:proofErr w:type="spellStart"/>
            <w:r w:rsidRPr="00033D99">
              <w:rPr>
                <w:rFonts w:eastAsia="Arial"/>
                <w:sz w:val="20"/>
                <w:szCs w:val="20"/>
                <w:lang w:val="de-DE"/>
              </w:rPr>
              <w:t>Punë</w:t>
            </w:r>
            <w:proofErr w:type="spellEnd"/>
            <w:r w:rsidRPr="00033D99">
              <w:rPr>
                <w:rFonts w:eastAsia="Arial"/>
                <w:sz w:val="20"/>
                <w:szCs w:val="20"/>
                <w:lang w:val="de-DE"/>
              </w:rPr>
              <w:t xml:space="preserve"> individuale, </w:t>
            </w:r>
            <w:proofErr w:type="spellStart"/>
            <w:r w:rsidRPr="00033D99">
              <w:rPr>
                <w:rFonts w:eastAsia="Arial"/>
                <w:sz w:val="20"/>
                <w:szCs w:val="20"/>
                <w:lang w:val="de-DE"/>
              </w:rPr>
              <w:t>në</w:t>
            </w:r>
            <w:proofErr w:type="spellEnd"/>
            <w:r w:rsidRPr="00033D99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33D99">
              <w:rPr>
                <w:rFonts w:eastAsia="Arial"/>
                <w:sz w:val="20"/>
                <w:szCs w:val="20"/>
                <w:lang w:val="de-DE"/>
              </w:rPr>
              <w:t>çifte</w:t>
            </w:r>
            <w:proofErr w:type="spellEnd"/>
            <w:r w:rsidRPr="00033D99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33D99">
              <w:rPr>
                <w:rFonts w:eastAsia="Arial"/>
                <w:sz w:val="20"/>
                <w:szCs w:val="20"/>
                <w:lang w:val="de-DE"/>
              </w:rPr>
              <w:t>dhe</w:t>
            </w:r>
            <w:proofErr w:type="spellEnd"/>
            <w:r w:rsidRPr="00033D99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33D99">
              <w:rPr>
                <w:rFonts w:eastAsia="Arial"/>
                <w:sz w:val="20"/>
                <w:szCs w:val="20"/>
                <w:lang w:val="de-DE"/>
              </w:rPr>
              <w:t>në</w:t>
            </w:r>
            <w:proofErr w:type="spellEnd"/>
            <w:r w:rsidRPr="00033D99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33D99">
              <w:rPr>
                <w:rFonts w:eastAsia="Arial"/>
                <w:sz w:val="20"/>
                <w:szCs w:val="20"/>
                <w:lang w:val="de-DE"/>
              </w:rPr>
              <w:t>grupe</w:t>
            </w:r>
            <w:proofErr w:type="spellEnd"/>
            <w:r w:rsidRPr="00033D99">
              <w:rPr>
                <w:rFonts w:eastAsia="Arial"/>
                <w:sz w:val="20"/>
                <w:szCs w:val="20"/>
                <w:lang w:val="de-DE"/>
              </w:rPr>
              <w:t xml:space="preserve">; </w:t>
            </w:r>
            <w:proofErr w:type="spellStart"/>
            <w:r w:rsidRPr="00033D99">
              <w:rPr>
                <w:rFonts w:eastAsia="Arial"/>
                <w:sz w:val="20"/>
                <w:szCs w:val="20"/>
                <w:lang w:val="de-DE"/>
              </w:rPr>
              <w:t>mësimdhënie</w:t>
            </w:r>
            <w:proofErr w:type="spellEnd"/>
            <w:r w:rsidRPr="00033D99">
              <w:rPr>
                <w:rFonts w:eastAsia="Arial"/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033D99">
              <w:rPr>
                <w:rFonts w:eastAsia="Arial"/>
                <w:sz w:val="20"/>
                <w:szCs w:val="20"/>
                <w:lang w:val="de-DE"/>
              </w:rPr>
              <w:t>diferencuar</w:t>
            </w:r>
            <w:proofErr w:type="spellEnd"/>
            <w:r w:rsidRPr="00033D99">
              <w:rPr>
                <w:rFonts w:eastAsia="Arial"/>
                <w:sz w:val="20"/>
                <w:szCs w:val="20"/>
                <w:lang w:val="de-DE"/>
              </w:rPr>
              <w:t>.</w:t>
            </w:r>
          </w:p>
          <w:p w:rsidR="000B20C6" w:rsidRPr="00033D99" w:rsidRDefault="000B20C6">
            <w:pPr>
              <w:rPr>
                <w:rFonts w:eastAsia="Arial"/>
                <w:sz w:val="20"/>
                <w:szCs w:val="20"/>
                <w:lang w:val="de-DE"/>
              </w:rPr>
            </w:pPr>
          </w:p>
          <w:p w:rsidR="00516D86" w:rsidRPr="00033D99" w:rsidRDefault="00000000">
            <w:pPr>
              <w:rPr>
                <w:sz w:val="20"/>
                <w:szCs w:val="20"/>
                <w:lang w:val="de-DE"/>
              </w:rPr>
            </w:pPr>
            <w:proofErr w:type="spellStart"/>
            <w:r w:rsidRPr="00033D99">
              <w:rPr>
                <w:rFonts w:eastAsia="Arial"/>
                <w:sz w:val="20"/>
                <w:szCs w:val="20"/>
                <w:lang w:val="de-DE"/>
              </w:rPr>
              <w:lastRenderedPageBreak/>
              <w:t>Demonstrim</w:t>
            </w:r>
            <w:proofErr w:type="spellEnd"/>
            <w:r w:rsidRPr="00033D99">
              <w:rPr>
                <w:rFonts w:eastAsia="Arial"/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033D99">
              <w:rPr>
                <w:rFonts w:eastAsia="Arial"/>
                <w:sz w:val="20"/>
                <w:szCs w:val="20"/>
                <w:lang w:val="de-DE"/>
              </w:rPr>
              <w:t>modelim</w:t>
            </w:r>
            <w:proofErr w:type="spellEnd"/>
            <w:r w:rsidRPr="00033D99">
              <w:rPr>
                <w:rFonts w:eastAsia="Arial"/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033D99">
              <w:rPr>
                <w:rFonts w:eastAsia="Arial"/>
                <w:sz w:val="20"/>
                <w:szCs w:val="20"/>
                <w:lang w:val="de-DE"/>
              </w:rPr>
              <w:t>stuhi</w:t>
            </w:r>
            <w:proofErr w:type="spellEnd"/>
            <w:r w:rsidRPr="00033D99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33D99">
              <w:rPr>
                <w:rFonts w:eastAsia="Arial"/>
                <w:sz w:val="20"/>
                <w:szCs w:val="20"/>
                <w:lang w:val="de-DE"/>
              </w:rPr>
              <w:t>mendimesh</w:t>
            </w:r>
            <w:proofErr w:type="spellEnd"/>
            <w:r w:rsidRPr="00033D99">
              <w:rPr>
                <w:rFonts w:eastAsia="Arial"/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033D99">
              <w:rPr>
                <w:rFonts w:eastAsia="Arial"/>
                <w:sz w:val="20"/>
                <w:szCs w:val="20"/>
                <w:lang w:val="de-DE"/>
              </w:rPr>
              <w:t>ditar</w:t>
            </w:r>
            <w:proofErr w:type="spellEnd"/>
            <w:r w:rsidRPr="00033D99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33D99">
              <w:rPr>
                <w:rFonts w:eastAsia="Arial"/>
                <w:sz w:val="20"/>
                <w:szCs w:val="20"/>
                <w:lang w:val="de-DE"/>
              </w:rPr>
              <w:t>dypjesësh</w:t>
            </w:r>
            <w:proofErr w:type="spellEnd"/>
            <w:r w:rsidRPr="00033D99">
              <w:rPr>
                <w:rFonts w:eastAsia="Arial"/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033D99">
              <w:rPr>
                <w:rFonts w:eastAsia="Arial"/>
                <w:sz w:val="20"/>
                <w:szCs w:val="20"/>
                <w:lang w:val="de-DE"/>
              </w:rPr>
              <w:t>tabela</w:t>
            </w:r>
            <w:proofErr w:type="spellEnd"/>
            <w:r w:rsidRPr="00033D99">
              <w:rPr>
                <w:rFonts w:eastAsia="Arial"/>
                <w:sz w:val="20"/>
                <w:szCs w:val="20"/>
                <w:lang w:val="de-DE"/>
              </w:rPr>
              <w:t xml:space="preserve"> T </w:t>
            </w:r>
            <w:proofErr w:type="spellStart"/>
            <w:r w:rsidRPr="00033D99">
              <w:rPr>
                <w:rFonts w:eastAsia="Arial"/>
                <w:sz w:val="20"/>
                <w:szCs w:val="20"/>
                <w:lang w:val="de-DE"/>
              </w:rPr>
              <w:t>dhe</w:t>
            </w:r>
            <w:proofErr w:type="spellEnd"/>
            <w:r w:rsidRPr="00033D99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33D99">
              <w:rPr>
                <w:rFonts w:eastAsia="Arial"/>
                <w:sz w:val="20"/>
                <w:szCs w:val="20"/>
                <w:lang w:val="de-DE"/>
              </w:rPr>
              <w:t>punë</w:t>
            </w:r>
            <w:proofErr w:type="spellEnd"/>
            <w:r w:rsidRPr="00033D99">
              <w:rPr>
                <w:rFonts w:eastAsia="Arial"/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033D99">
              <w:rPr>
                <w:rFonts w:eastAsia="Arial"/>
                <w:sz w:val="20"/>
                <w:szCs w:val="20"/>
                <w:lang w:val="de-DE"/>
              </w:rPr>
              <w:t>drejtuar</w:t>
            </w:r>
            <w:proofErr w:type="spellEnd"/>
            <w:r w:rsidRPr="00033D99">
              <w:rPr>
                <w:rFonts w:eastAsia="Arial"/>
                <w:sz w:val="20"/>
                <w:szCs w:val="20"/>
                <w:lang w:val="de-DE"/>
              </w:rPr>
              <w:t>.</w:t>
            </w:r>
          </w:p>
          <w:p w:rsidR="000B20C6" w:rsidRPr="00033D99" w:rsidRDefault="000B20C6">
            <w:pPr>
              <w:rPr>
                <w:rFonts w:eastAsia="Arial"/>
                <w:sz w:val="20"/>
                <w:szCs w:val="20"/>
              </w:rPr>
            </w:pPr>
          </w:p>
          <w:p w:rsidR="00516D86" w:rsidRPr="00033D99" w:rsidRDefault="00000000">
            <w:pPr>
              <w:rPr>
                <w:sz w:val="20"/>
                <w:szCs w:val="20"/>
              </w:rPr>
            </w:pPr>
            <w:r w:rsidRPr="00033D99">
              <w:rPr>
                <w:rFonts w:eastAsia="Arial"/>
                <w:sz w:val="20"/>
                <w:szCs w:val="20"/>
              </w:rPr>
              <w:t>Përdorim i GeoGebra-s, kalkulatorit, Excel-it dhe mjeteve digjitale sipas temës.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16D86" w:rsidRPr="00033D99" w:rsidRDefault="00000000">
            <w:pPr>
              <w:rPr>
                <w:sz w:val="20"/>
                <w:szCs w:val="20"/>
                <w:lang w:val="de-DE"/>
              </w:rPr>
            </w:pPr>
            <w:proofErr w:type="spellStart"/>
            <w:r w:rsidRPr="00033D99">
              <w:rPr>
                <w:rFonts w:eastAsia="Arial"/>
                <w:sz w:val="20"/>
                <w:szCs w:val="20"/>
                <w:lang w:val="de-DE"/>
              </w:rPr>
              <w:lastRenderedPageBreak/>
              <w:t>Vlerësim</w:t>
            </w:r>
            <w:proofErr w:type="spellEnd"/>
            <w:r w:rsidRPr="00033D99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33D99">
              <w:rPr>
                <w:rFonts w:eastAsia="Arial"/>
                <w:sz w:val="20"/>
                <w:szCs w:val="20"/>
                <w:lang w:val="de-DE"/>
              </w:rPr>
              <w:t>diagnostik</w:t>
            </w:r>
            <w:proofErr w:type="spellEnd"/>
            <w:r w:rsidRPr="00033D99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33D99">
              <w:rPr>
                <w:rFonts w:eastAsia="Arial"/>
                <w:sz w:val="20"/>
                <w:szCs w:val="20"/>
                <w:lang w:val="de-DE"/>
              </w:rPr>
              <w:t>dhe</w:t>
            </w:r>
            <w:proofErr w:type="spellEnd"/>
            <w:r w:rsidRPr="00033D99">
              <w:rPr>
                <w:rFonts w:eastAsia="Arial"/>
                <w:sz w:val="20"/>
                <w:szCs w:val="20"/>
                <w:lang w:val="de-DE"/>
              </w:rPr>
              <w:t xml:space="preserve"> formativ </w:t>
            </w:r>
            <w:proofErr w:type="spellStart"/>
            <w:r w:rsidRPr="00033D99">
              <w:rPr>
                <w:rFonts w:eastAsia="Arial"/>
                <w:sz w:val="20"/>
                <w:szCs w:val="20"/>
                <w:lang w:val="de-DE"/>
              </w:rPr>
              <w:t>gjatë</w:t>
            </w:r>
            <w:proofErr w:type="spellEnd"/>
            <w:r w:rsidRPr="00033D99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33D99">
              <w:rPr>
                <w:rFonts w:eastAsia="Arial"/>
                <w:sz w:val="20"/>
                <w:szCs w:val="20"/>
                <w:lang w:val="de-DE"/>
              </w:rPr>
              <w:t>procesit</w:t>
            </w:r>
            <w:proofErr w:type="spellEnd"/>
            <w:r w:rsidRPr="00033D99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33D99">
              <w:rPr>
                <w:rFonts w:eastAsia="Arial"/>
                <w:sz w:val="20"/>
                <w:szCs w:val="20"/>
                <w:lang w:val="de-DE"/>
              </w:rPr>
              <w:t>mësimor</w:t>
            </w:r>
            <w:proofErr w:type="spellEnd"/>
            <w:r w:rsidRPr="00033D99">
              <w:rPr>
                <w:rFonts w:eastAsia="Arial"/>
                <w:sz w:val="20"/>
                <w:szCs w:val="20"/>
                <w:lang w:val="de-DE"/>
              </w:rPr>
              <w:t>.</w:t>
            </w:r>
          </w:p>
          <w:p w:rsidR="000B20C6" w:rsidRPr="00033D99" w:rsidRDefault="000B20C6">
            <w:pPr>
              <w:rPr>
                <w:rFonts w:eastAsia="Arial"/>
                <w:sz w:val="20"/>
                <w:szCs w:val="20"/>
                <w:lang w:val="de-DE"/>
              </w:rPr>
            </w:pPr>
          </w:p>
          <w:p w:rsidR="00516D86" w:rsidRPr="00033D99" w:rsidRDefault="00000000">
            <w:pPr>
              <w:rPr>
                <w:sz w:val="20"/>
                <w:szCs w:val="20"/>
                <w:lang w:val="de-DE"/>
              </w:rPr>
            </w:pPr>
            <w:proofErr w:type="spellStart"/>
            <w:r w:rsidRPr="00033D99">
              <w:rPr>
                <w:rFonts w:eastAsia="Arial"/>
                <w:sz w:val="20"/>
                <w:szCs w:val="20"/>
                <w:lang w:val="de-DE"/>
              </w:rPr>
              <w:t>Vlerësim</w:t>
            </w:r>
            <w:proofErr w:type="spellEnd"/>
            <w:r w:rsidRPr="00033D99">
              <w:rPr>
                <w:rFonts w:eastAsia="Arial"/>
                <w:sz w:val="20"/>
                <w:szCs w:val="20"/>
                <w:lang w:val="de-DE"/>
              </w:rPr>
              <w:t xml:space="preserve"> verbal, </w:t>
            </w:r>
            <w:proofErr w:type="spellStart"/>
            <w:r w:rsidRPr="00033D99">
              <w:rPr>
                <w:rFonts w:eastAsia="Arial"/>
                <w:sz w:val="20"/>
                <w:szCs w:val="20"/>
                <w:lang w:val="de-DE"/>
              </w:rPr>
              <w:t>detyra</w:t>
            </w:r>
            <w:proofErr w:type="spellEnd"/>
            <w:r w:rsidRPr="00033D99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33D99">
              <w:rPr>
                <w:rFonts w:eastAsia="Arial"/>
                <w:sz w:val="20"/>
                <w:szCs w:val="20"/>
                <w:lang w:val="de-DE"/>
              </w:rPr>
              <w:t>kontrolluese</w:t>
            </w:r>
            <w:proofErr w:type="spellEnd"/>
            <w:r w:rsidRPr="00033D99">
              <w:rPr>
                <w:rFonts w:eastAsia="Arial"/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033D99">
              <w:rPr>
                <w:rFonts w:eastAsia="Arial"/>
                <w:sz w:val="20"/>
                <w:szCs w:val="20"/>
                <w:lang w:val="de-DE"/>
              </w:rPr>
              <w:t>vëzhgim</w:t>
            </w:r>
            <w:proofErr w:type="spellEnd"/>
            <w:r w:rsidRPr="00033D99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33D99">
              <w:rPr>
                <w:rFonts w:eastAsia="Arial"/>
                <w:sz w:val="20"/>
                <w:szCs w:val="20"/>
                <w:lang w:val="de-DE"/>
              </w:rPr>
              <w:t>dhe</w:t>
            </w:r>
            <w:proofErr w:type="spellEnd"/>
            <w:r w:rsidRPr="00033D99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33D99">
              <w:rPr>
                <w:rFonts w:eastAsia="Arial"/>
                <w:sz w:val="20"/>
                <w:szCs w:val="20"/>
                <w:lang w:val="de-DE"/>
              </w:rPr>
              <w:t>listë</w:t>
            </w:r>
            <w:proofErr w:type="spellEnd"/>
            <w:r w:rsidRPr="00033D99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33D99">
              <w:rPr>
                <w:rFonts w:eastAsia="Arial"/>
                <w:sz w:val="20"/>
                <w:szCs w:val="20"/>
                <w:lang w:val="de-DE"/>
              </w:rPr>
              <w:t>kontrolli</w:t>
            </w:r>
            <w:proofErr w:type="spellEnd"/>
            <w:r w:rsidRPr="00033D99">
              <w:rPr>
                <w:rFonts w:eastAsia="Arial"/>
                <w:sz w:val="20"/>
                <w:szCs w:val="20"/>
                <w:lang w:val="de-DE"/>
              </w:rPr>
              <w:t>.</w:t>
            </w:r>
          </w:p>
          <w:p w:rsidR="000B20C6" w:rsidRPr="00033D99" w:rsidRDefault="000B20C6">
            <w:pPr>
              <w:rPr>
                <w:rFonts w:eastAsia="Arial"/>
                <w:sz w:val="20"/>
                <w:szCs w:val="20"/>
                <w:lang w:val="de-DE"/>
              </w:rPr>
            </w:pPr>
          </w:p>
          <w:p w:rsidR="00516D86" w:rsidRPr="00033D99" w:rsidRDefault="00000000">
            <w:pPr>
              <w:rPr>
                <w:sz w:val="20"/>
                <w:szCs w:val="20"/>
                <w:lang w:val="de-DE"/>
              </w:rPr>
            </w:pPr>
            <w:proofErr w:type="spellStart"/>
            <w:r w:rsidRPr="00033D99">
              <w:rPr>
                <w:rFonts w:eastAsia="Arial"/>
                <w:sz w:val="20"/>
                <w:szCs w:val="20"/>
                <w:lang w:val="de-DE"/>
              </w:rPr>
              <w:t>Vlerësim</w:t>
            </w:r>
            <w:proofErr w:type="spellEnd"/>
            <w:r w:rsidRPr="00033D99">
              <w:rPr>
                <w:rFonts w:eastAsia="Arial"/>
                <w:sz w:val="20"/>
                <w:szCs w:val="20"/>
                <w:lang w:val="de-DE"/>
              </w:rPr>
              <w:t xml:space="preserve"> i </w:t>
            </w:r>
            <w:proofErr w:type="spellStart"/>
            <w:r w:rsidRPr="00033D99">
              <w:rPr>
                <w:rFonts w:eastAsia="Arial"/>
                <w:sz w:val="20"/>
                <w:szCs w:val="20"/>
                <w:lang w:val="de-DE"/>
              </w:rPr>
              <w:t>punës</w:t>
            </w:r>
            <w:proofErr w:type="spellEnd"/>
            <w:r w:rsidRPr="00033D99">
              <w:rPr>
                <w:rFonts w:eastAsia="Arial"/>
                <w:sz w:val="20"/>
                <w:szCs w:val="20"/>
                <w:lang w:val="de-DE"/>
              </w:rPr>
              <w:t xml:space="preserve"> individuale </w:t>
            </w:r>
            <w:proofErr w:type="spellStart"/>
            <w:r w:rsidRPr="00033D99">
              <w:rPr>
                <w:rFonts w:eastAsia="Arial"/>
                <w:sz w:val="20"/>
                <w:szCs w:val="20"/>
                <w:lang w:val="de-DE"/>
              </w:rPr>
              <w:t>dhe</w:t>
            </w:r>
            <w:proofErr w:type="spellEnd"/>
            <w:r w:rsidRPr="00033D99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33D99">
              <w:rPr>
                <w:rFonts w:eastAsia="Arial"/>
                <w:sz w:val="20"/>
                <w:szCs w:val="20"/>
                <w:lang w:val="de-DE"/>
              </w:rPr>
              <w:t>në</w:t>
            </w:r>
            <w:proofErr w:type="spellEnd"/>
            <w:r w:rsidRPr="00033D99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33D99">
              <w:rPr>
                <w:rFonts w:eastAsia="Arial"/>
                <w:sz w:val="20"/>
                <w:szCs w:val="20"/>
                <w:lang w:val="de-DE"/>
              </w:rPr>
              <w:t>grup</w:t>
            </w:r>
            <w:proofErr w:type="spellEnd"/>
            <w:r w:rsidRPr="00033D99">
              <w:rPr>
                <w:rFonts w:eastAsia="Arial"/>
                <w:sz w:val="20"/>
                <w:szCs w:val="20"/>
                <w:lang w:val="de-DE"/>
              </w:rPr>
              <w:t xml:space="preserve">; </w:t>
            </w:r>
            <w:proofErr w:type="spellStart"/>
            <w:r w:rsidRPr="00033D99">
              <w:rPr>
                <w:rFonts w:eastAsia="Arial"/>
                <w:sz w:val="20"/>
                <w:szCs w:val="20"/>
                <w:lang w:val="de-DE"/>
              </w:rPr>
              <w:t>vetëvlerësim</w:t>
            </w:r>
            <w:proofErr w:type="spellEnd"/>
            <w:r w:rsidRPr="00033D99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33D99">
              <w:rPr>
                <w:rFonts w:eastAsia="Arial"/>
                <w:sz w:val="20"/>
                <w:szCs w:val="20"/>
                <w:lang w:val="de-DE"/>
              </w:rPr>
              <w:t>dhe</w:t>
            </w:r>
            <w:proofErr w:type="spellEnd"/>
            <w:r w:rsidRPr="00033D99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33D99">
              <w:rPr>
                <w:rFonts w:eastAsia="Arial"/>
                <w:sz w:val="20"/>
                <w:szCs w:val="20"/>
                <w:lang w:val="de-DE"/>
              </w:rPr>
              <w:t>vlerësim</w:t>
            </w:r>
            <w:proofErr w:type="spellEnd"/>
            <w:r w:rsidRPr="00033D99">
              <w:rPr>
                <w:rFonts w:eastAsia="Arial"/>
                <w:sz w:val="20"/>
                <w:szCs w:val="20"/>
                <w:lang w:val="de-DE"/>
              </w:rPr>
              <w:t xml:space="preserve"> i </w:t>
            </w:r>
            <w:proofErr w:type="spellStart"/>
            <w:r w:rsidRPr="00033D99">
              <w:rPr>
                <w:rFonts w:eastAsia="Arial"/>
                <w:sz w:val="20"/>
                <w:szCs w:val="20"/>
                <w:lang w:val="de-DE"/>
              </w:rPr>
              <w:lastRenderedPageBreak/>
              <w:t>ndërsjellë</w:t>
            </w:r>
            <w:proofErr w:type="spellEnd"/>
            <w:r w:rsidRPr="00033D99">
              <w:rPr>
                <w:rFonts w:eastAsia="Arial"/>
                <w:sz w:val="20"/>
                <w:szCs w:val="20"/>
                <w:lang w:val="de-DE"/>
              </w:rPr>
              <w:t>.</w:t>
            </w:r>
          </w:p>
          <w:p w:rsidR="000B20C6" w:rsidRPr="00033D99" w:rsidRDefault="000B20C6">
            <w:pPr>
              <w:rPr>
                <w:rFonts w:eastAsia="Arial"/>
                <w:sz w:val="20"/>
                <w:szCs w:val="20"/>
                <w:lang w:val="de-DE"/>
              </w:rPr>
            </w:pPr>
          </w:p>
          <w:p w:rsidR="00516D86" w:rsidRPr="00033D99" w:rsidRDefault="00000000">
            <w:pPr>
              <w:rPr>
                <w:sz w:val="20"/>
                <w:szCs w:val="20"/>
                <w:lang w:val="de-DE"/>
              </w:rPr>
            </w:pPr>
            <w:proofErr w:type="spellStart"/>
            <w:r w:rsidRPr="00033D99">
              <w:rPr>
                <w:rFonts w:eastAsia="Arial"/>
                <w:sz w:val="20"/>
                <w:szCs w:val="20"/>
                <w:lang w:val="de-DE"/>
              </w:rPr>
              <w:t>Vlerësim</w:t>
            </w:r>
            <w:proofErr w:type="spellEnd"/>
            <w:r w:rsidRPr="00033D99">
              <w:rPr>
                <w:rFonts w:eastAsia="Arial"/>
                <w:sz w:val="20"/>
                <w:szCs w:val="20"/>
                <w:lang w:val="de-DE"/>
              </w:rPr>
              <w:t xml:space="preserve"> i </w:t>
            </w:r>
            <w:proofErr w:type="spellStart"/>
            <w:r w:rsidRPr="00033D99">
              <w:rPr>
                <w:rFonts w:eastAsia="Arial"/>
                <w:sz w:val="20"/>
                <w:szCs w:val="20"/>
                <w:lang w:val="de-DE"/>
              </w:rPr>
              <w:t>bazuar</w:t>
            </w:r>
            <w:proofErr w:type="spellEnd"/>
            <w:r w:rsidRPr="00033D99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33D99">
              <w:rPr>
                <w:rFonts w:eastAsia="Arial"/>
                <w:sz w:val="20"/>
                <w:szCs w:val="20"/>
                <w:lang w:val="de-DE"/>
              </w:rPr>
              <w:t>në</w:t>
            </w:r>
            <w:proofErr w:type="spellEnd"/>
            <w:r w:rsidRPr="00033D99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33D99">
              <w:rPr>
                <w:rFonts w:eastAsia="Arial"/>
                <w:sz w:val="20"/>
                <w:szCs w:val="20"/>
                <w:lang w:val="de-DE"/>
              </w:rPr>
              <w:t>kritere</w:t>
            </w:r>
            <w:proofErr w:type="spellEnd"/>
            <w:r w:rsidRPr="00033D99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33D99">
              <w:rPr>
                <w:rFonts w:eastAsia="Arial"/>
                <w:sz w:val="20"/>
                <w:szCs w:val="20"/>
                <w:lang w:val="de-DE"/>
              </w:rPr>
              <w:t>dhe</w:t>
            </w:r>
            <w:proofErr w:type="spellEnd"/>
            <w:r w:rsidRPr="00033D99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33D99">
              <w:rPr>
                <w:rFonts w:eastAsia="Arial"/>
                <w:sz w:val="20"/>
                <w:szCs w:val="20"/>
                <w:lang w:val="de-DE"/>
              </w:rPr>
              <w:t>në</w:t>
            </w:r>
            <w:proofErr w:type="spellEnd"/>
            <w:r w:rsidRPr="00033D99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33D99">
              <w:rPr>
                <w:rFonts w:eastAsia="Arial"/>
                <w:sz w:val="20"/>
                <w:szCs w:val="20"/>
                <w:lang w:val="de-DE"/>
              </w:rPr>
              <w:t>rezultatet</w:t>
            </w:r>
            <w:proofErr w:type="spellEnd"/>
            <w:r w:rsidRPr="00033D99">
              <w:rPr>
                <w:rFonts w:eastAsia="Arial"/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033D99">
              <w:rPr>
                <w:rFonts w:eastAsia="Arial"/>
                <w:sz w:val="20"/>
                <w:szCs w:val="20"/>
                <w:lang w:val="de-DE"/>
              </w:rPr>
              <w:t>të</w:t>
            </w:r>
            <w:proofErr w:type="spellEnd"/>
            <w:r w:rsidRPr="00033D99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33D99">
              <w:rPr>
                <w:rFonts w:eastAsia="Arial"/>
                <w:sz w:val="20"/>
                <w:szCs w:val="20"/>
                <w:lang w:val="de-DE"/>
              </w:rPr>
              <w:t>nxënit</w:t>
            </w:r>
            <w:proofErr w:type="spellEnd"/>
            <w:r w:rsidRPr="00033D99">
              <w:rPr>
                <w:rFonts w:eastAsia="Arial"/>
                <w:sz w:val="20"/>
                <w:szCs w:val="20"/>
                <w:lang w:val="de-DE"/>
              </w:rPr>
              <w:t>.</w:t>
            </w:r>
          </w:p>
          <w:p w:rsidR="000B20C6" w:rsidRPr="00033D99" w:rsidRDefault="000B20C6">
            <w:pPr>
              <w:rPr>
                <w:rFonts w:eastAsia="Arial"/>
                <w:sz w:val="20"/>
                <w:szCs w:val="20"/>
                <w:lang w:val="de-DE"/>
              </w:rPr>
            </w:pPr>
          </w:p>
          <w:p w:rsidR="00516D86" w:rsidRPr="00033D99" w:rsidRDefault="00000000">
            <w:pPr>
              <w:rPr>
                <w:sz w:val="20"/>
                <w:szCs w:val="20"/>
                <w:lang w:val="de-DE"/>
              </w:rPr>
            </w:pPr>
            <w:proofErr w:type="spellStart"/>
            <w:r w:rsidRPr="00033D99">
              <w:rPr>
                <w:rFonts w:eastAsia="Arial"/>
                <w:sz w:val="20"/>
                <w:szCs w:val="20"/>
                <w:lang w:val="de-DE"/>
              </w:rPr>
              <w:t>Në</w:t>
            </w:r>
            <w:proofErr w:type="spellEnd"/>
            <w:r w:rsidRPr="00033D99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33D99">
              <w:rPr>
                <w:rFonts w:eastAsia="Arial"/>
                <w:sz w:val="20"/>
                <w:szCs w:val="20"/>
                <w:lang w:val="de-DE"/>
              </w:rPr>
              <w:t>fund</w:t>
            </w:r>
            <w:proofErr w:type="spellEnd"/>
            <w:r w:rsidRPr="00033D99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33D99">
              <w:rPr>
                <w:rFonts w:eastAsia="Arial"/>
                <w:sz w:val="20"/>
                <w:szCs w:val="20"/>
                <w:lang w:val="de-DE"/>
              </w:rPr>
              <w:t>të</w:t>
            </w:r>
            <w:proofErr w:type="spellEnd"/>
            <w:r w:rsidRPr="00033D99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33D99">
              <w:rPr>
                <w:rFonts w:eastAsia="Arial"/>
                <w:sz w:val="20"/>
                <w:szCs w:val="20"/>
                <w:lang w:val="de-DE"/>
              </w:rPr>
              <w:t>periudhës</w:t>
            </w:r>
            <w:proofErr w:type="spellEnd"/>
            <w:r w:rsidRPr="00033D99">
              <w:rPr>
                <w:rFonts w:eastAsia="Arial"/>
                <w:sz w:val="20"/>
                <w:szCs w:val="20"/>
                <w:lang w:val="de-DE"/>
              </w:rPr>
              <w:t xml:space="preserve">: 1 </w:t>
            </w:r>
            <w:proofErr w:type="spellStart"/>
            <w:r w:rsidRPr="00033D99">
              <w:rPr>
                <w:rFonts w:eastAsia="Arial"/>
                <w:sz w:val="20"/>
                <w:szCs w:val="20"/>
                <w:lang w:val="de-DE"/>
              </w:rPr>
              <w:t>orë</w:t>
            </w:r>
            <w:proofErr w:type="spellEnd"/>
            <w:r w:rsidRPr="00033D99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33D99">
              <w:rPr>
                <w:rFonts w:eastAsia="Arial"/>
                <w:sz w:val="20"/>
                <w:szCs w:val="20"/>
                <w:lang w:val="de-DE"/>
              </w:rPr>
              <w:t>ushtrime</w:t>
            </w:r>
            <w:proofErr w:type="spellEnd"/>
            <w:r w:rsidRPr="00033D99">
              <w:rPr>
                <w:rFonts w:eastAsia="Arial"/>
                <w:sz w:val="20"/>
                <w:szCs w:val="20"/>
                <w:lang w:val="de-DE"/>
              </w:rPr>
              <w:t>/</w:t>
            </w:r>
            <w:proofErr w:type="spellStart"/>
            <w:r w:rsidRPr="00033D99">
              <w:rPr>
                <w:rFonts w:eastAsia="Arial"/>
                <w:sz w:val="20"/>
                <w:szCs w:val="20"/>
                <w:lang w:val="de-DE"/>
              </w:rPr>
              <w:t>përsëritje</w:t>
            </w:r>
            <w:proofErr w:type="spellEnd"/>
            <w:r w:rsidRPr="00033D99">
              <w:rPr>
                <w:rFonts w:eastAsia="Arial"/>
                <w:sz w:val="20"/>
                <w:szCs w:val="20"/>
                <w:lang w:val="de-DE"/>
              </w:rPr>
              <w:t xml:space="preserve">, 1 </w:t>
            </w:r>
            <w:proofErr w:type="spellStart"/>
            <w:r w:rsidRPr="00033D99">
              <w:rPr>
                <w:rFonts w:eastAsia="Arial"/>
                <w:sz w:val="20"/>
                <w:szCs w:val="20"/>
                <w:lang w:val="de-DE"/>
              </w:rPr>
              <w:t>orë</w:t>
            </w:r>
            <w:proofErr w:type="spellEnd"/>
            <w:r w:rsidRPr="00033D99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33D99">
              <w:rPr>
                <w:rFonts w:eastAsia="Arial"/>
                <w:sz w:val="20"/>
                <w:szCs w:val="20"/>
                <w:lang w:val="de-DE"/>
              </w:rPr>
              <w:t>test</w:t>
            </w:r>
            <w:proofErr w:type="spellEnd"/>
            <w:r w:rsidRPr="00033D99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33D99">
              <w:rPr>
                <w:rFonts w:eastAsia="Arial"/>
                <w:sz w:val="20"/>
                <w:szCs w:val="20"/>
                <w:lang w:val="de-DE"/>
              </w:rPr>
              <w:t>dhe</w:t>
            </w:r>
            <w:proofErr w:type="spellEnd"/>
            <w:r w:rsidRPr="00033D99">
              <w:rPr>
                <w:rFonts w:eastAsia="Arial"/>
                <w:sz w:val="20"/>
                <w:szCs w:val="20"/>
                <w:lang w:val="de-DE"/>
              </w:rPr>
              <w:t xml:space="preserve"> 1 </w:t>
            </w:r>
            <w:proofErr w:type="spellStart"/>
            <w:r w:rsidRPr="00033D99">
              <w:rPr>
                <w:rFonts w:eastAsia="Arial"/>
                <w:sz w:val="20"/>
                <w:szCs w:val="20"/>
                <w:lang w:val="de-DE"/>
              </w:rPr>
              <w:t>orë</w:t>
            </w:r>
            <w:proofErr w:type="spellEnd"/>
            <w:r w:rsidRPr="00033D99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33D99">
              <w:rPr>
                <w:rFonts w:eastAsia="Arial"/>
                <w:sz w:val="20"/>
                <w:szCs w:val="20"/>
                <w:lang w:val="de-DE"/>
              </w:rPr>
              <w:t>analizë</w:t>
            </w:r>
            <w:proofErr w:type="spellEnd"/>
            <w:r w:rsidRPr="00033D99">
              <w:rPr>
                <w:rFonts w:eastAsia="Arial"/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033D99">
              <w:rPr>
                <w:rFonts w:eastAsia="Arial"/>
                <w:sz w:val="20"/>
                <w:szCs w:val="20"/>
                <w:lang w:val="de-DE"/>
              </w:rPr>
              <w:t>testit</w:t>
            </w:r>
            <w:proofErr w:type="spellEnd"/>
            <w:r w:rsidRPr="00033D99">
              <w:rPr>
                <w:rFonts w:eastAsia="Arial"/>
                <w:sz w:val="20"/>
                <w:szCs w:val="20"/>
                <w:lang w:val="de-DE"/>
              </w:rPr>
              <w:t>.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16D86" w:rsidRPr="00033D99" w:rsidRDefault="00000000">
            <w:pPr>
              <w:rPr>
                <w:sz w:val="20"/>
                <w:szCs w:val="20"/>
                <w:lang w:val="de-DE"/>
              </w:rPr>
            </w:pPr>
            <w:proofErr w:type="spellStart"/>
            <w:r w:rsidRPr="00033D99">
              <w:rPr>
                <w:rFonts w:eastAsia="Arial"/>
                <w:sz w:val="20"/>
                <w:szCs w:val="20"/>
                <w:lang w:val="de-DE"/>
              </w:rPr>
              <w:lastRenderedPageBreak/>
              <w:t>Gjuhët</w:t>
            </w:r>
            <w:proofErr w:type="spellEnd"/>
            <w:r w:rsidRPr="00033D99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33D99">
              <w:rPr>
                <w:rFonts w:eastAsia="Arial"/>
                <w:sz w:val="20"/>
                <w:szCs w:val="20"/>
                <w:lang w:val="de-DE"/>
              </w:rPr>
              <w:t>dhe</w:t>
            </w:r>
            <w:proofErr w:type="spellEnd"/>
            <w:r w:rsidRPr="00033D99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33D99">
              <w:rPr>
                <w:rFonts w:eastAsia="Arial"/>
                <w:sz w:val="20"/>
                <w:szCs w:val="20"/>
                <w:lang w:val="de-DE"/>
              </w:rPr>
              <w:t>komunikimi</w:t>
            </w:r>
            <w:proofErr w:type="spellEnd"/>
            <w:r w:rsidRPr="00033D99">
              <w:rPr>
                <w:rFonts w:eastAsia="Arial"/>
                <w:sz w:val="20"/>
                <w:szCs w:val="20"/>
                <w:lang w:val="de-DE"/>
              </w:rPr>
              <w:t xml:space="preserve"> – </w:t>
            </w:r>
            <w:proofErr w:type="spellStart"/>
            <w:r w:rsidRPr="00033D99">
              <w:rPr>
                <w:rFonts w:eastAsia="Arial"/>
                <w:sz w:val="20"/>
                <w:szCs w:val="20"/>
                <w:lang w:val="de-DE"/>
              </w:rPr>
              <w:t>argumentimi</w:t>
            </w:r>
            <w:proofErr w:type="spellEnd"/>
            <w:r w:rsidRPr="00033D99">
              <w:rPr>
                <w:rFonts w:eastAsia="Arial"/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033D99">
              <w:rPr>
                <w:rFonts w:eastAsia="Arial"/>
                <w:sz w:val="20"/>
                <w:szCs w:val="20"/>
                <w:lang w:val="de-DE"/>
              </w:rPr>
              <w:t>terminologjia</w:t>
            </w:r>
            <w:proofErr w:type="spellEnd"/>
            <w:r w:rsidRPr="00033D99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33D99">
              <w:rPr>
                <w:rFonts w:eastAsia="Arial"/>
                <w:sz w:val="20"/>
                <w:szCs w:val="20"/>
                <w:lang w:val="de-DE"/>
              </w:rPr>
              <w:t>dhe</w:t>
            </w:r>
            <w:proofErr w:type="spellEnd"/>
            <w:r w:rsidRPr="00033D99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33D99">
              <w:rPr>
                <w:rFonts w:eastAsia="Arial"/>
                <w:sz w:val="20"/>
                <w:szCs w:val="20"/>
                <w:lang w:val="de-DE"/>
              </w:rPr>
              <w:t>shpjegimi</w:t>
            </w:r>
            <w:proofErr w:type="spellEnd"/>
            <w:r w:rsidRPr="00033D99">
              <w:rPr>
                <w:rFonts w:eastAsia="Arial"/>
                <w:sz w:val="20"/>
                <w:szCs w:val="20"/>
                <w:lang w:val="de-DE"/>
              </w:rPr>
              <w:t xml:space="preserve"> i </w:t>
            </w:r>
            <w:proofErr w:type="spellStart"/>
            <w:r w:rsidRPr="00033D99">
              <w:rPr>
                <w:rFonts w:eastAsia="Arial"/>
                <w:sz w:val="20"/>
                <w:szCs w:val="20"/>
                <w:lang w:val="de-DE"/>
              </w:rPr>
              <w:t>zgjidhjeve</w:t>
            </w:r>
            <w:proofErr w:type="spellEnd"/>
            <w:r w:rsidRPr="00033D99">
              <w:rPr>
                <w:rFonts w:eastAsia="Arial"/>
                <w:sz w:val="20"/>
                <w:szCs w:val="20"/>
                <w:lang w:val="de-DE"/>
              </w:rPr>
              <w:t>.</w:t>
            </w:r>
          </w:p>
          <w:p w:rsidR="000B20C6" w:rsidRPr="00033D99" w:rsidRDefault="000B20C6">
            <w:pPr>
              <w:rPr>
                <w:rFonts w:eastAsia="Arial"/>
                <w:sz w:val="20"/>
                <w:szCs w:val="20"/>
                <w:lang w:val="de-DE"/>
              </w:rPr>
            </w:pPr>
          </w:p>
          <w:p w:rsidR="00516D86" w:rsidRPr="00033D99" w:rsidRDefault="00000000">
            <w:pPr>
              <w:rPr>
                <w:sz w:val="20"/>
                <w:szCs w:val="20"/>
                <w:lang w:val="de-DE"/>
              </w:rPr>
            </w:pPr>
            <w:proofErr w:type="spellStart"/>
            <w:r w:rsidRPr="00033D99">
              <w:rPr>
                <w:rFonts w:eastAsia="Arial"/>
                <w:sz w:val="20"/>
                <w:szCs w:val="20"/>
                <w:lang w:val="de-DE"/>
              </w:rPr>
              <w:t>Shkencat</w:t>
            </w:r>
            <w:proofErr w:type="spellEnd"/>
            <w:r w:rsidRPr="00033D99">
              <w:rPr>
                <w:rFonts w:eastAsia="Arial"/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033D99">
              <w:rPr>
                <w:rFonts w:eastAsia="Arial"/>
                <w:sz w:val="20"/>
                <w:szCs w:val="20"/>
                <w:lang w:val="de-DE"/>
              </w:rPr>
              <w:t>natyrës</w:t>
            </w:r>
            <w:proofErr w:type="spellEnd"/>
            <w:r w:rsidRPr="00033D99">
              <w:rPr>
                <w:rFonts w:eastAsia="Arial"/>
                <w:sz w:val="20"/>
                <w:szCs w:val="20"/>
                <w:lang w:val="de-DE"/>
              </w:rPr>
              <w:t xml:space="preserve"> – </w:t>
            </w:r>
            <w:proofErr w:type="spellStart"/>
            <w:r w:rsidRPr="00033D99">
              <w:rPr>
                <w:rFonts w:eastAsia="Arial"/>
                <w:sz w:val="20"/>
                <w:szCs w:val="20"/>
                <w:lang w:val="de-DE"/>
              </w:rPr>
              <w:t>matje</w:t>
            </w:r>
            <w:proofErr w:type="spellEnd"/>
            <w:r w:rsidRPr="00033D99">
              <w:rPr>
                <w:rFonts w:eastAsia="Arial"/>
                <w:sz w:val="20"/>
                <w:szCs w:val="20"/>
                <w:lang w:val="de-DE"/>
              </w:rPr>
              <w:t xml:space="preserve">, modele, </w:t>
            </w:r>
            <w:proofErr w:type="spellStart"/>
            <w:r w:rsidRPr="00033D99">
              <w:rPr>
                <w:rFonts w:eastAsia="Arial"/>
                <w:sz w:val="20"/>
                <w:szCs w:val="20"/>
                <w:lang w:val="de-DE"/>
              </w:rPr>
              <w:t>formula</w:t>
            </w:r>
            <w:proofErr w:type="spellEnd"/>
            <w:r w:rsidRPr="00033D99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33D99">
              <w:rPr>
                <w:rFonts w:eastAsia="Arial"/>
                <w:sz w:val="20"/>
                <w:szCs w:val="20"/>
                <w:lang w:val="de-DE"/>
              </w:rPr>
              <w:t>dhe</w:t>
            </w:r>
            <w:proofErr w:type="spellEnd"/>
            <w:r w:rsidRPr="00033D99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33D99">
              <w:rPr>
                <w:rFonts w:eastAsia="Arial"/>
                <w:sz w:val="20"/>
                <w:szCs w:val="20"/>
                <w:lang w:val="de-DE"/>
              </w:rPr>
              <w:t>zbatime</w:t>
            </w:r>
            <w:proofErr w:type="spellEnd"/>
            <w:r w:rsidRPr="00033D99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33D99">
              <w:rPr>
                <w:rFonts w:eastAsia="Arial"/>
                <w:sz w:val="20"/>
                <w:szCs w:val="20"/>
                <w:lang w:val="de-DE"/>
              </w:rPr>
              <w:t>numerike</w:t>
            </w:r>
            <w:proofErr w:type="spellEnd"/>
            <w:r w:rsidRPr="00033D99">
              <w:rPr>
                <w:rFonts w:eastAsia="Arial"/>
                <w:sz w:val="20"/>
                <w:szCs w:val="20"/>
                <w:lang w:val="de-DE"/>
              </w:rPr>
              <w:t>.</w:t>
            </w:r>
          </w:p>
          <w:p w:rsidR="000B20C6" w:rsidRPr="00033D99" w:rsidRDefault="000B20C6">
            <w:pPr>
              <w:rPr>
                <w:rFonts w:eastAsia="Arial"/>
                <w:sz w:val="20"/>
                <w:szCs w:val="20"/>
                <w:lang w:val="de-DE"/>
              </w:rPr>
            </w:pPr>
          </w:p>
          <w:p w:rsidR="00516D86" w:rsidRPr="00033D99" w:rsidRDefault="00000000">
            <w:pPr>
              <w:rPr>
                <w:sz w:val="20"/>
                <w:szCs w:val="20"/>
                <w:lang w:val="de-DE"/>
              </w:rPr>
            </w:pPr>
            <w:proofErr w:type="spellStart"/>
            <w:r w:rsidRPr="00033D99">
              <w:rPr>
                <w:rFonts w:eastAsia="Arial"/>
                <w:sz w:val="20"/>
                <w:szCs w:val="20"/>
                <w:lang w:val="de-DE"/>
              </w:rPr>
              <w:t>Shoqëria</w:t>
            </w:r>
            <w:proofErr w:type="spellEnd"/>
            <w:r w:rsidRPr="00033D99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33D99">
              <w:rPr>
                <w:rFonts w:eastAsia="Arial"/>
                <w:sz w:val="20"/>
                <w:szCs w:val="20"/>
                <w:lang w:val="de-DE"/>
              </w:rPr>
              <w:t>dhe</w:t>
            </w:r>
            <w:proofErr w:type="spellEnd"/>
            <w:r w:rsidRPr="00033D99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33D99">
              <w:rPr>
                <w:rFonts w:eastAsia="Arial"/>
                <w:sz w:val="20"/>
                <w:szCs w:val="20"/>
                <w:lang w:val="de-DE"/>
              </w:rPr>
              <w:t>mjedisi</w:t>
            </w:r>
            <w:proofErr w:type="spellEnd"/>
            <w:r w:rsidRPr="00033D99">
              <w:rPr>
                <w:rFonts w:eastAsia="Arial"/>
                <w:sz w:val="20"/>
                <w:szCs w:val="20"/>
                <w:lang w:val="de-DE"/>
              </w:rPr>
              <w:t xml:space="preserve"> – </w:t>
            </w:r>
            <w:proofErr w:type="spellStart"/>
            <w:r w:rsidRPr="00033D99">
              <w:rPr>
                <w:rFonts w:eastAsia="Arial"/>
                <w:sz w:val="20"/>
                <w:szCs w:val="20"/>
                <w:lang w:val="de-DE"/>
              </w:rPr>
              <w:t>të</w:t>
            </w:r>
            <w:proofErr w:type="spellEnd"/>
            <w:r w:rsidRPr="00033D99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33D99">
              <w:rPr>
                <w:rFonts w:eastAsia="Arial"/>
                <w:sz w:val="20"/>
                <w:szCs w:val="20"/>
                <w:lang w:val="de-DE"/>
              </w:rPr>
              <w:t>dhëna</w:t>
            </w:r>
            <w:proofErr w:type="spellEnd"/>
            <w:r w:rsidRPr="00033D99">
              <w:rPr>
                <w:rFonts w:eastAsia="Arial"/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033D99">
              <w:rPr>
                <w:rFonts w:eastAsia="Arial"/>
                <w:sz w:val="20"/>
                <w:szCs w:val="20"/>
                <w:lang w:val="de-DE"/>
              </w:rPr>
              <w:t>përqindje</w:t>
            </w:r>
            <w:proofErr w:type="spellEnd"/>
            <w:r w:rsidRPr="00033D99">
              <w:rPr>
                <w:rFonts w:eastAsia="Arial"/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033D99">
              <w:rPr>
                <w:rFonts w:eastAsia="Arial"/>
                <w:sz w:val="20"/>
                <w:szCs w:val="20"/>
                <w:lang w:val="de-DE"/>
              </w:rPr>
              <w:t>statistika</w:t>
            </w:r>
            <w:proofErr w:type="spellEnd"/>
            <w:r w:rsidRPr="00033D99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33D99">
              <w:rPr>
                <w:rFonts w:eastAsia="Arial"/>
                <w:sz w:val="20"/>
                <w:szCs w:val="20"/>
                <w:lang w:val="de-DE"/>
              </w:rPr>
              <w:t>dhe</w:t>
            </w:r>
            <w:proofErr w:type="spellEnd"/>
            <w:r w:rsidRPr="00033D99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33D99">
              <w:rPr>
                <w:rFonts w:eastAsia="Arial"/>
                <w:sz w:val="20"/>
                <w:szCs w:val="20"/>
                <w:lang w:val="de-DE"/>
              </w:rPr>
              <w:t>situata</w:t>
            </w:r>
            <w:proofErr w:type="spellEnd"/>
            <w:r w:rsidRPr="00033D99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33D99">
              <w:rPr>
                <w:rFonts w:eastAsia="Arial"/>
                <w:sz w:val="20"/>
                <w:szCs w:val="20"/>
                <w:lang w:val="de-DE"/>
              </w:rPr>
              <w:t>jetësore</w:t>
            </w:r>
            <w:proofErr w:type="spellEnd"/>
            <w:r w:rsidRPr="00033D99">
              <w:rPr>
                <w:rFonts w:eastAsia="Arial"/>
                <w:sz w:val="20"/>
                <w:szCs w:val="20"/>
                <w:lang w:val="de-DE"/>
              </w:rPr>
              <w:t>.</w:t>
            </w:r>
          </w:p>
          <w:p w:rsidR="000B20C6" w:rsidRPr="00033D99" w:rsidRDefault="000B20C6">
            <w:pPr>
              <w:rPr>
                <w:rFonts w:eastAsia="Arial"/>
                <w:sz w:val="20"/>
                <w:szCs w:val="20"/>
                <w:lang w:val="de-DE"/>
              </w:rPr>
            </w:pPr>
          </w:p>
          <w:p w:rsidR="00516D86" w:rsidRPr="00033D99" w:rsidRDefault="00000000">
            <w:pPr>
              <w:rPr>
                <w:sz w:val="20"/>
                <w:szCs w:val="20"/>
                <w:lang w:val="de-DE"/>
              </w:rPr>
            </w:pPr>
            <w:proofErr w:type="spellStart"/>
            <w:r w:rsidRPr="00033D99">
              <w:rPr>
                <w:rFonts w:eastAsia="Arial"/>
                <w:sz w:val="20"/>
                <w:szCs w:val="20"/>
                <w:lang w:val="de-DE"/>
              </w:rPr>
              <w:t>Jeta</w:t>
            </w:r>
            <w:proofErr w:type="spellEnd"/>
            <w:r w:rsidRPr="00033D99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33D99">
              <w:rPr>
                <w:rFonts w:eastAsia="Arial"/>
                <w:sz w:val="20"/>
                <w:szCs w:val="20"/>
                <w:lang w:val="de-DE"/>
              </w:rPr>
              <w:t>dhe</w:t>
            </w:r>
            <w:proofErr w:type="spellEnd"/>
            <w:r w:rsidRPr="00033D99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33D99">
              <w:rPr>
                <w:rFonts w:eastAsia="Arial"/>
                <w:sz w:val="20"/>
                <w:szCs w:val="20"/>
                <w:lang w:val="de-DE"/>
              </w:rPr>
              <w:t>puna</w:t>
            </w:r>
            <w:proofErr w:type="spellEnd"/>
            <w:r w:rsidRPr="00033D99">
              <w:rPr>
                <w:rFonts w:eastAsia="Arial"/>
                <w:sz w:val="20"/>
                <w:szCs w:val="20"/>
                <w:lang w:val="de-DE"/>
              </w:rPr>
              <w:t xml:space="preserve"> – </w:t>
            </w:r>
            <w:proofErr w:type="spellStart"/>
            <w:r w:rsidRPr="00033D99">
              <w:rPr>
                <w:rFonts w:eastAsia="Arial"/>
                <w:sz w:val="20"/>
                <w:szCs w:val="20"/>
                <w:lang w:val="de-DE"/>
              </w:rPr>
              <w:t>zgjidhje</w:t>
            </w:r>
            <w:proofErr w:type="spellEnd"/>
            <w:r w:rsidRPr="00033D99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33D99">
              <w:rPr>
                <w:rFonts w:eastAsia="Arial"/>
                <w:sz w:val="20"/>
                <w:szCs w:val="20"/>
                <w:lang w:val="de-DE"/>
              </w:rPr>
              <w:t>problemesh</w:t>
            </w:r>
            <w:proofErr w:type="spellEnd"/>
            <w:r w:rsidRPr="00033D99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33D99">
              <w:rPr>
                <w:rFonts w:eastAsia="Arial"/>
                <w:sz w:val="20"/>
                <w:szCs w:val="20"/>
                <w:lang w:val="de-DE"/>
              </w:rPr>
              <w:t>praktike</w:t>
            </w:r>
            <w:proofErr w:type="spellEnd"/>
            <w:r w:rsidRPr="00033D99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33D99">
              <w:rPr>
                <w:rFonts w:eastAsia="Arial"/>
                <w:sz w:val="20"/>
                <w:szCs w:val="20"/>
                <w:lang w:val="de-DE"/>
              </w:rPr>
              <w:t>dhe</w:t>
            </w:r>
            <w:proofErr w:type="spellEnd"/>
            <w:r w:rsidRPr="00033D99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33D99">
              <w:rPr>
                <w:rFonts w:eastAsia="Arial"/>
                <w:sz w:val="20"/>
                <w:szCs w:val="20"/>
                <w:lang w:val="de-DE"/>
              </w:rPr>
              <w:t>përdorim</w:t>
            </w:r>
            <w:proofErr w:type="spellEnd"/>
            <w:r w:rsidRPr="00033D99">
              <w:rPr>
                <w:rFonts w:eastAsia="Arial"/>
                <w:sz w:val="20"/>
                <w:szCs w:val="20"/>
                <w:lang w:val="de-DE"/>
              </w:rPr>
              <w:t xml:space="preserve"> i TIK-</w:t>
            </w:r>
            <w:proofErr w:type="spellStart"/>
            <w:r w:rsidRPr="00033D99">
              <w:rPr>
                <w:rFonts w:eastAsia="Arial"/>
                <w:sz w:val="20"/>
                <w:szCs w:val="20"/>
                <w:lang w:val="de-DE"/>
              </w:rPr>
              <w:t>ut</w:t>
            </w:r>
            <w:proofErr w:type="spellEnd"/>
            <w:r w:rsidRPr="00033D99">
              <w:rPr>
                <w:rFonts w:eastAsia="Arial"/>
                <w:sz w:val="20"/>
                <w:szCs w:val="20"/>
                <w:lang w:val="de-DE"/>
              </w:rPr>
              <w:t>.</w:t>
            </w:r>
          </w:p>
          <w:p w:rsidR="000B20C6" w:rsidRPr="00033D99" w:rsidRDefault="000B20C6">
            <w:pPr>
              <w:rPr>
                <w:rFonts w:eastAsia="Arial"/>
                <w:sz w:val="20"/>
                <w:szCs w:val="20"/>
                <w:lang w:val="de-DE"/>
              </w:rPr>
            </w:pPr>
          </w:p>
          <w:p w:rsidR="00516D86" w:rsidRPr="00033D99" w:rsidRDefault="00000000">
            <w:pPr>
              <w:rPr>
                <w:sz w:val="20"/>
                <w:szCs w:val="20"/>
                <w:lang w:val="de-DE"/>
              </w:rPr>
            </w:pPr>
            <w:proofErr w:type="spellStart"/>
            <w:r w:rsidRPr="00033D99">
              <w:rPr>
                <w:rFonts w:eastAsia="Arial"/>
                <w:sz w:val="20"/>
                <w:szCs w:val="20"/>
                <w:lang w:val="de-DE"/>
              </w:rPr>
              <w:t>Edukatë</w:t>
            </w:r>
            <w:proofErr w:type="spellEnd"/>
            <w:r w:rsidRPr="00033D99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33D99">
              <w:rPr>
                <w:rFonts w:eastAsia="Arial"/>
                <w:sz w:val="20"/>
                <w:szCs w:val="20"/>
                <w:lang w:val="de-DE"/>
              </w:rPr>
              <w:t>fizike</w:t>
            </w:r>
            <w:proofErr w:type="spellEnd"/>
            <w:r w:rsidRPr="00033D99">
              <w:rPr>
                <w:rFonts w:eastAsia="Arial"/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033D99">
              <w:rPr>
                <w:rFonts w:eastAsia="Arial"/>
                <w:sz w:val="20"/>
                <w:szCs w:val="20"/>
                <w:lang w:val="de-DE"/>
              </w:rPr>
              <w:t>sportet</w:t>
            </w:r>
            <w:proofErr w:type="spellEnd"/>
            <w:r w:rsidRPr="00033D99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33D99">
              <w:rPr>
                <w:rFonts w:eastAsia="Arial"/>
                <w:sz w:val="20"/>
                <w:szCs w:val="20"/>
                <w:lang w:val="de-DE"/>
              </w:rPr>
              <w:t>dhe</w:t>
            </w:r>
            <w:proofErr w:type="spellEnd"/>
            <w:r w:rsidRPr="00033D99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33D99">
              <w:rPr>
                <w:rFonts w:eastAsia="Arial"/>
                <w:sz w:val="20"/>
                <w:szCs w:val="20"/>
                <w:lang w:val="de-DE"/>
              </w:rPr>
              <w:t>shëndeti</w:t>
            </w:r>
            <w:proofErr w:type="spellEnd"/>
            <w:r w:rsidRPr="00033D99">
              <w:rPr>
                <w:rFonts w:eastAsia="Arial"/>
                <w:sz w:val="20"/>
                <w:szCs w:val="20"/>
                <w:lang w:val="de-DE"/>
              </w:rPr>
              <w:t xml:space="preserve"> – </w:t>
            </w:r>
            <w:proofErr w:type="spellStart"/>
            <w:r w:rsidRPr="00033D99">
              <w:rPr>
                <w:rFonts w:eastAsia="Arial"/>
                <w:sz w:val="20"/>
                <w:szCs w:val="20"/>
                <w:lang w:val="de-DE"/>
              </w:rPr>
              <w:t>matje</w:t>
            </w:r>
            <w:proofErr w:type="spellEnd"/>
            <w:r w:rsidRPr="00033D99">
              <w:rPr>
                <w:rFonts w:eastAsia="Arial"/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033D99">
              <w:rPr>
                <w:rFonts w:eastAsia="Arial"/>
                <w:sz w:val="20"/>
                <w:szCs w:val="20"/>
                <w:lang w:val="de-DE"/>
              </w:rPr>
              <w:t>raporte</w:t>
            </w:r>
            <w:proofErr w:type="spellEnd"/>
            <w:r w:rsidRPr="00033D99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33D99">
              <w:rPr>
                <w:rFonts w:eastAsia="Arial"/>
                <w:sz w:val="20"/>
                <w:szCs w:val="20"/>
                <w:lang w:val="de-DE"/>
              </w:rPr>
              <w:t>dhe</w:t>
            </w:r>
            <w:proofErr w:type="spellEnd"/>
            <w:r w:rsidRPr="00033D99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33D99">
              <w:rPr>
                <w:rFonts w:eastAsia="Arial"/>
                <w:sz w:val="20"/>
                <w:szCs w:val="20"/>
                <w:lang w:val="de-DE"/>
              </w:rPr>
              <w:t>interpretim</w:t>
            </w:r>
            <w:proofErr w:type="spellEnd"/>
            <w:r w:rsidRPr="00033D99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33D99">
              <w:rPr>
                <w:rFonts w:eastAsia="Arial"/>
                <w:sz w:val="20"/>
                <w:szCs w:val="20"/>
                <w:lang w:val="de-DE"/>
              </w:rPr>
              <w:t>të</w:t>
            </w:r>
            <w:proofErr w:type="spellEnd"/>
            <w:r w:rsidRPr="00033D99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33D99">
              <w:rPr>
                <w:rFonts w:eastAsia="Arial"/>
                <w:sz w:val="20"/>
                <w:szCs w:val="20"/>
                <w:lang w:val="de-DE"/>
              </w:rPr>
              <w:t>dhënash</w:t>
            </w:r>
            <w:proofErr w:type="spellEnd"/>
            <w:r w:rsidRPr="00033D99">
              <w:rPr>
                <w:rFonts w:eastAsia="Arial"/>
                <w:sz w:val="20"/>
                <w:szCs w:val="20"/>
                <w:lang w:val="de-DE"/>
              </w:rPr>
              <w:t>.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16D86" w:rsidRPr="00033D99" w:rsidRDefault="00000000">
            <w:pPr>
              <w:rPr>
                <w:sz w:val="20"/>
                <w:szCs w:val="20"/>
              </w:rPr>
            </w:pPr>
            <w:proofErr w:type="spellStart"/>
            <w:r w:rsidRPr="00033D99">
              <w:rPr>
                <w:rFonts w:eastAsia="Arial"/>
                <w:sz w:val="20"/>
                <w:szCs w:val="20"/>
              </w:rPr>
              <w:lastRenderedPageBreak/>
              <w:t>Matematika</w:t>
            </w:r>
            <w:proofErr w:type="spellEnd"/>
            <w:r w:rsidRPr="00033D99">
              <w:rPr>
                <w:rFonts w:eastAsia="Arial"/>
                <w:sz w:val="20"/>
                <w:szCs w:val="20"/>
              </w:rPr>
              <w:t xml:space="preserve"> 9 – </w:t>
            </w:r>
            <w:proofErr w:type="spellStart"/>
            <w:r w:rsidRPr="00033D99">
              <w:rPr>
                <w:rFonts w:eastAsia="Arial"/>
                <w:sz w:val="20"/>
                <w:szCs w:val="20"/>
              </w:rPr>
              <w:t>Botime</w:t>
            </w:r>
            <w:proofErr w:type="spellEnd"/>
            <w:r w:rsidRPr="00033D99">
              <w:rPr>
                <w:rFonts w:eastAsia="Arial"/>
                <w:sz w:val="20"/>
                <w:szCs w:val="20"/>
              </w:rPr>
              <w:t xml:space="preserve"> PEGI, Kosovë, Prishtinë 2022.</w:t>
            </w:r>
          </w:p>
          <w:p w:rsidR="000B20C6" w:rsidRPr="00033D99" w:rsidRDefault="000B20C6">
            <w:pPr>
              <w:rPr>
                <w:rFonts w:eastAsia="Arial"/>
                <w:sz w:val="20"/>
                <w:szCs w:val="20"/>
              </w:rPr>
            </w:pPr>
          </w:p>
          <w:p w:rsidR="00516D86" w:rsidRPr="00033D99" w:rsidRDefault="00000000">
            <w:pPr>
              <w:rPr>
                <w:sz w:val="20"/>
                <w:szCs w:val="20"/>
              </w:rPr>
            </w:pPr>
            <w:r w:rsidRPr="00033D99">
              <w:rPr>
                <w:rFonts w:eastAsia="Arial"/>
                <w:sz w:val="20"/>
                <w:szCs w:val="20"/>
              </w:rPr>
              <w:t>Fletore pune – Matematika 9, PEGI.</w:t>
            </w:r>
          </w:p>
          <w:p w:rsidR="00516D86" w:rsidRPr="00033D99" w:rsidRDefault="00516D86">
            <w:pPr>
              <w:rPr>
                <w:sz w:val="20"/>
                <w:szCs w:val="20"/>
              </w:rPr>
            </w:pPr>
          </w:p>
          <w:p w:rsidR="00516D86" w:rsidRPr="00033D99" w:rsidRDefault="00000000">
            <w:pPr>
              <w:rPr>
                <w:sz w:val="20"/>
                <w:szCs w:val="20"/>
              </w:rPr>
            </w:pPr>
            <w:r w:rsidRPr="00033D99">
              <w:rPr>
                <w:rFonts w:eastAsia="Arial"/>
                <w:sz w:val="20"/>
                <w:szCs w:val="20"/>
              </w:rPr>
              <w:t xml:space="preserve">GeoGebra, kalkulator, mjete gjeometrike, Excel, fletë </w:t>
            </w:r>
            <w:r w:rsidRPr="00033D99">
              <w:rPr>
                <w:rFonts w:eastAsia="Arial"/>
                <w:sz w:val="20"/>
                <w:szCs w:val="20"/>
              </w:rPr>
              <w:lastRenderedPageBreak/>
              <w:t>pune dhe burime digjitale.</w:t>
            </w:r>
          </w:p>
        </w:tc>
      </w:tr>
      <w:tr w:rsidR="001B0AB0" w:rsidRPr="009E1A94" w:rsidTr="000D5A18">
        <w:tc>
          <w:tcPr>
            <w:tcW w:w="360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EF2E8"/>
          </w:tcPr>
          <w:p w:rsidR="001B0AB0" w:rsidRPr="009E1A94" w:rsidRDefault="001B0AB0" w:rsidP="00F63F2F">
            <w:pPr>
              <w:rPr>
                <w:sz w:val="20"/>
                <w:szCs w:val="20"/>
              </w:rPr>
            </w:pPr>
            <w:r w:rsidRPr="009E1A94">
              <w:rPr>
                <w:b/>
                <w:sz w:val="20"/>
                <w:szCs w:val="20"/>
              </w:rPr>
              <w:lastRenderedPageBreak/>
              <w:t>Arsimtari:</w:t>
            </w:r>
          </w:p>
        </w:tc>
        <w:tc>
          <w:tcPr>
            <w:tcW w:w="10858" w:type="dxa"/>
            <w:gridSpan w:val="9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B0AB0" w:rsidRDefault="001B0AB0" w:rsidP="00F63F2F">
            <w:pPr>
              <w:rPr>
                <w:sz w:val="20"/>
                <w:szCs w:val="20"/>
              </w:rPr>
            </w:pPr>
          </w:p>
          <w:p w:rsidR="001B0AB0" w:rsidRPr="009E1A94" w:rsidRDefault="001B0AB0" w:rsidP="00F63F2F">
            <w:pPr>
              <w:rPr>
                <w:sz w:val="20"/>
                <w:szCs w:val="20"/>
              </w:rPr>
            </w:pPr>
          </w:p>
        </w:tc>
      </w:tr>
    </w:tbl>
    <w:p w:rsidR="001B0AB0" w:rsidRDefault="001B0AB0"/>
    <w:p w:rsidR="00831FA5" w:rsidRDefault="00831FA5"/>
    <w:p w:rsidR="00831FA5" w:rsidRDefault="00000000">
      <w:r>
        <w:lastRenderedPageBreak/>
        <w:br w:type="page"/>
      </w:r>
    </w:p>
    <w:tbl>
      <w:tblPr>
        <w:tblW w:w="14458" w:type="dxa"/>
        <w:tblInd w:w="8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1350"/>
        <w:gridCol w:w="720"/>
        <w:gridCol w:w="285"/>
        <w:gridCol w:w="226"/>
        <w:gridCol w:w="2693"/>
        <w:gridCol w:w="659"/>
        <w:gridCol w:w="191"/>
        <w:gridCol w:w="1843"/>
        <w:gridCol w:w="1701"/>
        <w:gridCol w:w="1843"/>
        <w:gridCol w:w="1417"/>
      </w:tblGrid>
      <w:tr w:rsidR="001654B1" w:rsidRPr="00DE5029" w:rsidTr="00FB586F">
        <w:trPr>
          <w:trHeight w:val="420"/>
        </w:trPr>
        <w:tc>
          <w:tcPr>
            <w:tcW w:w="3885" w:type="dxa"/>
            <w:gridSpan w:val="4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1654B1" w:rsidRPr="00B551DE" w:rsidRDefault="001654B1" w:rsidP="00F63F2F">
            <w:pPr>
              <w:jc w:val="center"/>
              <w:rPr>
                <w:sz w:val="28"/>
                <w:szCs w:val="28"/>
              </w:rPr>
            </w:pPr>
            <w:r w:rsidRPr="00B551DE">
              <w:rPr>
                <w:b/>
                <w:sz w:val="28"/>
                <w:szCs w:val="28"/>
              </w:rPr>
              <w:lastRenderedPageBreak/>
              <w:t>Logo e Komunës</w:t>
            </w:r>
          </w:p>
        </w:tc>
        <w:tc>
          <w:tcPr>
            <w:tcW w:w="3578" w:type="dxa"/>
            <w:gridSpan w:val="3"/>
            <w:tcBorders>
              <w:top w:val="single" w:sz="12" w:space="0" w:color="auto"/>
              <w:left w:val="single" w:sz="12" w:space="0" w:color="auto"/>
            </w:tcBorders>
            <w:shd w:val="clear" w:color="auto" w:fill="FEF2E8"/>
          </w:tcPr>
          <w:p w:rsidR="001654B1" w:rsidRPr="00B551DE" w:rsidRDefault="001654B1" w:rsidP="00F63F2F">
            <w:pPr>
              <w:rPr>
                <w:sz w:val="28"/>
                <w:szCs w:val="28"/>
              </w:rPr>
            </w:pPr>
            <w:r w:rsidRPr="00B551DE">
              <w:rPr>
                <w:b/>
                <w:sz w:val="28"/>
                <w:szCs w:val="28"/>
              </w:rPr>
              <w:t>PLANI DYMUJOR:</w:t>
            </w:r>
          </w:p>
        </w:tc>
        <w:tc>
          <w:tcPr>
            <w:tcW w:w="3735" w:type="dxa"/>
            <w:gridSpan w:val="3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516D86" w:rsidRPr="00B551DE" w:rsidRDefault="00000000">
            <w:pPr>
              <w:jc w:val="center"/>
              <w:rPr>
                <w:sz w:val="28"/>
                <w:szCs w:val="28"/>
              </w:rPr>
            </w:pPr>
            <w:r w:rsidRPr="00B551DE">
              <w:rPr>
                <w:rFonts w:eastAsia="Arial"/>
                <w:b/>
                <w:sz w:val="28"/>
                <w:szCs w:val="28"/>
              </w:rPr>
              <w:t>JANAR - SHKURT - MARS</w:t>
            </w:r>
          </w:p>
        </w:tc>
        <w:tc>
          <w:tcPr>
            <w:tcW w:w="326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654B1" w:rsidRPr="00B551DE" w:rsidRDefault="001654B1" w:rsidP="00F63F2F">
            <w:pPr>
              <w:jc w:val="center"/>
              <w:rPr>
                <w:sz w:val="28"/>
                <w:szCs w:val="28"/>
              </w:rPr>
            </w:pPr>
            <w:r w:rsidRPr="00B551DE">
              <w:rPr>
                <w:b/>
                <w:sz w:val="28"/>
                <w:szCs w:val="28"/>
              </w:rPr>
              <w:t>Logo e shkollës</w:t>
            </w:r>
          </w:p>
        </w:tc>
      </w:tr>
      <w:tr w:rsidR="001654B1" w:rsidRPr="00DE5029" w:rsidTr="00FB586F">
        <w:trPr>
          <w:trHeight w:val="420"/>
        </w:trPr>
        <w:tc>
          <w:tcPr>
            <w:tcW w:w="3885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1654B1" w:rsidRPr="00B551DE" w:rsidRDefault="001654B1" w:rsidP="00F63F2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578" w:type="dxa"/>
            <w:gridSpan w:val="3"/>
            <w:tcBorders>
              <w:left w:val="single" w:sz="12" w:space="0" w:color="auto"/>
            </w:tcBorders>
            <w:shd w:val="clear" w:color="auto" w:fill="FEF2E8"/>
          </w:tcPr>
          <w:p w:rsidR="001654B1" w:rsidRPr="00B551DE" w:rsidRDefault="001654B1" w:rsidP="00F63F2F">
            <w:pPr>
              <w:rPr>
                <w:sz w:val="28"/>
                <w:szCs w:val="28"/>
              </w:rPr>
            </w:pPr>
            <w:r w:rsidRPr="00B551DE">
              <w:rPr>
                <w:b/>
                <w:sz w:val="28"/>
                <w:szCs w:val="28"/>
              </w:rPr>
              <w:t>VITI SHKOLLOR:</w:t>
            </w:r>
          </w:p>
        </w:tc>
        <w:tc>
          <w:tcPr>
            <w:tcW w:w="3735" w:type="dxa"/>
            <w:gridSpan w:val="3"/>
            <w:tcBorders>
              <w:right w:val="single" w:sz="12" w:space="0" w:color="auto"/>
            </w:tcBorders>
            <w:shd w:val="clear" w:color="auto" w:fill="auto"/>
          </w:tcPr>
          <w:p w:rsidR="00516D86" w:rsidRPr="00B551DE" w:rsidRDefault="00000000">
            <w:pPr>
              <w:jc w:val="center"/>
              <w:rPr>
                <w:sz w:val="28"/>
                <w:szCs w:val="28"/>
              </w:rPr>
            </w:pPr>
            <w:r w:rsidRPr="00B551DE">
              <w:rPr>
                <w:rFonts w:eastAsia="Arial"/>
                <w:b/>
                <w:sz w:val="28"/>
                <w:szCs w:val="28"/>
              </w:rPr>
              <w:t>2026 /2027</w:t>
            </w:r>
          </w:p>
        </w:tc>
        <w:tc>
          <w:tcPr>
            <w:tcW w:w="326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654B1" w:rsidRPr="00B551DE" w:rsidRDefault="001654B1" w:rsidP="00F63F2F">
            <w:pPr>
              <w:rPr>
                <w:b/>
                <w:sz w:val="28"/>
                <w:szCs w:val="28"/>
              </w:rPr>
            </w:pPr>
          </w:p>
        </w:tc>
      </w:tr>
      <w:tr w:rsidR="001654B1" w:rsidRPr="00DE5029" w:rsidTr="00FB586F">
        <w:trPr>
          <w:trHeight w:val="368"/>
        </w:trPr>
        <w:tc>
          <w:tcPr>
            <w:tcW w:w="3885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1654B1" w:rsidRPr="00B551DE" w:rsidRDefault="001654B1" w:rsidP="00F63F2F">
            <w:pPr>
              <w:jc w:val="center"/>
              <w:rPr>
                <w:noProof/>
                <w:sz w:val="28"/>
                <w:szCs w:val="28"/>
              </w:rPr>
            </w:pPr>
          </w:p>
        </w:tc>
        <w:tc>
          <w:tcPr>
            <w:tcW w:w="3578" w:type="dxa"/>
            <w:gridSpan w:val="3"/>
            <w:tcBorders>
              <w:left w:val="single" w:sz="12" w:space="0" w:color="auto"/>
            </w:tcBorders>
            <w:shd w:val="clear" w:color="auto" w:fill="FEF2E8"/>
          </w:tcPr>
          <w:p w:rsidR="001654B1" w:rsidRPr="00B551DE" w:rsidRDefault="001654B1" w:rsidP="00F63F2F">
            <w:pPr>
              <w:rPr>
                <w:sz w:val="28"/>
                <w:szCs w:val="28"/>
              </w:rPr>
            </w:pPr>
            <w:r w:rsidRPr="00B551DE">
              <w:rPr>
                <w:b/>
                <w:sz w:val="28"/>
                <w:szCs w:val="28"/>
              </w:rPr>
              <w:t>FUSHA E KURRIKULËS:</w:t>
            </w:r>
          </w:p>
        </w:tc>
        <w:tc>
          <w:tcPr>
            <w:tcW w:w="3735" w:type="dxa"/>
            <w:gridSpan w:val="3"/>
            <w:tcBorders>
              <w:right w:val="single" w:sz="12" w:space="0" w:color="auto"/>
            </w:tcBorders>
            <w:shd w:val="clear" w:color="auto" w:fill="auto"/>
          </w:tcPr>
          <w:p w:rsidR="00516D86" w:rsidRPr="00B551DE" w:rsidRDefault="00000000">
            <w:pPr>
              <w:jc w:val="center"/>
              <w:rPr>
                <w:sz w:val="28"/>
                <w:szCs w:val="28"/>
              </w:rPr>
            </w:pPr>
            <w:r w:rsidRPr="00B551DE">
              <w:rPr>
                <w:rFonts w:eastAsia="Arial"/>
                <w:b/>
                <w:sz w:val="28"/>
                <w:szCs w:val="28"/>
              </w:rPr>
              <w:t>MATEMATIKË</w:t>
            </w:r>
          </w:p>
        </w:tc>
        <w:tc>
          <w:tcPr>
            <w:tcW w:w="326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654B1" w:rsidRPr="00B551DE" w:rsidRDefault="001654B1" w:rsidP="00F63F2F">
            <w:pPr>
              <w:rPr>
                <w:b/>
                <w:sz w:val="28"/>
                <w:szCs w:val="28"/>
              </w:rPr>
            </w:pPr>
          </w:p>
        </w:tc>
      </w:tr>
      <w:tr w:rsidR="001654B1" w:rsidRPr="00DE5029" w:rsidTr="00FB586F">
        <w:trPr>
          <w:trHeight w:val="345"/>
        </w:trPr>
        <w:tc>
          <w:tcPr>
            <w:tcW w:w="3885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1654B1" w:rsidRPr="00B551DE" w:rsidRDefault="001654B1" w:rsidP="00F63F2F">
            <w:pPr>
              <w:jc w:val="center"/>
              <w:rPr>
                <w:noProof/>
                <w:sz w:val="28"/>
                <w:szCs w:val="28"/>
              </w:rPr>
            </w:pPr>
          </w:p>
        </w:tc>
        <w:tc>
          <w:tcPr>
            <w:tcW w:w="3578" w:type="dxa"/>
            <w:gridSpan w:val="3"/>
            <w:tcBorders>
              <w:left w:val="single" w:sz="12" w:space="0" w:color="auto"/>
            </w:tcBorders>
            <w:shd w:val="clear" w:color="auto" w:fill="FEF2E8"/>
          </w:tcPr>
          <w:p w:rsidR="001654B1" w:rsidRPr="00B551DE" w:rsidRDefault="001654B1" w:rsidP="00F63F2F">
            <w:pPr>
              <w:rPr>
                <w:sz w:val="28"/>
                <w:szCs w:val="28"/>
              </w:rPr>
            </w:pPr>
            <w:r w:rsidRPr="00B551DE">
              <w:rPr>
                <w:b/>
                <w:sz w:val="28"/>
                <w:szCs w:val="28"/>
              </w:rPr>
              <w:t>LËNDA :</w:t>
            </w:r>
          </w:p>
        </w:tc>
        <w:tc>
          <w:tcPr>
            <w:tcW w:w="3735" w:type="dxa"/>
            <w:gridSpan w:val="3"/>
            <w:tcBorders>
              <w:right w:val="single" w:sz="12" w:space="0" w:color="auto"/>
            </w:tcBorders>
            <w:shd w:val="clear" w:color="auto" w:fill="auto"/>
          </w:tcPr>
          <w:p w:rsidR="00516D86" w:rsidRPr="00B551DE" w:rsidRDefault="00000000">
            <w:pPr>
              <w:jc w:val="center"/>
              <w:rPr>
                <w:sz w:val="28"/>
                <w:szCs w:val="28"/>
              </w:rPr>
            </w:pPr>
            <w:r w:rsidRPr="00B551DE">
              <w:rPr>
                <w:rFonts w:eastAsia="Arial"/>
                <w:b/>
                <w:sz w:val="28"/>
                <w:szCs w:val="28"/>
              </w:rPr>
              <w:t>Matematikë</w:t>
            </w:r>
          </w:p>
        </w:tc>
        <w:tc>
          <w:tcPr>
            <w:tcW w:w="326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654B1" w:rsidRPr="00B551DE" w:rsidRDefault="001654B1" w:rsidP="00F63F2F">
            <w:pPr>
              <w:rPr>
                <w:b/>
                <w:sz w:val="28"/>
                <w:szCs w:val="28"/>
              </w:rPr>
            </w:pPr>
          </w:p>
        </w:tc>
      </w:tr>
      <w:tr w:rsidR="001654B1" w:rsidRPr="00DE5029" w:rsidTr="00FB586F">
        <w:trPr>
          <w:trHeight w:val="390"/>
        </w:trPr>
        <w:tc>
          <w:tcPr>
            <w:tcW w:w="3885" w:type="dxa"/>
            <w:gridSpan w:val="4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1654B1" w:rsidRPr="00B551DE" w:rsidRDefault="001654B1" w:rsidP="00F63F2F">
            <w:pPr>
              <w:jc w:val="center"/>
              <w:rPr>
                <w:noProof/>
                <w:sz w:val="28"/>
                <w:szCs w:val="28"/>
              </w:rPr>
            </w:pPr>
          </w:p>
        </w:tc>
        <w:tc>
          <w:tcPr>
            <w:tcW w:w="3578" w:type="dxa"/>
            <w:gridSpan w:val="3"/>
            <w:tcBorders>
              <w:left w:val="single" w:sz="12" w:space="0" w:color="auto"/>
              <w:bottom w:val="single" w:sz="12" w:space="0" w:color="auto"/>
            </w:tcBorders>
            <w:shd w:val="clear" w:color="auto" w:fill="FEF2E8"/>
          </w:tcPr>
          <w:p w:rsidR="001654B1" w:rsidRPr="00B551DE" w:rsidRDefault="001654B1" w:rsidP="00F63F2F">
            <w:pPr>
              <w:rPr>
                <w:sz w:val="28"/>
                <w:szCs w:val="28"/>
              </w:rPr>
            </w:pPr>
            <w:r w:rsidRPr="00B551DE">
              <w:rPr>
                <w:b/>
                <w:sz w:val="28"/>
                <w:szCs w:val="28"/>
              </w:rPr>
              <w:t>KLASA :</w:t>
            </w:r>
          </w:p>
        </w:tc>
        <w:tc>
          <w:tcPr>
            <w:tcW w:w="3735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16D86" w:rsidRPr="00B551DE" w:rsidRDefault="00000000">
            <w:pPr>
              <w:jc w:val="center"/>
              <w:rPr>
                <w:sz w:val="28"/>
                <w:szCs w:val="28"/>
              </w:rPr>
            </w:pPr>
            <w:r w:rsidRPr="00B551DE">
              <w:rPr>
                <w:rFonts w:eastAsia="Arial"/>
                <w:b/>
                <w:sz w:val="28"/>
                <w:szCs w:val="28"/>
              </w:rPr>
              <w:t>IX</w:t>
            </w:r>
          </w:p>
        </w:tc>
        <w:tc>
          <w:tcPr>
            <w:tcW w:w="3260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654B1" w:rsidRPr="00B551DE" w:rsidRDefault="001654B1" w:rsidP="00F63F2F">
            <w:pPr>
              <w:rPr>
                <w:b/>
                <w:sz w:val="28"/>
                <w:szCs w:val="28"/>
              </w:rPr>
            </w:pPr>
          </w:p>
        </w:tc>
      </w:tr>
      <w:tr w:rsidR="001654B1" w:rsidRPr="00DE5029" w:rsidTr="00F63F2F">
        <w:tc>
          <w:tcPr>
            <w:tcW w:w="28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EF2E8"/>
          </w:tcPr>
          <w:p w:rsidR="001654B1" w:rsidRPr="00B551DE" w:rsidRDefault="001654B1" w:rsidP="00F63F2F">
            <w:pPr>
              <w:rPr>
                <w:sz w:val="28"/>
                <w:szCs w:val="28"/>
              </w:rPr>
            </w:pPr>
            <w:r w:rsidRPr="00B551DE">
              <w:rPr>
                <w:b/>
                <w:sz w:val="28"/>
                <w:szCs w:val="28"/>
              </w:rPr>
              <w:t>TEMA-T  mësimore:</w:t>
            </w:r>
          </w:p>
        </w:tc>
        <w:tc>
          <w:tcPr>
            <w:tcW w:w="11578" w:type="dxa"/>
            <w:gridSpan w:val="10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16D86" w:rsidRPr="00B551DE" w:rsidRDefault="00000000">
            <w:pPr>
              <w:rPr>
                <w:sz w:val="28"/>
                <w:szCs w:val="28"/>
              </w:rPr>
            </w:pPr>
            <w:r w:rsidRPr="00B551DE">
              <w:rPr>
                <w:rFonts w:eastAsia="Arial"/>
                <w:b/>
                <w:sz w:val="28"/>
                <w:szCs w:val="28"/>
              </w:rPr>
              <w:t>5. Proporcionaliteti    6. Ekuacionet lineare me dy ndryshore dhe sistemet e tyre    7. Vektorët    8. Ngjashmëria dhe homotetia</w:t>
            </w:r>
          </w:p>
        </w:tc>
      </w:tr>
      <w:tr w:rsidR="001654B1" w:rsidRPr="00DE5029" w:rsidTr="00F63F2F">
        <w:tc>
          <w:tcPr>
            <w:tcW w:w="14458" w:type="dxa"/>
            <w:gridSpan w:val="12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F2F2F2"/>
          </w:tcPr>
          <w:p w:rsidR="001654B1" w:rsidRPr="00B551DE" w:rsidRDefault="001654B1" w:rsidP="00F63F2F">
            <w:pPr>
              <w:rPr>
                <w:sz w:val="28"/>
                <w:szCs w:val="28"/>
              </w:rPr>
            </w:pPr>
            <w:r w:rsidRPr="00B551DE">
              <w:rPr>
                <w:b/>
                <w:sz w:val="28"/>
                <w:szCs w:val="28"/>
              </w:rPr>
              <w:t>RNK- Rezultatet e të nxënit për kompetencat kryesore të shkallës që synohen të arrihen përmes shtjellimit të temës/ve:</w:t>
            </w:r>
          </w:p>
        </w:tc>
      </w:tr>
      <w:tr w:rsidR="001654B1" w:rsidRPr="00B62707" w:rsidTr="00F63F2F">
        <w:tc>
          <w:tcPr>
            <w:tcW w:w="14458" w:type="dxa"/>
            <w:gridSpan w:val="12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16D86" w:rsidRDefault="005908B1">
            <w:r w:rsidRPr="005908B1">
              <w:rPr>
                <w:rFonts w:ascii="Arial" w:eastAsia="Arial" w:hAnsi="Arial"/>
                <w:b/>
                <w:sz w:val="18"/>
              </w:rPr>
              <w:t xml:space="preserve">TEMA 5, 6 dhe 7:  </w:t>
            </w:r>
            <w:r w:rsidR="00000000">
              <w:rPr>
                <w:rFonts w:ascii="Arial" w:eastAsia="Arial" w:hAnsi="Arial"/>
                <w:b/>
                <w:sz w:val="18"/>
              </w:rPr>
              <w:t>I.3, I.4, I.5, I.6; II.1, II.2, II.4, II.5, II.6, II.7; III.1, III.2, III.4, III.5, III.6, III.7.</w:t>
            </w:r>
          </w:p>
        </w:tc>
      </w:tr>
      <w:tr w:rsidR="001654B1" w:rsidRPr="00B62707" w:rsidTr="00F63F2F">
        <w:tc>
          <w:tcPr>
            <w:tcW w:w="14458" w:type="dxa"/>
            <w:gridSpan w:val="12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F2F2F2"/>
          </w:tcPr>
          <w:p w:rsidR="001654B1" w:rsidRPr="00280E86" w:rsidRDefault="001654B1" w:rsidP="00F63F2F">
            <w:pPr>
              <w:rPr>
                <w:sz w:val="28"/>
                <w:szCs w:val="28"/>
                <w:lang w:val="en-US"/>
              </w:rPr>
            </w:pPr>
            <w:r w:rsidRPr="00280E86">
              <w:rPr>
                <w:b/>
                <w:sz w:val="28"/>
                <w:szCs w:val="28"/>
                <w:lang w:val="en-US"/>
              </w:rPr>
              <w:t xml:space="preserve">RNF- </w:t>
            </w:r>
            <w:proofErr w:type="spellStart"/>
            <w:r w:rsidRPr="00280E86">
              <w:rPr>
                <w:b/>
                <w:sz w:val="28"/>
                <w:szCs w:val="28"/>
                <w:lang w:val="en-US"/>
              </w:rPr>
              <w:t>Rezultatet</w:t>
            </w:r>
            <w:proofErr w:type="spellEnd"/>
            <w:r w:rsidRPr="00280E86">
              <w:rPr>
                <w:b/>
                <w:sz w:val="28"/>
                <w:szCs w:val="28"/>
                <w:lang w:val="en-US"/>
              </w:rPr>
              <w:t xml:space="preserve"> e </w:t>
            </w:r>
            <w:proofErr w:type="spellStart"/>
            <w:r w:rsidRPr="00280E86">
              <w:rPr>
                <w:b/>
                <w:sz w:val="28"/>
                <w:szCs w:val="28"/>
                <w:lang w:val="en-US"/>
              </w:rPr>
              <w:t>të</w:t>
            </w:r>
            <w:proofErr w:type="spellEnd"/>
            <w:r w:rsidRPr="00280E86">
              <w:rPr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80E86">
              <w:rPr>
                <w:b/>
                <w:sz w:val="28"/>
                <w:szCs w:val="28"/>
                <w:lang w:val="en-US"/>
              </w:rPr>
              <w:t>nxënit</w:t>
            </w:r>
            <w:proofErr w:type="spellEnd"/>
            <w:r w:rsidRPr="00280E86">
              <w:rPr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80E86">
              <w:rPr>
                <w:b/>
                <w:sz w:val="28"/>
                <w:szCs w:val="28"/>
                <w:lang w:val="en-US"/>
              </w:rPr>
              <w:t>të</w:t>
            </w:r>
            <w:proofErr w:type="spellEnd"/>
            <w:r w:rsidRPr="00280E86">
              <w:rPr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80E86">
              <w:rPr>
                <w:b/>
                <w:sz w:val="28"/>
                <w:szCs w:val="28"/>
                <w:lang w:val="en-US"/>
              </w:rPr>
              <w:t>fushës</w:t>
            </w:r>
            <w:proofErr w:type="spellEnd"/>
            <w:r w:rsidRPr="00280E86">
              <w:rPr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80E86">
              <w:rPr>
                <w:b/>
                <w:sz w:val="28"/>
                <w:szCs w:val="28"/>
                <w:lang w:val="en-US"/>
              </w:rPr>
              <w:t>kurrikulare</w:t>
            </w:r>
            <w:proofErr w:type="spellEnd"/>
            <w:r w:rsidRPr="00280E86">
              <w:rPr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80E86">
              <w:rPr>
                <w:b/>
                <w:sz w:val="28"/>
                <w:szCs w:val="28"/>
                <w:lang w:val="en-US"/>
              </w:rPr>
              <w:t>të</w:t>
            </w:r>
            <w:proofErr w:type="spellEnd"/>
            <w:r w:rsidRPr="00280E86">
              <w:rPr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80E86">
              <w:rPr>
                <w:b/>
                <w:sz w:val="28"/>
                <w:szCs w:val="28"/>
                <w:lang w:val="en-US"/>
              </w:rPr>
              <w:t>shkallës</w:t>
            </w:r>
            <w:proofErr w:type="spellEnd"/>
            <w:r w:rsidRPr="00280E86">
              <w:rPr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80E86">
              <w:rPr>
                <w:b/>
                <w:sz w:val="28"/>
                <w:szCs w:val="28"/>
                <w:lang w:val="en-US"/>
              </w:rPr>
              <w:t>që</w:t>
            </w:r>
            <w:proofErr w:type="spellEnd"/>
            <w:r w:rsidRPr="00280E86">
              <w:rPr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80E86">
              <w:rPr>
                <w:b/>
                <w:sz w:val="28"/>
                <w:szCs w:val="28"/>
                <w:lang w:val="en-US"/>
              </w:rPr>
              <w:t>synohen</w:t>
            </w:r>
            <w:proofErr w:type="spellEnd"/>
            <w:r w:rsidRPr="00280E86">
              <w:rPr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80E86">
              <w:rPr>
                <w:b/>
                <w:sz w:val="28"/>
                <w:szCs w:val="28"/>
                <w:lang w:val="en-US"/>
              </w:rPr>
              <w:t>të</w:t>
            </w:r>
            <w:proofErr w:type="spellEnd"/>
            <w:r w:rsidRPr="00280E86">
              <w:rPr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80E86">
              <w:rPr>
                <w:b/>
                <w:sz w:val="28"/>
                <w:szCs w:val="28"/>
                <w:lang w:val="en-US"/>
              </w:rPr>
              <w:t>arrihen</w:t>
            </w:r>
            <w:proofErr w:type="spellEnd"/>
            <w:r w:rsidRPr="00280E86">
              <w:rPr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80E86">
              <w:rPr>
                <w:b/>
                <w:sz w:val="28"/>
                <w:szCs w:val="28"/>
                <w:lang w:val="en-US"/>
              </w:rPr>
              <w:t>përmes</w:t>
            </w:r>
            <w:proofErr w:type="spellEnd"/>
            <w:r w:rsidRPr="00280E86">
              <w:rPr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80E86">
              <w:rPr>
                <w:b/>
                <w:sz w:val="28"/>
                <w:szCs w:val="28"/>
                <w:lang w:val="en-US"/>
              </w:rPr>
              <w:t>shtjellimit</w:t>
            </w:r>
            <w:proofErr w:type="spellEnd"/>
            <w:r w:rsidRPr="00280E86">
              <w:rPr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80E86">
              <w:rPr>
                <w:b/>
                <w:sz w:val="28"/>
                <w:szCs w:val="28"/>
                <w:lang w:val="en-US"/>
              </w:rPr>
              <w:t>të</w:t>
            </w:r>
            <w:proofErr w:type="spellEnd"/>
            <w:r w:rsidRPr="00280E86">
              <w:rPr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80E86">
              <w:rPr>
                <w:b/>
                <w:sz w:val="28"/>
                <w:szCs w:val="28"/>
                <w:lang w:val="en-US"/>
              </w:rPr>
              <w:t>temës</w:t>
            </w:r>
            <w:proofErr w:type="spellEnd"/>
            <w:r w:rsidRPr="00280E86">
              <w:rPr>
                <w:b/>
                <w:sz w:val="28"/>
                <w:szCs w:val="28"/>
                <w:lang w:val="en-US"/>
              </w:rPr>
              <w:t>/</w:t>
            </w:r>
            <w:proofErr w:type="spellStart"/>
            <w:r w:rsidRPr="00280E86">
              <w:rPr>
                <w:b/>
                <w:sz w:val="28"/>
                <w:szCs w:val="28"/>
                <w:lang w:val="en-US"/>
              </w:rPr>
              <w:t>ve</w:t>
            </w:r>
            <w:proofErr w:type="spellEnd"/>
            <w:r w:rsidRPr="00280E86">
              <w:rPr>
                <w:b/>
                <w:sz w:val="28"/>
                <w:szCs w:val="28"/>
                <w:lang w:val="en-US"/>
              </w:rPr>
              <w:t>:</w:t>
            </w:r>
          </w:p>
        </w:tc>
      </w:tr>
      <w:tr w:rsidR="001654B1" w:rsidRPr="00B62707" w:rsidTr="00F63F2F">
        <w:tc>
          <w:tcPr>
            <w:tcW w:w="14458" w:type="dxa"/>
            <w:gridSpan w:val="12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B551DE" w:rsidRDefault="00B551DE">
            <w:pPr>
              <w:rPr>
                <w:rFonts w:ascii="Arial" w:eastAsia="Arial" w:hAnsi="Arial"/>
                <w:sz w:val="18"/>
              </w:rPr>
            </w:pPr>
          </w:p>
          <w:p w:rsidR="00B551DE" w:rsidRDefault="00B551DE">
            <w:pPr>
              <w:rPr>
                <w:rFonts w:ascii="Arial" w:eastAsia="Arial" w:hAnsi="Arial"/>
                <w:sz w:val="18"/>
              </w:rPr>
            </w:pPr>
          </w:p>
          <w:p w:rsidR="00B551DE" w:rsidRDefault="00B551DE">
            <w:pPr>
              <w:rPr>
                <w:rFonts w:ascii="Arial" w:eastAsia="Arial" w:hAnsi="Arial"/>
                <w:sz w:val="18"/>
              </w:rPr>
            </w:pPr>
          </w:p>
          <w:p w:rsidR="00516D86" w:rsidRDefault="00000000">
            <w:r>
              <w:rPr>
                <w:rFonts w:ascii="Arial" w:eastAsia="Arial" w:hAnsi="Arial"/>
                <w:sz w:val="18"/>
              </w:rPr>
              <w:t>1.1; 1.2; 1.3; 2.1; 2.2; 2.3; 2.4; 3.2; 3.4; 3.5; 4.2; 5.1; 6.1; 6.2; 7.1; 8.1; 8.2.</w:t>
            </w:r>
          </w:p>
        </w:tc>
      </w:tr>
      <w:tr w:rsidR="001654B1" w:rsidRPr="009E1A94" w:rsidTr="00F63F2F">
        <w:trPr>
          <w:tblHeader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:rsidR="001654B1" w:rsidRPr="00643454" w:rsidRDefault="001654B1" w:rsidP="00F63F2F">
            <w:pPr>
              <w:jc w:val="center"/>
              <w:rPr>
                <w:b/>
                <w:bCs/>
                <w:sz w:val="20"/>
                <w:szCs w:val="20"/>
              </w:rPr>
            </w:pPr>
            <w:r w:rsidRPr="00643454">
              <w:rPr>
                <w:b/>
                <w:bCs/>
                <w:sz w:val="20"/>
                <w:szCs w:val="20"/>
              </w:rPr>
              <w:t>Tema-t mësimore</w:t>
            </w:r>
          </w:p>
        </w:tc>
        <w:tc>
          <w:tcPr>
            <w:tcW w:w="258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:rsidR="001654B1" w:rsidRPr="00643454" w:rsidRDefault="001654B1" w:rsidP="00F63F2F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  <w:proofErr w:type="spellStart"/>
            <w:r w:rsidRPr="00643454">
              <w:rPr>
                <w:b/>
                <w:bCs/>
                <w:sz w:val="20"/>
                <w:szCs w:val="20"/>
                <w:lang w:val="de-DE"/>
              </w:rPr>
              <w:t>Rezultatet</w:t>
            </w:r>
            <w:proofErr w:type="spellEnd"/>
            <w:r w:rsidRPr="00643454">
              <w:rPr>
                <w:b/>
                <w:bCs/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643454">
              <w:rPr>
                <w:b/>
                <w:bCs/>
                <w:sz w:val="20"/>
                <w:szCs w:val="20"/>
                <w:lang w:val="de-DE"/>
              </w:rPr>
              <w:t>të</w:t>
            </w:r>
            <w:proofErr w:type="spellEnd"/>
            <w:r w:rsidRPr="00643454">
              <w:rPr>
                <w:b/>
                <w:b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643454">
              <w:rPr>
                <w:b/>
                <w:bCs/>
                <w:sz w:val="20"/>
                <w:szCs w:val="20"/>
                <w:lang w:val="de-DE"/>
              </w:rPr>
              <w:t>nxënit</w:t>
            </w:r>
            <w:proofErr w:type="spellEnd"/>
            <w:r w:rsidRPr="00643454">
              <w:rPr>
                <w:b/>
                <w:b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643454">
              <w:rPr>
                <w:b/>
                <w:bCs/>
                <w:sz w:val="20"/>
                <w:szCs w:val="20"/>
                <w:lang w:val="de-DE"/>
              </w:rPr>
              <w:t>për</w:t>
            </w:r>
            <w:proofErr w:type="spellEnd"/>
            <w:r w:rsidRPr="00643454">
              <w:rPr>
                <w:b/>
                <w:b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643454">
              <w:rPr>
                <w:b/>
                <w:bCs/>
                <w:sz w:val="20"/>
                <w:szCs w:val="20"/>
                <w:lang w:val="de-DE"/>
              </w:rPr>
              <w:t>tema</w:t>
            </w:r>
            <w:proofErr w:type="spellEnd"/>
            <w:r w:rsidRPr="00643454">
              <w:rPr>
                <w:b/>
                <w:b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643454">
              <w:rPr>
                <w:b/>
                <w:bCs/>
                <w:sz w:val="20"/>
                <w:szCs w:val="20"/>
                <w:lang w:val="de-DE"/>
              </w:rPr>
              <w:t>mësimore</w:t>
            </w:r>
            <w:proofErr w:type="spellEnd"/>
          </w:p>
          <w:p w:rsidR="001654B1" w:rsidRPr="00643454" w:rsidRDefault="001654B1" w:rsidP="00F63F2F">
            <w:pPr>
              <w:jc w:val="center"/>
              <w:rPr>
                <w:b/>
                <w:bCs/>
                <w:sz w:val="20"/>
                <w:szCs w:val="20"/>
              </w:rPr>
            </w:pPr>
            <w:r w:rsidRPr="00643454">
              <w:rPr>
                <w:b/>
                <w:bCs/>
                <w:sz w:val="20"/>
                <w:szCs w:val="20"/>
                <w:shd w:val="clear" w:color="auto" w:fill="E0E0E0"/>
              </w:rPr>
              <w:t>RNL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:rsidR="001654B1" w:rsidRPr="00643454" w:rsidRDefault="001654B1" w:rsidP="00F63F2F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643454">
              <w:rPr>
                <w:b/>
                <w:bCs/>
                <w:sz w:val="20"/>
                <w:szCs w:val="20"/>
              </w:rPr>
              <w:t>Njësitë</w:t>
            </w:r>
            <w:proofErr w:type="spellEnd"/>
            <w:r w:rsidRPr="00643454">
              <w:rPr>
                <w:b/>
                <w:bCs/>
                <w:sz w:val="20"/>
                <w:szCs w:val="20"/>
              </w:rPr>
              <w:t xml:space="preserve"> </w:t>
            </w:r>
          </w:p>
          <w:p w:rsidR="001654B1" w:rsidRPr="00643454" w:rsidRDefault="001654B1" w:rsidP="00F63F2F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643454">
              <w:rPr>
                <w:b/>
                <w:bCs/>
                <w:sz w:val="20"/>
                <w:szCs w:val="20"/>
              </w:rPr>
              <w:t>Mësimore</w:t>
            </w:r>
            <w:proofErr w:type="spellEnd"/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  <w:textDirection w:val="btLr"/>
          </w:tcPr>
          <w:p w:rsidR="001654B1" w:rsidRPr="00643454" w:rsidRDefault="001654B1" w:rsidP="00F63F2F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643454">
              <w:rPr>
                <w:b/>
                <w:bCs/>
                <w:sz w:val="20"/>
                <w:szCs w:val="20"/>
              </w:rPr>
              <w:t xml:space="preserve">Koha e </w:t>
            </w:r>
            <w:proofErr w:type="spellStart"/>
            <w:r w:rsidRPr="00643454">
              <w:rPr>
                <w:b/>
                <w:bCs/>
                <w:sz w:val="20"/>
                <w:szCs w:val="20"/>
              </w:rPr>
              <w:t>mësimore</w:t>
            </w:r>
            <w:proofErr w:type="spellEnd"/>
            <w:r w:rsidRPr="00643454">
              <w:rPr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643454">
              <w:rPr>
                <w:b/>
                <w:bCs/>
                <w:sz w:val="20"/>
                <w:szCs w:val="20"/>
              </w:rPr>
              <w:t>orë</w:t>
            </w:r>
            <w:proofErr w:type="spellEnd"/>
            <w:r w:rsidRPr="00643454">
              <w:rPr>
                <w:b/>
                <w:bCs/>
                <w:sz w:val="20"/>
                <w:szCs w:val="20"/>
              </w:rPr>
              <w:t xml:space="preserve">) </w:t>
            </w:r>
            <w:proofErr w:type="spellStart"/>
            <w:r w:rsidRPr="00643454">
              <w:rPr>
                <w:b/>
                <w:bCs/>
                <w:sz w:val="20"/>
                <w:szCs w:val="20"/>
              </w:rPr>
              <w:t>mësimore</w:t>
            </w:r>
            <w:proofErr w:type="spellEnd"/>
            <w:r w:rsidRPr="00643454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:rsidR="001654B1" w:rsidRPr="00643454" w:rsidRDefault="001654B1" w:rsidP="00F63F2F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643454">
              <w:rPr>
                <w:b/>
                <w:bCs/>
                <w:sz w:val="20"/>
                <w:szCs w:val="20"/>
              </w:rPr>
              <w:t>Metodologjia</w:t>
            </w:r>
            <w:proofErr w:type="spellEnd"/>
            <w:r w:rsidRPr="00643454">
              <w:rPr>
                <w:b/>
                <w:bCs/>
                <w:sz w:val="20"/>
                <w:szCs w:val="20"/>
              </w:rPr>
              <w:t xml:space="preserve">  e </w:t>
            </w:r>
            <w:proofErr w:type="spellStart"/>
            <w:r w:rsidRPr="00643454">
              <w:rPr>
                <w:b/>
                <w:bCs/>
                <w:sz w:val="20"/>
                <w:szCs w:val="20"/>
              </w:rPr>
              <w:t>mësimdhënies</w:t>
            </w:r>
            <w:proofErr w:type="spellEnd"/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:rsidR="001654B1" w:rsidRPr="00643454" w:rsidRDefault="001654B1" w:rsidP="00F63F2F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643454">
              <w:rPr>
                <w:b/>
                <w:bCs/>
                <w:sz w:val="20"/>
                <w:szCs w:val="20"/>
              </w:rPr>
              <w:t>Metodologjia</w:t>
            </w:r>
            <w:proofErr w:type="spellEnd"/>
            <w:r w:rsidRPr="00643454">
              <w:rPr>
                <w:b/>
                <w:bCs/>
                <w:sz w:val="20"/>
                <w:szCs w:val="20"/>
              </w:rPr>
              <w:t xml:space="preserve">  e </w:t>
            </w:r>
            <w:proofErr w:type="spellStart"/>
            <w:r w:rsidRPr="00643454">
              <w:rPr>
                <w:b/>
                <w:bCs/>
                <w:sz w:val="20"/>
                <w:szCs w:val="20"/>
              </w:rPr>
              <w:t>vlerësimit</w:t>
            </w:r>
            <w:proofErr w:type="spellEnd"/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:rsidR="001654B1" w:rsidRPr="00643454" w:rsidRDefault="001654B1" w:rsidP="00F63F2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643454">
              <w:rPr>
                <w:b/>
                <w:sz w:val="20"/>
                <w:szCs w:val="20"/>
              </w:rPr>
              <w:t>Ndërlidhja</w:t>
            </w:r>
            <w:proofErr w:type="spellEnd"/>
            <w:r w:rsidRPr="00643454">
              <w:rPr>
                <w:b/>
                <w:sz w:val="20"/>
                <w:szCs w:val="20"/>
              </w:rPr>
              <w:t xml:space="preserve"> me </w:t>
            </w:r>
            <w:proofErr w:type="spellStart"/>
            <w:r w:rsidRPr="00643454">
              <w:rPr>
                <w:b/>
                <w:sz w:val="20"/>
                <w:szCs w:val="20"/>
              </w:rPr>
              <w:t>lëndë</w:t>
            </w:r>
            <w:proofErr w:type="spellEnd"/>
            <w:r w:rsidRPr="0064345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43454">
              <w:rPr>
                <w:b/>
                <w:sz w:val="20"/>
                <w:szCs w:val="20"/>
              </w:rPr>
              <w:t>tjera</w:t>
            </w:r>
            <w:proofErr w:type="spellEnd"/>
            <w:r w:rsidRPr="0064345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43454">
              <w:rPr>
                <w:b/>
                <w:sz w:val="20"/>
                <w:szCs w:val="20"/>
              </w:rPr>
              <w:t>mësimore</w:t>
            </w:r>
            <w:proofErr w:type="spellEnd"/>
            <w:r w:rsidRPr="00643454">
              <w:rPr>
                <w:b/>
                <w:sz w:val="20"/>
                <w:szCs w:val="20"/>
              </w:rPr>
              <w:t xml:space="preserve">, me  </w:t>
            </w:r>
            <w:proofErr w:type="spellStart"/>
            <w:r w:rsidRPr="00643454">
              <w:rPr>
                <w:b/>
                <w:sz w:val="20"/>
                <w:szCs w:val="20"/>
              </w:rPr>
              <w:t>çështjet</w:t>
            </w:r>
            <w:proofErr w:type="spellEnd"/>
            <w:r w:rsidRPr="0064345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43454">
              <w:rPr>
                <w:b/>
                <w:sz w:val="20"/>
                <w:szCs w:val="20"/>
              </w:rPr>
              <w:t>ndërkurrikulare</w:t>
            </w:r>
            <w:proofErr w:type="spellEnd"/>
            <w:r w:rsidRPr="00643454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:rsidR="001654B1" w:rsidRPr="00643454" w:rsidRDefault="001654B1" w:rsidP="00F63F2F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643454">
              <w:rPr>
                <w:b/>
                <w:bCs/>
                <w:sz w:val="20"/>
                <w:szCs w:val="20"/>
              </w:rPr>
              <w:t>Burimet</w:t>
            </w:r>
            <w:proofErr w:type="spellEnd"/>
          </w:p>
        </w:tc>
      </w:tr>
      <w:tr w:rsidR="001654B1" w:rsidRPr="00B62707" w:rsidTr="00F63F2F">
        <w:tc>
          <w:tcPr>
            <w:tcW w:w="15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16D86" w:rsidRPr="00643454" w:rsidRDefault="00000000">
            <w:pPr>
              <w:rPr>
                <w:rFonts w:eastAsia="Arial"/>
                <w:b/>
                <w:sz w:val="20"/>
                <w:szCs w:val="20"/>
              </w:rPr>
            </w:pPr>
            <w:r w:rsidRPr="00643454">
              <w:rPr>
                <w:rFonts w:eastAsia="Arial"/>
                <w:b/>
                <w:sz w:val="20"/>
                <w:szCs w:val="20"/>
              </w:rPr>
              <w:t>5. Proporcionaliteti</w:t>
            </w:r>
          </w:p>
          <w:p w:rsidR="00643454" w:rsidRPr="00643454" w:rsidRDefault="00643454">
            <w:pPr>
              <w:rPr>
                <w:rFonts w:eastAsia="Arial"/>
                <w:b/>
                <w:sz w:val="20"/>
                <w:szCs w:val="20"/>
              </w:rPr>
            </w:pPr>
          </w:p>
          <w:p w:rsidR="00643454" w:rsidRDefault="00643454">
            <w:pPr>
              <w:rPr>
                <w:rFonts w:eastAsia="Arial"/>
                <w:b/>
                <w:sz w:val="20"/>
                <w:szCs w:val="20"/>
              </w:rPr>
            </w:pPr>
          </w:p>
          <w:p w:rsidR="00C644E4" w:rsidRDefault="00C644E4">
            <w:pPr>
              <w:rPr>
                <w:rFonts w:eastAsia="Arial"/>
                <w:b/>
                <w:sz w:val="20"/>
                <w:szCs w:val="20"/>
              </w:rPr>
            </w:pPr>
          </w:p>
          <w:p w:rsidR="00C644E4" w:rsidRDefault="00C644E4">
            <w:pPr>
              <w:rPr>
                <w:rFonts w:eastAsia="Arial"/>
                <w:b/>
                <w:sz w:val="20"/>
                <w:szCs w:val="20"/>
              </w:rPr>
            </w:pPr>
          </w:p>
          <w:p w:rsidR="00C644E4" w:rsidRDefault="00C644E4">
            <w:pPr>
              <w:rPr>
                <w:rFonts w:eastAsia="Arial"/>
                <w:b/>
                <w:sz w:val="20"/>
                <w:szCs w:val="20"/>
              </w:rPr>
            </w:pPr>
          </w:p>
          <w:p w:rsidR="00C644E4" w:rsidRDefault="00C644E4">
            <w:pPr>
              <w:rPr>
                <w:rFonts w:eastAsia="Arial"/>
                <w:b/>
                <w:sz w:val="20"/>
                <w:szCs w:val="20"/>
              </w:rPr>
            </w:pPr>
          </w:p>
          <w:p w:rsidR="00C644E4" w:rsidRDefault="00C644E4">
            <w:pPr>
              <w:rPr>
                <w:rFonts w:eastAsia="Arial"/>
                <w:b/>
                <w:sz w:val="20"/>
                <w:szCs w:val="20"/>
              </w:rPr>
            </w:pPr>
          </w:p>
          <w:p w:rsidR="00C644E4" w:rsidRDefault="00C644E4">
            <w:pPr>
              <w:rPr>
                <w:rFonts w:eastAsia="Arial"/>
                <w:b/>
                <w:sz w:val="20"/>
                <w:szCs w:val="20"/>
              </w:rPr>
            </w:pPr>
          </w:p>
          <w:p w:rsidR="00C644E4" w:rsidRDefault="00C644E4">
            <w:pPr>
              <w:rPr>
                <w:rFonts w:eastAsia="Arial"/>
                <w:b/>
                <w:sz w:val="20"/>
                <w:szCs w:val="20"/>
              </w:rPr>
            </w:pPr>
          </w:p>
          <w:p w:rsidR="00C644E4" w:rsidRDefault="00C644E4">
            <w:pPr>
              <w:rPr>
                <w:rFonts w:eastAsia="Arial"/>
                <w:b/>
                <w:sz w:val="20"/>
                <w:szCs w:val="20"/>
              </w:rPr>
            </w:pPr>
          </w:p>
          <w:p w:rsidR="00C644E4" w:rsidRDefault="00C644E4">
            <w:pPr>
              <w:rPr>
                <w:rFonts w:eastAsia="Arial"/>
                <w:b/>
                <w:sz w:val="20"/>
                <w:szCs w:val="20"/>
              </w:rPr>
            </w:pPr>
          </w:p>
          <w:p w:rsidR="00C644E4" w:rsidRDefault="00C644E4">
            <w:pPr>
              <w:rPr>
                <w:rFonts w:eastAsia="Arial"/>
                <w:b/>
                <w:sz w:val="20"/>
                <w:szCs w:val="20"/>
              </w:rPr>
            </w:pPr>
          </w:p>
          <w:p w:rsidR="00C644E4" w:rsidRDefault="00C644E4">
            <w:pPr>
              <w:rPr>
                <w:rFonts w:eastAsia="Arial"/>
                <w:b/>
                <w:sz w:val="20"/>
                <w:szCs w:val="20"/>
              </w:rPr>
            </w:pPr>
          </w:p>
          <w:p w:rsidR="00C644E4" w:rsidRDefault="00C644E4">
            <w:pPr>
              <w:rPr>
                <w:rFonts w:eastAsia="Arial"/>
                <w:b/>
                <w:sz w:val="20"/>
                <w:szCs w:val="20"/>
              </w:rPr>
            </w:pPr>
          </w:p>
          <w:p w:rsidR="00C644E4" w:rsidRDefault="00C644E4">
            <w:pPr>
              <w:rPr>
                <w:rFonts w:eastAsia="Arial"/>
                <w:b/>
                <w:sz w:val="20"/>
                <w:szCs w:val="20"/>
              </w:rPr>
            </w:pPr>
          </w:p>
          <w:p w:rsidR="00C644E4" w:rsidRDefault="00C644E4">
            <w:pPr>
              <w:rPr>
                <w:rFonts w:eastAsia="Arial"/>
                <w:b/>
                <w:sz w:val="20"/>
                <w:szCs w:val="20"/>
              </w:rPr>
            </w:pPr>
          </w:p>
          <w:p w:rsidR="00C644E4" w:rsidRDefault="00C644E4">
            <w:pPr>
              <w:rPr>
                <w:rFonts w:eastAsia="Arial"/>
                <w:b/>
                <w:sz w:val="20"/>
                <w:szCs w:val="20"/>
              </w:rPr>
            </w:pPr>
          </w:p>
          <w:p w:rsidR="00C644E4" w:rsidRDefault="00C644E4">
            <w:pPr>
              <w:rPr>
                <w:rFonts w:eastAsia="Arial"/>
                <w:b/>
                <w:sz w:val="20"/>
                <w:szCs w:val="20"/>
              </w:rPr>
            </w:pPr>
          </w:p>
          <w:p w:rsidR="00C644E4" w:rsidRDefault="00C644E4">
            <w:pPr>
              <w:rPr>
                <w:rFonts w:eastAsia="Arial"/>
                <w:b/>
                <w:sz w:val="20"/>
                <w:szCs w:val="20"/>
              </w:rPr>
            </w:pPr>
          </w:p>
          <w:p w:rsidR="00C644E4" w:rsidRDefault="00C644E4">
            <w:pPr>
              <w:rPr>
                <w:rFonts w:eastAsia="Arial"/>
                <w:b/>
                <w:sz w:val="20"/>
                <w:szCs w:val="20"/>
              </w:rPr>
            </w:pPr>
          </w:p>
          <w:p w:rsidR="00C644E4" w:rsidRPr="00643454" w:rsidRDefault="00C644E4">
            <w:pPr>
              <w:rPr>
                <w:rFonts w:eastAsia="Arial"/>
                <w:b/>
                <w:sz w:val="20"/>
                <w:szCs w:val="20"/>
              </w:rPr>
            </w:pPr>
          </w:p>
          <w:p w:rsidR="00643454" w:rsidRPr="00643454" w:rsidRDefault="00643454">
            <w:pPr>
              <w:rPr>
                <w:sz w:val="20"/>
                <w:szCs w:val="20"/>
              </w:rPr>
            </w:pPr>
          </w:p>
          <w:p w:rsidR="00516D86" w:rsidRPr="00643454" w:rsidRDefault="00000000">
            <w:pPr>
              <w:rPr>
                <w:rFonts w:eastAsia="Arial"/>
                <w:b/>
                <w:sz w:val="20"/>
                <w:szCs w:val="20"/>
              </w:rPr>
            </w:pPr>
            <w:r w:rsidRPr="00643454">
              <w:rPr>
                <w:rFonts w:eastAsia="Arial"/>
                <w:b/>
                <w:sz w:val="20"/>
                <w:szCs w:val="20"/>
              </w:rPr>
              <w:t>6. Ekuacionet lineare me dy ndryshore dhe sistemet e tyre</w:t>
            </w:r>
          </w:p>
          <w:p w:rsidR="00643454" w:rsidRPr="00643454" w:rsidRDefault="00643454">
            <w:pPr>
              <w:rPr>
                <w:rFonts w:eastAsia="Arial"/>
                <w:b/>
                <w:sz w:val="20"/>
                <w:szCs w:val="20"/>
              </w:rPr>
            </w:pPr>
          </w:p>
          <w:p w:rsidR="00643454" w:rsidRDefault="00643454">
            <w:pPr>
              <w:rPr>
                <w:rFonts w:eastAsia="Arial"/>
                <w:b/>
                <w:sz w:val="20"/>
                <w:szCs w:val="20"/>
              </w:rPr>
            </w:pPr>
          </w:p>
          <w:p w:rsidR="00C644E4" w:rsidRDefault="00C644E4">
            <w:pPr>
              <w:rPr>
                <w:rFonts w:eastAsia="Arial"/>
                <w:b/>
                <w:sz w:val="20"/>
                <w:szCs w:val="20"/>
              </w:rPr>
            </w:pPr>
          </w:p>
          <w:p w:rsidR="00C644E4" w:rsidRDefault="00C644E4">
            <w:pPr>
              <w:rPr>
                <w:rFonts w:eastAsia="Arial"/>
                <w:b/>
                <w:sz w:val="20"/>
                <w:szCs w:val="20"/>
              </w:rPr>
            </w:pPr>
          </w:p>
          <w:p w:rsidR="00C644E4" w:rsidRDefault="00C644E4">
            <w:pPr>
              <w:rPr>
                <w:rFonts w:eastAsia="Arial"/>
                <w:b/>
                <w:sz w:val="20"/>
                <w:szCs w:val="20"/>
              </w:rPr>
            </w:pPr>
          </w:p>
          <w:p w:rsidR="00C644E4" w:rsidRDefault="00C644E4">
            <w:pPr>
              <w:rPr>
                <w:rFonts w:eastAsia="Arial"/>
                <w:b/>
                <w:sz w:val="20"/>
                <w:szCs w:val="20"/>
              </w:rPr>
            </w:pPr>
          </w:p>
          <w:p w:rsidR="00C644E4" w:rsidRDefault="00C644E4">
            <w:pPr>
              <w:rPr>
                <w:rFonts w:eastAsia="Arial"/>
                <w:b/>
                <w:sz w:val="20"/>
                <w:szCs w:val="20"/>
              </w:rPr>
            </w:pPr>
          </w:p>
          <w:p w:rsidR="00C644E4" w:rsidRDefault="00C644E4">
            <w:pPr>
              <w:rPr>
                <w:rFonts w:eastAsia="Arial"/>
                <w:b/>
                <w:sz w:val="20"/>
                <w:szCs w:val="20"/>
              </w:rPr>
            </w:pPr>
          </w:p>
          <w:p w:rsidR="00C644E4" w:rsidRDefault="00C644E4">
            <w:pPr>
              <w:rPr>
                <w:rFonts w:eastAsia="Arial"/>
                <w:b/>
                <w:sz w:val="20"/>
                <w:szCs w:val="20"/>
              </w:rPr>
            </w:pPr>
          </w:p>
          <w:p w:rsidR="00C644E4" w:rsidRDefault="00C644E4">
            <w:pPr>
              <w:rPr>
                <w:rFonts w:eastAsia="Arial"/>
                <w:b/>
                <w:sz w:val="20"/>
                <w:szCs w:val="20"/>
              </w:rPr>
            </w:pPr>
          </w:p>
          <w:p w:rsidR="00C644E4" w:rsidRDefault="00C644E4">
            <w:pPr>
              <w:rPr>
                <w:rFonts w:eastAsia="Arial"/>
                <w:b/>
                <w:sz w:val="20"/>
                <w:szCs w:val="20"/>
              </w:rPr>
            </w:pPr>
          </w:p>
          <w:p w:rsidR="00C644E4" w:rsidRDefault="00C644E4">
            <w:pPr>
              <w:rPr>
                <w:rFonts w:eastAsia="Arial"/>
                <w:b/>
                <w:sz w:val="20"/>
                <w:szCs w:val="20"/>
              </w:rPr>
            </w:pPr>
          </w:p>
          <w:p w:rsidR="00C644E4" w:rsidRDefault="00C644E4">
            <w:pPr>
              <w:rPr>
                <w:rFonts w:eastAsia="Arial"/>
                <w:b/>
                <w:sz w:val="20"/>
                <w:szCs w:val="20"/>
              </w:rPr>
            </w:pPr>
          </w:p>
          <w:p w:rsidR="00C644E4" w:rsidRDefault="00C644E4">
            <w:pPr>
              <w:rPr>
                <w:rFonts w:eastAsia="Arial"/>
                <w:b/>
                <w:sz w:val="20"/>
                <w:szCs w:val="20"/>
              </w:rPr>
            </w:pPr>
          </w:p>
          <w:p w:rsidR="00C644E4" w:rsidRDefault="00C644E4">
            <w:pPr>
              <w:rPr>
                <w:rFonts w:eastAsia="Arial"/>
                <w:b/>
                <w:sz w:val="20"/>
                <w:szCs w:val="20"/>
              </w:rPr>
            </w:pPr>
          </w:p>
          <w:p w:rsidR="00C644E4" w:rsidRDefault="00C644E4">
            <w:pPr>
              <w:rPr>
                <w:rFonts w:eastAsia="Arial"/>
                <w:b/>
                <w:sz w:val="20"/>
                <w:szCs w:val="20"/>
              </w:rPr>
            </w:pPr>
          </w:p>
          <w:p w:rsidR="00C644E4" w:rsidRDefault="00C644E4">
            <w:pPr>
              <w:rPr>
                <w:rFonts w:eastAsia="Arial"/>
                <w:b/>
                <w:sz w:val="20"/>
                <w:szCs w:val="20"/>
              </w:rPr>
            </w:pPr>
          </w:p>
          <w:p w:rsidR="00C644E4" w:rsidRDefault="00C644E4">
            <w:pPr>
              <w:rPr>
                <w:rFonts w:eastAsia="Arial"/>
                <w:b/>
                <w:sz w:val="20"/>
                <w:szCs w:val="20"/>
              </w:rPr>
            </w:pPr>
          </w:p>
          <w:p w:rsidR="00C644E4" w:rsidRDefault="00C644E4">
            <w:pPr>
              <w:rPr>
                <w:rFonts w:eastAsia="Arial"/>
                <w:b/>
                <w:sz w:val="20"/>
                <w:szCs w:val="20"/>
              </w:rPr>
            </w:pPr>
          </w:p>
          <w:p w:rsidR="00C644E4" w:rsidRDefault="00C644E4">
            <w:pPr>
              <w:rPr>
                <w:rFonts w:eastAsia="Arial"/>
                <w:b/>
                <w:sz w:val="20"/>
                <w:szCs w:val="20"/>
              </w:rPr>
            </w:pPr>
          </w:p>
          <w:p w:rsidR="00C644E4" w:rsidRDefault="00C644E4">
            <w:pPr>
              <w:rPr>
                <w:rFonts w:eastAsia="Arial"/>
                <w:b/>
                <w:sz w:val="20"/>
                <w:szCs w:val="20"/>
              </w:rPr>
            </w:pPr>
          </w:p>
          <w:p w:rsidR="00C644E4" w:rsidRDefault="00C644E4">
            <w:pPr>
              <w:rPr>
                <w:rFonts w:eastAsia="Arial"/>
                <w:b/>
                <w:sz w:val="20"/>
                <w:szCs w:val="20"/>
              </w:rPr>
            </w:pPr>
          </w:p>
          <w:p w:rsidR="00C644E4" w:rsidRPr="00643454" w:rsidRDefault="00C644E4">
            <w:pPr>
              <w:rPr>
                <w:rFonts w:eastAsia="Arial"/>
                <w:b/>
                <w:sz w:val="20"/>
                <w:szCs w:val="20"/>
              </w:rPr>
            </w:pPr>
          </w:p>
          <w:p w:rsidR="00643454" w:rsidRPr="00643454" w:rsidRDefault="00643454">
            <w:pPr>
              <w:rPr>
                <w:sz w:val="20"/>
                <w:szCs w:val="20"/>
              </w:rPr>
            </w:pPr>
          </w:p>
          <w:p w:rsidR="00516D86" w:rsidRPr="00643454" w:rsidRDefault="00000000">
            <w:pPr>
              <w:rPr>
                <w:rFonts w:eastAsia="Arial"/>
                <w:b/>
                <w:sz w:val="20"/>
                <w:szCs w:val="20"/>
              </w:rPr>
            </w:pPr>
            <w:r w:rsidRPr="00643454">
              <w:rPr>
                <w:rFonts w:eastAsia="Arial"/>
                <w:b/>
                <w:sz w:val="20"/>
                <w:szCs w:val="20"/>
              </w:rPr>
              <w:t>7. Vektorët</w:t>
            </w:r>
          </w:p>
          <w:p w:rsidR="00643454" w:rsidRPr="00643454" w:rsidRDefault="00643454">
            <w:pPr>
              <w:rPr>
                <w:rFonts w:eastAsia="Arial"/>
                <w:b/>
                <w:sz w:val="20"/>
                <w:szCs w:val="20"/>
              </w:rPr>
            </w:pPr>
          </w:p>
          <w:p w:rsidR="00643454" w:rsidRPr="00643454" w:rsidRDefault="00643454">
            <w:pPr>
              <w:rPr>
                <w:rFonts w:eastAsia="Arial"/>
                <w:b/>
                <w:sz w:val="20"/>
                <w:szCs w:val="20"/>
              </w:rPr>
            </w:pPr>
          </w:p>
          <w:p w:rsidR="00643454" w:rsidRPr="00643454" w:rsidRDefault="00643454">
            <w:pPr>
              <w:rPr>
                <w:rFonts w:eastAsia="Arial"/>
                <w:b/>
                <w:sz w:val="20"/>
                <w:szCs w:val="20"/>
              </w:rPr>
            </w:pPr>
          </w:p>
          <w:p w:rsidR="00643454" w:rsidRPr="00643454" w:rsidRDefault="00643454">
            <w:pPr>
              <w:rPr>
                <w:rFonts w:eastAsia="Arial"/>
                <w:b/>
                <w:sz w:val="20"/>
                <w:szCs w:val="20"/>
              </w:rPr>
            </w:pPr>
          </w:p>
          <w:p w:rsidR="00643454" w:rsidRDefault="00643454">
            <w:pPr>
              <w:rPr>
                <w:sz w:val="20"/>
                <w:szCs w:val="20"/>
              </w:rPr>
            </w:pPr>
          </w:p>
          <w:p w:rsidR="00C644E4" w:rsidRDefault="00C644E4">
            <w:pPr>
              <w:rPr>
                <w:sz w:val="20"/>
                <w:szCs w:val="20"/>
              </w:rPr>
            </w:pPr>
          </w:p>
          <w:p w:rsidR="00C644E4" w:rsidRDefault="00C644E4">
            <w:pPr>
              <w:rPr>
                <w:sz w:val="20"/>
                <w:szCs w:val="20"/>
              </w:rPr>
            </w:pPr>
          </w:p>
          <w:p w:rsidR="00C644E4" w:rsidRDefault="00C644E4">
            <w:pPr>
              <w:rPr>
                <w:sz w:val="20"/>
                <w:szCs w:val="20"/>
              </w:rPr>
            </w:pPr>
          </w:p>
          <w:p w:rsidR="00C644E4" w:rsidRPr="00643454" w:rsidRDefault="00C644E4">
            <w:pPr>
              <w:rPr>
                <w:sz w:val="20"/>
                <w:szCs w:val="20"/>
              </w:rPr>
            </w:pPr>
          </w:p>
          <w:p w:rsidR="00516D86" w:rsidRPr="00643454" w:rsidRDefault="00000000">
            <w:pPr>
              <w:rPr>
                <w:sz w:val="20"/>
                <w:szCs w:val="20"/>
              </w:rPr>
            </w:pPr>
            <w:r w:rsidRPr="00643454">
              <w:rPr>
                <w:rFonts w:eastAsia="Arial"/>
                <w:b/>
                <w:sz w:val="20"/>
                <w:szCs w:val="20"/>
              </w:rPr>
              <w:t>8. Ngjashmëria dhe homotetia</w:t>
            </w:r>
          </w:p>
        </w:tc>
        <w:tc>
          <w:tcPr>
            <w:tcW w:w="258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516D86" w:rsidRPr="00643454" w:rsidRDefault="00000000">
            <w:pPr>
              <w:rPr>
                <w:sz w:val="20"/>
                <w:szCs w:val="20"/>
                <w:lang w:val="en-US"/>
              </w:rPr>
            </w:pPr>
            <w:r w:rsidRPr="00643454">
              <w:rPr>
                <w:rFonts w:eastAsia="Arial"/>
                <w:sz w:val="20"/>
                <w:szCs w:val="20"/>
              </w:rPr>
              <w:lastRenderedPageBreak/>
              <w:t>TEMA 5</w:t>
            </w:r>
            <w:r w:rsidR="002A7BCF" w:rsidRPr="00643454">
              <w:rPr>
                <w:rFonts w:eastAsia="Arial"/>
                <w:sz w:val="20"/>
                <w:szCs w:val="20"/>
                <w:lang w:val="en-US"/>
              </w:rPr>
              <w:t>:</w:t>
            </w:r>
          </w:p>
          <w:p w:rsidR="002A7BCF" w:rsidRPr="00643454" w:rsidRDefault="002A7BCF" w:rsidP="00D841CD">
            <w:pPr>
              <w:pStyle w:val="ListParagraph"/>
              <w:numPr>
                <w:ilvl w:val="0"/>
                <w:numId w:val="32"/>
              </w:numPr>
              <w:tabs>
                <w:tab w:val="left" w:pos="30"/>
                <w:tab w:val="left" w:pos="164"/>
              </w:tabs>
              <w:autoSpaceDE w:val="0"/>
              <w:autoSpaceDN w:val="0"/>
              <w:adjustRightInd w:val="0"/>
              <w:ind w:left="306" w:hanging="142"/>
              <w:rPr>
                <w:sz w:val="20"/>
                <w:szCs w:val="20"/>
              </w:rPr>
            </w:pPr>
            <w:r w:rsidRPr="00643454">
              <w:rPr>
                <w:sz w:val="20"/>
                <w:szCs w:val="20"/>
              </w:rPr>
              <w:t>Përkufizon përpjesën dhe përpjesëtimin;</w:t>
            </w:r>
          </w:p>
          <w:p w:rsidR="002A7BCF" w:rsidRPr="00643454" w:rsidRDefault="002A7BCF" w:rsidP="00D841CD">
            <w:pPr>
              <w:pStyle w:val="ListParagraph"/>
              <w:numPr>
                <w:ilvl w:val="0"/>
                <w:numId w:val="32"/>
              </w:numPr>
              <w:tabs>
                <w:tab w:val="left" w:pos="30"/>
                <w:tab w:val="left" w:pos="164"/>
              </w:tabs>
              <w:autoSpaceDE w:val="0"/>
              <w:autoSpaceDN w:val="0"/>
              <w:adjustRightInd w:val="0"/>
              <w:ind w:left="306" w:hanging="142"/>
              <w:rPr>
                <w:sz w:val="20"/>
                <w:szCs w:val="20"/>
              </w:rPr>
            </w:pPr>
            <w:r w:rsidRPr="00643454">
              <w:rPr>
                <w:sz w:val="20"/>
                <w:szCs w:val="20"/>
              </w:rPr>
              <w:t>Identifikon përpjesëtimin e drejtë dhe të zhdrejtë;</w:t>
            </w:r>
          </w:p>
          <w:p w:rsidR="002A7BCF" w:rsidRPr="00643454" w:rsidRDefault="002A7BCF" w:rsidP="00D841CD">
            <w:pPr>
              <w:pStyle w:val="ListParagraph"/>
              <w:numPr>
                <w:ilvl w:val="0"/>
                <w:numId w:val="32"/>
              </w:numPr>
              <w:tabs>
                <w:tab w:val="left" w:pos="30"/>
                <w:tab w:val="left" w:pos="164"/>
              </w:tabs>
              <w:autoSpaceDE w:val="0"/>
              <w:autoSpaceDN w:val="0"/>
              <w:adjustRightInd w:val="0"/>
              <w:ind w:left="306" w:hanging="142"/>
              <w:rPr>
                <w:sz w:val="20"/>
                <w:szCs w:val="20"/>
              </w:rPr>
            </w:pPr>
            <w:r w:rsidRPr="00643454">
              <w:rPr>
                <w:sz w:val="20"/>
                <w:szCs w:val="20"/>
              </w:rPr>
              <w:t>Përkufizon përpjesëtimin e thjeshtë dhe të zgjeruar;</w:t>
            </w:r>
          </w:p>
          <w:p w:rsidR="002A7BCF" w:rsidRPr="00643454" w:rsidRDefault="002A7BCF" w:rsidP="00D841CD">
            <w:pPr>
              <w:pStyle w:val="ListParagraph"/>
              <w:numPr>
                <w:ilvl w:val="0"/>
                <w:numId w:val="32"/>
              </w:numPr>
              <w:tabs>
                <w:tab w:val="left" w:pos="30"/>
                <w:tab w:val="left" w:pos="164"/>
              </w:tabs>
              <w:autoSpaceDE w:val="0"/>
              <w:autoSpaceDN w:val="0"/>
              <w:adjustRightInd w:val="0"/>
              <w:ind w:left="306" w:hanging="142"/>
              <w:rPr>
                <w:sz w:val="20"/>
                <w:szCs w:val="20"/>
              </w:rPr>
            </w:pPr>
            <w:r w:rsidRPr="00643454">
              <w:rPr>
                <w:sz w:val="20"/>
                <w:szCs w:val="20"/>
              </w:rPr>
              <w:t>Dallon madhësitë të cilat janë në përpjesëtim të drejtë nga ato që janë në përpjesëtim të zhdrejtë;</w:t>
            </w:r>
          </w:p>
          <w:p w:rsidR="002A7BCF" w:rsidRPr="00643454" w:rsidRDefault="002A7BCF" w:rsidP="00D841CD">
            <w:pPr>
              <w:pStyle w:val="ListParagraph"/>
              <w:numPr>
                <w:ilvl w:val="0"/>
                <w:numId w:val="32"/>
              </w:numPr>
              <w:tabs>
                <w:tab w:val="left" w:pos="30"/>
                <w:tab w:val="left" w:pos="164"/>
              </w:tabs>
              <w:autoSpaceDE w:val="0"/>
              <w:autoSpaceDN w:val="0"/>
              <w:adjustRightInd w:val="0"/>
              <w:ind w:left="306" w:hanging="142"/>
              <w:rPr>
                <w:sz w:val="20"/>
                <w:szCs w:val="20"/>
              </w:rPr>
            </w:pPr>
            <w:r w:rsidRPr="00643454">
              <w:rPr>
                <w:sz w:val="20"/>
                <w:szCs w:val="20"/>
              </w:rPr>
              <w:t>Zbaton vetitë e përpjesës në zgjidhjen e detyrave praktike;</w:t>
            </w:r>
          </w:p>
          <w:p w:rsidR="002A7BCF" w:rsidRPr="00643454" w:rsidRDefault="002A7BCF" w:rsidP="00D841CD">
            <w:pPr>
              <w:pStyle w:val="ListParagraph"/>
              <w:numPr>
                <w:ilvl w:val="0"/>
                <w:numId w:val="32"/>
              </w:numPr>
              <w:tabs>
                <w:tab w:val="left" w:pos="30"/>
                <w:tab w:val="left" w:pos="164"/>
              </w:tabs>
              <w:autoSpaceDE w:val="0"/>
              <w:autoSpaceDN w:val="0"/>
              <w:adjustRightInd w:val="0"/>
              <w:ind w:left="306" w:hanging="142"/>
              <w:rPr>
                <w:sz w:val="20"/>
                <w:szCs w:val="20"/>
              </w:rPr>
            </w:pPr>
            <w:r w:rsidRPr="00643454">
              <w:rPr>
                <w:sz w:val="20"/>
                <w:szCs w:val="20"/>
              </w:rPr>
              <w:t>Llogarit ndarjen dhe përzierjen në detyra praktike;</w:t>
            </w:r>
          </w:p>
          <w:p w:rsidR="002A7BCF" w:rsidRPr="00643454" w:rsidRDefault="002A7BCF" w:rsidP="00D841CD">
            <w:pPr>
              <w:pStyle w:val="ListParagraph"/>
              <w:numPr>
                <w:ilvl w:val="0"/>
                <w:numId w:val="32"/>
              </w:numPr>
              <w:tabs>
                <w:tab w:val="left" w:pos="30"/>
                <w:tab w:val="left" w:pos="164"/>
              </w:tabs>
              <w:autoSpaceDE w:val="0"/>
              <w:autoSpaceDN w:val="0"/>
              <w:adjustRightInd w:val="0"/>
              <w:ind w:left="306" w:hanging="142"/>
              <w:rPr>
                <w:sz w:val="20"/>
                <w:szCs w:val="20"/>
                <w:lang w:val="de-DE"/>
              </w:rPr>
            </w:pPr>
            <w:proofErr w:type="spellStart"/>
            <w:r w:rsidRPr="00643454">
              <w:rPr>
                <w:sz w:val="20"/>
                <w:szCs w:val="20"/>
                <w:lang w:val="de-DE"/>
              </w:rPr>
              <w:t>Llogarit</w:t>
            </w:r>
            <w:proofErr w:type="spellEnd"/>
            <w:r w:rsidRPr="00643454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643454">
              <w:rPr>
                <w:sz w:val="20"/>
                <w:szCs w:val="20"/>
                <w:lang w:val="de-DE"/>
              </w:rPr>
              <w:t>përqindjen</w:t>
            </w:r>
            <w:proofErr w:type="spellEnd"/>
            <w:r w:rsidRPr="00643454">
              <w:rPr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643454">
              <w:rPr>
                <w:sz w:val="20"/>
                <w:szCs w:val="20"/>
                <w:lang w:val="de-DE"/>
              </w:rPr>
              <w:t>kamatën</w:t>
            </w:r>
            <w:proofErr w:type="spellEnd"/>
            <w:r w:rsidRPr="00643454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643454">
              <w:rPr>
                <w:sz w:val="20"/>
                <w:szCs w:val="20"/>
                <w:lang w:val="de-DE"/>
              </w:rPr>
              <w:t>dhe</w:t>
            </w:r>
            <w:proofErr w:type="spellEnd"/>
            <w:r w:rsidRPr="00643454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643454">
              <w:rPr>
                <w:sz w:val="20"/>
                <w:szCs w:val="20"/>
                <w:lang w:val="de-DE"/>
              </w:rPr>
              <w:t>promilin</w:t>
            </w:r>
            <w:proofErr w:type="spellEnd"/>
            <w:r w:rsidRPr="00643454">
              <w:rPr>
                <w:sz w:val="20"/>
                <w:szCs w:val="20"/>
                <w:lang w:val="de-DE"/>
              </w:rPr>
              <w:t>;</w:t>
            </w:r>
          </w:p>
          <w:p w:rsidR="002A7BCF" w:rsidRPr="00643454" w:rsidRDefault="002A7BCF" w:rsidP="00D841CD">
            <w:pPr>
              <w:pStyle w:val="ListParagraph"/>
              <w:numPr>
                <w:ilvl w:val="0"/>
                <w:numId w:val="32"/>
              </w:numPr>
              <w:tabs>
                <w:tab w:val="left" w:pos="30"/>
                <w:tab w:val="left" w:pos="164"/>
              </w:tabs>
              <w:autoSpaceDE w:val="0"/>
              <w:autoSpaceDN w:val="0"/>
              <w:adjustRightInd w:val="0"/>
              <w:ind w:left="306" w:hanging="142"/>
              <w:rPr>
                <w:sz w:val="20"/>
                <w:szCs w:val="20"/>
                <w:lang w:val="de-DE"/>
              </w:rPr>
            </w:pPr>
            <w:proofErr w:type="spellStart"/>
            <w:r w:rsidRPr="00643454">
              <w:rPr>
                <w:sz w:val="20"/>
                <w:szCs w:val="20"/>
                <w:lang w:val="de-DE"/>
              </w:rPr>
              <w:t>Përdor</w:t>
            </w:r>
            <w:proofErr w:type="spellEnd"/>
            <w:r w:rsidRPr="00643454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643454">
              <w:rPr>
                <w:sz w:val="20"/>
                <w:szCs w:val="20"/>
                <w:lang w:val="de-DE"/>
              </w:rPr>
              <w:t>formulat</w:t>
            </w:r>
            <w:proofErr w:type="spellEnd"/>
            <w:r w:rsidRPr="00643454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643454">
              <w:rPr>
                <w:sz w:val="20"/>
                <w:szCs w:val="20"/>
                <w:lang w:val="de-DE"/>
              </w:rPr>
              <w:t>për</w:t>
            </w:r>
            <w:proofErr w:type="spellEnd"/>
            <w:r w:rsidRPr="00643454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643454">
              <w:rPr>
                <w:sz w:val="20"/>
                <w:szCs w:val="20"/>
                <w:lang w:val="de-DE"/>
              </w:rPr>
              <w:t>llogaritjen</w:t>
            </w:r>
            <w:proofErr w:type="spellEnd"/>
            <w:r w:rsidRPr="00643454">
              <w:rPr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643454">
              <w:rPr>
                <w:sz w:val="20"/>
                <w:szCs w:val="20"/>
                <w:lang w:val="de-DE"/>
              </w:rPr>
              <w:t>përqindjes</w:t>
            </w:r>
            <w:proofErr w:type="spellEnd"/>
            <w:r w:rsidRPr="00643454">
              <w:rPr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643454">
              <w:rPr>
                <w:sz w:val="20"/>
                <w:szCs w:val="20"/>
                <w:lang w:val="de-DE"/>
              </w:rPr>
              <w:t>promilit</w:t>
            </w:r>
            <w:proofErr w:type="spellEnd"/>
            <w:r w:rsidRPr="00643454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643454">
              <w:rPr>
                <w:sz w:val="20"/>
                <w:szCs w:val="20"/>
                <w:lang w:val="de-DE"/>
              </w:rPr>
              <w:t>dhe</w:t>
            </w:r>
            <w:proofErr w:type="spellEnd"/>
            <w:r w:rsidRPr="00643454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643454">
              <w:rPr>
                <w:sz w:val="20"/>
                <w:szCs w:val="20"/>
                <w:lang w:val="de-DE"/>
              </w:rPr>
              <w:t>kamatës</w:t>
            </w:r>
            <w:proofErr w:type="spellEnd"/>
            <w:r w:rsidRPr="00643454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643454">
              <w:rPr>
                <w:sz w:val="20"/>
                <w:szCs w:val="20"/>
                <w:lang w:val="de-DE"/>
              </w:rPr>
              <w:t>për</w:t>
            </w:r>
            <w:proofErr w:type="spellEnd"/>
            <w:r w:rsidRPr="00643454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643454">
              <w:rPr>
                <w:sz w:val="20"/>
                <w:szCs w:val="20"/>
                <w:lang w:val="de-DE"/>
              </w:rPr>
              <w:t>zgjidhje</w:t>
            </w:r>
            <w:proofErr w:type="spellEnd"/>
            <w:r w:rsidRPr="00643454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643454">
              <w:rPr>
                <w:sz w:val="20"/>
                <w:szCs w:val="20"/>
                <w:lang w:val="de-DE"/>
              </w:rPr>
              <w:t>të</w:t>
            </w:r>
            <w:proofErr w:type="spellEnd"/>
            <w:r w:rsidRPr="00643454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643454">
              <w:rPr>
                <w:sz w:val="20"/>
                <w:szCs w:val="20"/>
                <w:lang w:val="de-DE"/>
              </w:rPr>
              <w:t>problemeve</w:t>
            </w:r>
            <w:proofErr w:type="spellEnd"/>
            <w:r w:rsidRPr="00643454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643454">
              <w:rPr>
                <w:sz w:val="20"/>
                <w:szCs w:val="20"/>
                <w:lang w:val="de-DE"/>
              </w:rPr>
              <w:lastRenderedPageBreak/>
              <w:t>me</w:t>
            </w:r>
            <w:proofErr w:type="spellEnd"/>
            <w:r w:rsidRPr="00643454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643454">
              <w:rPr>
                <w:sz w:val="20"/>
                <w:szCs w:val="20"/>
                <w:lang w:val="de-DE"/>
              </w:rPr>
              <w:t>kontekste</w:t>
            </w:r>
            <w:proofErr w:type="spellEnd"/>
            <w:r w:rsidRPr="00643454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643454">
              <w:rPr>
                <w:sz w:val="20"/>
                <w:szCs w:val="20"/>
                <w:lang w:val="de-DE"/>
              </w:rPr>
              <w:t>nga</w:t>
            </w:r>
            <w:proofErr w:type="spellEnd"/>
            <w:r w:rsidRPr="00643454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643454">
              <w:rPr>
                <w:sz w:val="20"/>
                <w:szCs w:val="20"/>
                <w:lang w:val="de-DE"/>
              </w:rPr>
              <w:t>situata</w:t>
            </w:r>
            <w:proofErr w:type="spellEnd"/>
            <w:r w:rsidRPr="00643454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643454">
              <w:rPr>
                <w:sz w:val="20"/>
                <w:szCs w:val="20"/>
                <w:lang w:val="de-DE"/>
              </w:rPr>
              <w:t>jetësore</w:t>
            </w:r>
            <w:proofErr w:type="spellEnd"/>
            <w:r w:rsidRPr="00643454">
              <w:rPr>
                <w:sz w:val="20"/>
                <w:szCs w:val="20"/>
                <w:lang w:val="de-DE"/>
              </w:rPr>
              <w:t>;</w:t>
            </w:r>
          </w:p>
          <w:p w:rsidR="00516D86" w:rsidRPr="00643454" w:rsidRDefault="002A7BCF" w:rsidP="00D841CD">
            <w:pPr>
              <w:pStyle w:val="ListParagraph"/>
              <w:numPr>
                <w:ilvl w:val="0"/>
                <w:numId w:val="32"/>
              </w:numPr>
              <w:tabs>
                <w:tab w:val="left" w:pos="164"/>
              </w:tabs>
              <w:ind w:left="306" w:hanging="142"/>
              <w:rPr>
                <w:sz w:val="20"/>
                <w:szCs w:val="20"/>
                <w:lang w:val="de-DE"/>
              </w:rPr>
            </w:pPr>
            <w:proofErr w:type="spellStart"/>
            <w:r w:rsidRPr="00643454">
              <w:rPr>
                <w:sz w:val="20"/>
                <w:szCs w:val="20"/>
                <w:lang w:val="de-DE"/>
              </w:rPr>
              <w:t>Përdor</w:t>
            </w:r>
            <w:proofErr w:type="spellEnd"/>
            <w:r w:rsidRPr="00643454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643454">
              <w:rPr>
                <w:sz w:val="20"/>
                <w:szCs w:val="20"/>
                <w:lang w:val="de-DE"/>
              </w:rPr>
              <w:t>kalkulatorin</w:t>
            </w:r>
            <w:proofErr w:type="spellEnd"/>
            <w:r w:rsidRPr="00643454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643454">
              <w:rPr>
                <w:sz w:val="20"/>
                <w:szCs w:val="20"/>
                <w:lang w:val="de-DE"/>
              </w:rPr>
              <w:t>dhe</w:t>
            </w:r>
            <w:proofErr w:type="spellEnd"/>
            <w:r w:rsidRPr="00643454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643454">
              <w:rPr>
                <w:sz w:val="20"/>
                <w:szCs w:val="20"/>
                <w:lang w:val="de-DE"/>
              </w:rPr>
              <w:t>kompjuterin</w:t>
            </w:r>
            <w:proofErr w:type="spellEnd"/>
            <w:r w:rsidRPr="00643454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643454">
              <w:rPr>
                <w:sz w:val="20"/>
                <w:szCs w:val="20"/>
                <w:lang w:val="de-DE"/>
              </w:rPr>
              <w:t>për</w:t>
            </w:r>
            <w:proofErr w:type="spellEnd"/>
            <w:r w:rsidRPr="00643454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643454">
              <w:rPr>
                <w:sz w:val="20"/>
                <w:szCs w:val="20"/>
                <w:lang w:val="de-DE"/>
              </w:rPr>
              <w:t>zgjidhjen</w:t>
            </w:r>
            <w:proofErr w:type="spellEnd"/>
            <w:r w:rsidRPr="00643454">
              <w:rPr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643454">
              <w:rPr>
                <w:sz w:val="20"/>
                <w:szCs w:val="20"/>
                <w:lang w:val="de-DE"/>
              </w:rPr>
              <w:t>problemeve</w:t>
            </w:r>
            <w:proofErr w:type="spellEnd"/>
            <w:r w:rsidRPr="00643454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643454">
              <w:rPr>
                <w:sz w:val="20"/>
                <w:szCs w:val="20"/>
                <w:lang w:val="de-DE"/>
              </w:rPr>
              <w:t>të</w:t>
            </w:r>
            <w:proofErr w:type="spellEnd"/>
            <w:r w:rsidRPr="00643454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643454">
              <w:rPr>
                <w:sz w:val="20"/>
                <w:szCs w:val="20"/>
                <w:lang w:val="de-DE"/>
              </w:rPr>
              <w:t>ndryshme</w:t>
            </w:r>
            <w:proofErr w:type="spellEnd"/>
            <w:r w:rsidRPr="00643454">
              <w:rPr>
                <w:sz w:val="20"/>
                <w:szCs w:val="20"/>
                <w:lang w:val="de-DE"/>
              </w:rPr>
              <w:t>.</w:t>
            </w:r>
          </w:p>
          <w:p w:rsidR="00D841CD" w:rsidRPr="00643454" w:rsidRDefault="00D841CD" w:rsidP="00D841CD">
            <w:pPr>
              <w:pStyle w:val="ListParagraph"/>
              <w:numPr>
                <w:ilvl w:val="0"/>
                <w:numId w:val="32"/>
              </w:numPr>
              <w:tabs>
                <w:tab w:val="left" w:pos="164"/>
              </w:tabs>
              <w:ind w:left="306" w:hanging="142"/>
              <w:rPr>
                <w:sz w:val="20"/>
                <w:szCs w:val="20"/>
                <w:lang w:val="de-DE"/>
              </w:rPr>
            </w:pPr>
          </w:p>
          <w:p w:rsidR="00516D86" w:rsidRPr="00643454" w:rsidRDefault="00000000">
            <w:pPr>
              <w:rPr>
                <w:sz w:val="20"/>
                <w:szCs w:val="20"/>
                <w:lang w:val="en-US"/>
              </w:rPr>
            </w:pPr>
            <w:r w:rsidRPr="00643454">
              <w:rPr>
                <w:rFonts w:eastAsia="Arial"/>
                <w:sz w:val="20"/>
                <w:szCs w:val="20"/>
              </w:rPr>
              <w:t>TEMA 6</w:t>
            </w:r>
            <w:r w:rsidR="00D841CD" w:rsidRPr="00643454">
              <w:rPr>
                <w:rFonts w:eastAsia="Arial"/>
                <w:sz w:val="20"/>
                <w:szCs w:val="20"/>
                <w:lang w:val="en-US"/>
              </w:rPr>
              <w:t>:</w:t>
            </w:r>
          </w:p>
          <w:p w:rsidR="00D841CD" w:rsidRPr="00643454" w:rsidRDefault="00D841CD" w:rsidP="00D841CD">
            <w:pPr>
              <w:pStyle w:val="ListParagraph"/>
              <w:numPr>
                <w:ilvl w:val="0"/>
                <w:numId w:val="33"/>
              </w:numPr>
              <w:tabs>
                <w:tab w:val="left" w:pos="30"/>
                <w:tab w:val="left" w:pos="202"/>
              </w:tabs>
              <w:autoSpaceDE w:val="0"/>
              <w:autoSpaceDN w:val="0"/>
              <w:adjustRightInd w:val="0"/>
              <w:ind w:left="306" w:hanging="142"/>
              <w:rPr>
                <w:sz w:val="20"/>
                <w:szCs w:val="20"/>
                <w:lang w:val="de-DE"/>
              </w:rPr>
            </w:pPr>
            <w:proofErr w:type="spellStart"/>
            <w:r w:rsidRPr="00643454">
              <w:rPr>
                <w:sz w:val="20"/>
                <w:szCs w:val="20"/>
                <w:lang w:val="de-DE"/>
              </w:rPr>
              <w:t>Përcakton</w:t>
            </w:r>
            <w:proofErr w:type="spellEnd"/>
            <w:r w:rsidRPr="00643454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643454">
              <w:rPr>
                <w:sz w:val="20"/>
                <w:szCs w:val="20"/>
                <w:lang w:val="de-DE"/>
              </w:rPr>
              <w:t>pozitën</w:t>
            </w:r>
            <w:proofErr w:type="spellEnd"/>
            <w:r w:rsidRPr="00643454">
              <w:rPr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643454">
              <w:rPr>
                <w:sz w:val="20"/>
                <w:szCs w:val="20"/>
                <w:lang w:val="de-DE"/>
              </w:rPr>
              <w:t>pikës</w:t>
            </w:r>
            <w:proofErr w:type="spellEnd"/>
            <w:r w:rsidRPr="00643454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643454">
              <w:rPr>
                <w:sz w:val="20"/>
                <w:szCs w:val="20"/>
                <w:lang w:val="de-DE"/>
              </w:rPr>
              <w:t>në</w:t>
            </w:r>
            <w:proofErr w:type="spellEnd"/>
            <w:r w:rsidRPr="00643454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643454">
              <w:rPr>
                <w:sz w:val="20"/>
                <w:szCs w:val="20"/>
                <w:lang w:val="de-DE"/>
              </w:rPr>
              <w:t>rrafshin</w:t>
            </w:r>
            <w:proofErr w:type="spellEnd"/>
            <w:r w:rsidRPr="00643454">
              <w:rPr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643454">
              <w:rPr>
                <w:sz w:val="20"/>
                <w:szCs w:val="20"/>
                <w:lang w:val="de-DE"/>
              </w:rPr>
              <w:t>koordinatave</w:t>
            </w:r>
            <w:proofErr w:type="spellEnd"/>
            <w:r w:rsidRPr="00643454">
              <w:rPr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643454">
              <w:rPr>
                <w:sz w:val="20"/>
                <w:szCs w:val="20"/>
                <w:lang w:val="de-DE"/>
              </w:rPr>
              <w:t>kur</w:t>
            </w:r>
            <w:proofErr w:type="spellEnd"/>
            <w:r w:rsidRPr="00643454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643454">
              <w:rPr>
                <w:sz w:val="20"/>
                <w:szCs w:val="20"/>
                <w:lang w:val="de-DE"/>
              </w:rPr>
              <w:t>janë</w:t>
            </w:r>
            <w:proofErr w:type="spellEnd"/>
            <w:r w:rsidRPr="00643454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643454">
              <w:rPr>
                <w:sz w:val="20"/>
                <w:szCs w:val="20"/>
                <w:lang w:val="de-DE"/>
              </w:rPr>
              <w:t>dhënë</w:t>
            </w:r>
            <w:proofErr w:type="spellEnd"/>
            <w:r w:rsidRPr="00643454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643454">
              <w:rPr>
                <w:sz w:val="20"/>
                <w:szCs w:val="20"/>
                <w:lang w:val="de-DE"/>
              </w:rPr>
              <w:t>koordintat</w:t>
            </w:r>
            <w:proofErr w:type="spellEnd"/>
            <w:r w:rsidRPr="00643454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643454">
              <w:rPr>
                <w:sz w:val="20"/>
                <w:szCs w:val="20"/>
                <w:lang w:val="de-DE"/>
              </w:rPr>
              <w:t>dhe</w:t>
            </w:r>
            <w:proofErr w:type="spellEnd"/>
            <w:r w:rsidRPr="00643454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643454">
              <w:rPr>
                <w:sz w:val="20"/>
                <w:szCs w:val="20"/>
                <w:lang w:val="de-DE"/>
              </w:rPr>
              <w:t>anasjelltas</w:t>
            </w:r>
            <w:proofErr w:type="spellEnd"/>
            <w:r w:rsidRPr="00643454">
              <w:rPr>
                <w:sz w:val="20"/>
                <w:szCs w:val="20"/>
                <w:lang w:val="de-DE"/>
              </w:rPr>
              <w:t xml:space="preserve">; </w:t>
            </w:r>
          </w:p>
          <w:p w:rsidR="00D841CD" w:rsidRPr="00643454" w:rsidRDefault="00D841CD" w:rsidP="00D841CD">
            <w:pPr>
              <w:pStyle w:val="ListParagraph"/>
              <w:numPr>
                <w:ilvl w:val="0"/>
                <w:numId w:val="33"/>
              </w:numPr>
              <w:tabs>
                <w:tab w:val="left" w:pos="30"/>
                <w:tab w:val="left" w:pos="202"/>
              </w:tabs>
              <w:autoSpaceDE w:val="0"/>
              <w:autoSpaceDN w:val="0"/>
              <w:adjustRightInd w:val="0"/>
              <w:ind w:left="306" w:hanging="142"/>
              <w:rPr>
                <w:sz w:val="20"/>
                <w:szCs w:val="20"/>
              </w:rPr>
            </w:pPr>
            <w:r w:rsidRPr="00643454">
              <w:rPr>
                <w:sz w:val="20"/>
                <w:szCs w:val="20"/>
              </w:rPr>
              <w:t>Paraqet grafikisht ekuacionin linear me dy ndryshore;</w:t>
            </w:r>
          </w:p>
          <w:p w:rsidR="00D841CD" w:rsidRPr="00643454" w:rsidRDefault="00D841CD" w:rsidP="00D841CD">
            <w:pPr>
              <w:pStyle w:val="ListParagraph"/>
              <w:numPr>
                <w:ilvl w:val="0"/>
                <w:numId w:val="33"/>
              </w:numPr>
              <w:tabs>
                <w:tab w:val="left" w:pos="30"/>
                <w:tab w:val="left" w:pos="202"/>
              </w:tabs>
              <w:autoSpaceDE w:val="0"/>
              <w:autoSpaceDN w:val="0"/>
              <w:adjustRightInd w:val="0"/>
              <w:ind w:left="306" w:hanging="142"/>
              <w:rPr>
                <w:sz w:val="20"/>
                <w:szCs w:val="20"/>
                <w:lang w:val="de-DE"/>
              </w:rPr>
            </w:pPr>
            <w:proofErr w:type="spellStart"/>
            <w:r w:rsidRPr="00643454">
              <w:rPr>
                <w:sz w:val="20"/>
                <w:szCs w:val="20"/>
                <w:lang w:val="de-DE"/>
              </w:rPr>
              <w:t>Diskuton</w:t>
            </w:r>
            <w:proofErr w:type="spellEnd"/>
            <w:r w:rsidRPr="00643454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643454">
              <w:rPr>
                <w:sz w:val="20"/>
                <w:szCs w:val="20"/>
                <w:lang w:val="de-DE"/>
              </w:rPr>
              <w:t>grafikun</w:t>
            </w:r>
            <w:proofErr w:type="spellEnd"/>
            <w:r w:rsidRPr="00643454">
              <w:rPr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643454">
              <w:rPr>
                <w:sz w:val="20"/>
                <w:szCs w:val="20"/>
                <w:lang w:val="de-DE"/>
              </w:rPr>
              <w:t>ekuacionit</w:t>
            </w:r>
            <w:proofErr w:type="spellEnd"/>
            <w:r w:rsidRPr="00643454">
              <w:rPr>
                <w:sz w:val="20"/>
                <w:szCs w:val="20"/>
                <w:lang w:val="de-DE"/>
              </w:rPr>
              <w:t xml:space="preserve"> linear </w:t>
            </w:r>
            <w:proofErr w:type="spellStart"/>
            <w:r w:rsidRPr="00643454">
              <w:rPr>
                <w:sz w:val="20"/>
                <w:szCs w:val="20"/>
                <w:lang w:val="de-DE"/>
              </w:rPr>
              <w:t>me</w:t>
            </w:r>
            <w:proofErr w:type="spellEnd"/>
            <w:r w:rsidRPr="00643454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643454">
              <w:rPr>
                <w:sz w:val="20"/>
                <w:szCs w:val="20"/>
                <w:lang w:val="de-DE"/>
              </w:rPr>
              <w:t>dy</w:t>
            </w:r>
            <w:proofErr w:type="spellEnd"/>
            <w:r w:rsidRPr="00643454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643454">
              <w:rPr>
                <w:sz w:val="20"/>
                <w:szCs w:val="20"/>
                <w:lang w:val="de-DE"/>
              </w:rPr>
              <w:t>ndryshore</w:t>
            </w:r>
            <w:proofErr w:type="spellEnd"/>
            <w:r w:rsidRPr="00643454">
              <w:rPr>
                <w:sz w:val="20"/>
                <w:szCs w:val="20"/>
                <w:lang w:val="de-DE"/>
              </w:rPr>
              <w:t>;</w:t>
            </w:r>
          </w:p>
          <w:p w:rsidR="00D841CD" w:rsidRPr="00643454" w:rsidRDefault="00D841CD" w:rsidP="00D841CD">
            <w:pPr>
              <w:pStyle w:val="ListParagraph"/>
              <w:numPr>
                <w:ilvl w:val="0"/>
                <w:numId w:val="33"/>
              </w:numPr>
              <w:tabs>
                <w:tab w:val="left" w:pos="30"/>
                <w:tab w:val="left" w:pos="202"/>
              </w:tabs>
              <w:autoSpaceDE w:val="0"/>
              <w:autoSpaceDN w:val="0"/>
              <w:adjustRightInd w:val="0"/>
              <w:ind w:left="306" w:hanging="142"/>
              <w:rPr>
                <w:sz w:val="20"/>
                <w:szCs w:val="20"/>
                <w:lang w:val="de-DE"/>
              </w:rPr>
            </w:pPr>
            <w:proofErr w:type="spellStart"/>
            <w:r w:rsidRPr="00643454">
              <w:rPr>
                <w:sz w:val="20"/>
                <w:szCs w:val="20"/>
                <w:lang w:val="de-DE"/>
              </w:rPr>
              <w:t>Përdor</w:t>
            </w:r>
            <w:proofErr w:type="spellEnd"/>
            <w:r w:rsidRPr="00643454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643454">
              <w:rPr>
                <w:sz w:val="20"/>
                <w:szCs w:val="20"/>
                <w:lang w:val="de-DE"/>
              </w:rPr>
              <w:t>ekuacionet</w:t>
            </w:r>
            <w:proofErr w:type="spellEnd"/>
            <w:r w:rsidRPr="00643454">
              <w:rPr>
                <w:sz w:val="20"/>
                <w:szCs w:val="20"/>
                <w:lang w:val="de-DE"/>
              </w:rPr>
              <w:t xml:space="preserve"> lineare </w:t>
            </w:r>
            <w:proofErr w:type="spellStart"/>
            <w:r w:rsidRPr="00643454">
              <w:rPr>
                <w:sz w:val="20"/>
                <w:szCs w:val="20"/>
                <w:lang w:val="de-DE"/>
              </w:rPr>
              <w:t>me</w:t>
            </w:r>
            <w:proofErr w:type="spellEnd"/>
            <w:r w:rsidRPr="00643454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643454">
              <w:rPr>
                <w:sz w:val="20"/>
                <w:szCs w:val="20"/>
                <w:lang w:val="de-DE"/>
              </w:rPr>
              <w:t>dy</w:t>
            </w:r>
            <w:proofErr w:type="spellEnd"/>
            <w:r w:rsidRPr="00643454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643454">
              <w:rPr>
                <w:sz w:val="20"/>
                <w:szCs w:val="20"/>
                <w:lang w:val="de-DE"/>
              </w:rPr>
              <w:t>ndryshore</w:t>
            </w:r>
            <w:proofErr w:type="spellEnd"/>
            <w:r w:rsidRPr="00643454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643454">
              <w:rPr>
                <w:sz w:val="20"/>
                <w:szCs w:val="20"/>
                <w:lang w:val="de-DE"/>
              </w:rPr>
              <w:t>për</w:t>
            </w:r>
            <w:proofErr w:type="spellEnd"/>
            <w:r w:rsidRPr="00643454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643454">
              <w:rPr>
                <w:sz w:val="20"/>
                <w:szCs w:val="20"/>
                <w:lang w:val="de-DE"/>
              </w:rPr>
              <w:t>zgjidhjen</w:t>
            </w:r>
            <w:proofErr w:type="spellEnd"/>
            <w:r w:rsidRPr="00643454">
              <w:rPr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643454">
              <w:rPr>
                <w:sz w:val="20"/>
                <w:szCs w:val="20"/>
                <w:lang w:val="de-DE"/>
              </w:rPr>
              <w:t>problemeve</w:t>
            </w:r>
            <w:proofErr w:type="spellEnd"/>
            <w:r w:rsidRPr="00643454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643454">
              <w:rPr>
                <w:sz w:val="20"/>
                <w:szCs w:val="20"/>
                <w:lang w:val="de-DE"/>
              </w:rPr>
              <w:t>matematike</w:t>
            </w:r>
            <w:proofErr w:type="spellEnd"/>
            <w:r w:rsidRPr="00643454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643454">
              <w:rPr>
                <w:sz w:val="20"/>
                <w:szCs w:val="20"/>
                <w:lang w:val="de-DE"/>
              </w:rPr>
              <w:t>dhe</w:t>
            </w:r>
            <w:proofErr w:type="spellEnd"/>
            <w:r w:rsidRPr="00643454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643454">
              <w:rPr>
                <w:sz w:val="20"/>
                <w:szCs w:val="20"/>
                <w:lang w:val="de-DE"/>
              </w:rPr>
              <w:t>atyre</w:t>
            </w:r>
            <w:proofErr w:type="spellEnd"/>
            <w:r w:rsidRPr="00643454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643454">
              <w:rPr>
                <w:sz w:val="20"/>
                <w:szCs w:val="20"/>
                <w:lang w:val="de-DE"/>
              </w:rPr>
              <w:t>nga</w:t>
            </w:r>
            <w:proofErr w:type="spellEnd"/>
            <w:r w:rsidRPr="00643454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643454">
              <w:rPr>
                <w:sz w:val="20"/>
                <w:szCs w:val="20"/>
                <w:lang w:val="de-DE"/>
              </w:rPr>
              <w:t>jeta</w:t>
            </w:r>
            <w:proofErr w:type="spellEnd"/>
            <w:r w:rsidRPr="00643454">
              <w:rPr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643454">
              <w:rPr>
                <w:sz w:val="20"/>
                <w:szCs w:val="20"/>
                <w:lang w:val="de-DE"/>
              </w:rPr>
              <w:t>përditshme</w:t>
            </w:r>
            <w:proofErr w:type="spellEnd"/>
            <w:r w:rsidRPr="00643454">
              <w:rPr>
                <w:sz w:val="20"/>
                <w:szCs w:val="20"/>
                <w:lang w:val="de-DE"/>
              </w:rPr>
              <w:t>;</w:t>
            </w:r>
          </w:p>
          <w:p w:rsidR="00D841CD" w:rsidRPr="00643454" w:rsidRDefault="00D841CD" w:rsidP="00D841CD">
            <w:pPr>
              <w:pStyle w:val="ListParagraph"/>
              <w:numPr>
                <w:ilvl w:val="0"/>
                <w:numId w:val="33"/>
              </w:numPr>
              <w:ind w:left="306" w:hanging="142"/>
              <w:rPr>
                <w:rFonts w:eastAsia="Arial"/>
                <w:sz w:val="20"/>
                <w:szCs w:val="20"/>
                <w:lang w:val="de-DE"/>
              </w:rPr>
            </w:pPr>
            <w:r w:rsidRPr="00643454">
              <w:rPr>
                <w:sz w:val="20"/>
                <w:szCs w:val="20"/>
                <w:lang w:val="de-DE"/>
              </w:rPr>
              <w:t>P</w:t>
            </w:r>
            <w:proofErr w:type="spellStart"/>
            <w:r w:rsidRPr="00643454">
              <w:rPr>
                <w:sz w:val="20"/>
                <w:szCs w:val="20"/>
                <w:lang w:val="de-DE"/>
              </w:rPr>
              <w:t>ërcakton pozitën</w:t>
            </w:r>
            <w:proofErr w:type="spellEnd"/>
            <w:r w:rsidRPr="00643454">
              <w:rPr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643454">
              <w:rPr>
                <w:sz w:val="20"/>
                <w:szCs w:val="20"/>
                <w:lang w:val="de-DE"/>
              </w:rPr>
              <w:t>drejtëzës</w:t>
            </w:r>
            <w:proofErr w:type="spellEnd"/>
            <w:r w:rsidRPr="00643454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643454">
              <w:rPr>
                <w:sz w:val="20"/>
                <w:szCs w:val="20"/>
                <w:lang w:val="de-DE"/>
              </w:rPr>
              <w:t>në</w:t>
            </w:r>
            <w:proofErr w:type="spellEnd"/>
            <w:r w:rsidRPr="00643454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643454">
              <w:rPr>
                <w:sz w:val="20"/>
                <w:szCs w:val="20"/>
                <w:lang w:val="de-DE"/>
              </w:rPr>
              <w:t>lidhje</w:t>
            </w:r>
            <w:proofErr w:type="spellEnd"/>
            <w:r w:rsidRPr="00643454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643454">
              <w:rPr>
                <w:sz w:val="20"/>
                <w:szCs w:val="20"/>
                <w:lang w:val="de-DE"/>
              </w:rPr>
              <w:t>me</w:t>
            </w:r>
            <w:proofErr w:type="spellEnd"/>
            <w:r w:rsidRPr="00643454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643454">
              <w:rPr>
                <w:sz w:val="20"/>
                <w:szCs w:val="20"/>
                <w:lang w:val="de-DE"/>
              </w:rPr>
              <w:t>boshtet</w:t>
            </w:r>
            <w:proofErr w:type="spellEnd"/>
            <w:r w:rsidRPr="00643454">
              <w:rPr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643454">
              <w:rPr>
                <w:sz w:val="20"/>
                <w:szCs w:val="20"/>
                <w:lang w:val="de-DE"/>
              </w:rPr>
              <w:t>koordinatave</w:t>
            </w:r>
            <w:proofErr w:type="spellEnd"/>
            <w:r w:rsidRPr="00643454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643454">
              <w:rPr>
                <w:sz w:val="20"/>
                <w:szCs w:val="20"/>
                <w:lang w:val="de-DE"/>
              </w:rPr>
              <w:t>në</w:t>
            </w:r>
            <w:proofErr w:type="spellEnd"/>
            <w:r w:rsidRPr="00643454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643454">
              <w:rPr>
                <w:sz w:val="20"/>
                <w:szCs w:val="20"/>
                <w:lang w:val="de-DE"/>
              </w:rPr>
              <w:t>varësi</w:t>
            </w:r>
            <w:proofErr w:type="spellEnd"/>
            <w:r w:rsidRPr="00643454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643454">
              <w:rPr>
                <w:sz w:val="20"/>
                <w:szCs w:val="20"/>
                <w:lang w:val="de-DE"/>
              </w:rPr>
              <w:t>nga</w:t>
            </w:r>
            <w:proofErr w:type="spellEnd"/>
            <w:r w:rsidRPr="00643454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643454">
              <w:rPr>
                <w:sz w:val="20"/>
                <w:szCs w:val="20"/>
                <w:lang w:val="de-DE"/>
              </w:rPr>
              <w:t>koeficienti</w:t>
            </w:r>
            <w:proofErr w:type="spellEnd"/>
            <w:r w:rsidRPr="00643454">
              <w:rPr>
                <w:sz w:val="20"/>
                <w:szCs w:val="20"/>
                <w:lang w:val="de-DE"/>
              </w:rPr>
              <w:t xml:space="preserve"> i </w:t>
            </w:r>
            <w:proofErr w:type="spellStart"/>
            <w:r w:rsidRPr="00643454">
              <w:rPr>
                <w:sz w:val="20"/>
                <w:szCs w:val="20"/>
                <w:lang w:val="de-DE"/>
              </w:rPr>
              <w:t>pjerrtësisë</w:t>
            </w:r>
            <w:proofErr w:type="spellEnd"/>
            <w:r w:rsidRPr="00643454">
              <w:rPr>
                <w:sz w:val="20"/>
                <w:szCs w:val="20"/>
                <w:lang w:val="de-DE"/>
              </w:rPr>
              <w:t>.</w:t>
            </w:r>
          </w:p>
          <w:p w:rsidR="00516D86" w:rsidRPr="00643454" w:rsidRDefault="00516D86">
            <w:pPr>
              <w:rPr>
                <w:sz w:val="20"/>
                <w:szCs w:val="20"/>
                <w:lang w:val="de-DE"/>
              </w:rPr>
            </w:pPr>
          </w:p>
          <w:p w:rsidR="00516D86" w:rsidRPr="00643454" w:rsidRDefault="00516D86">
            <w:pPr>
              <w:rPr>
                <w:sz w:val="20"/>
                <w:szCs w:val="20"/>
                <w:lang w:val="de-DE"/>
              </w:rPr>
            </w:pPr>
          </w:p>
          <w:p w:rsidR="00516D86" w:rsidRPr="00643454" w:rsidRDefault="00000000">
            <w:pPr>
              <w:rPr>
                <w:sz w:val="20"/>
                <w:szCs w:val="20"/>
                <w:lang w:val="de-DE"/>
              </w:rPr>
            </w:pPr>
            <w:r w:rsidRPr="00643454">
              <w:rPr>
                <w:rFonts w:eastAsia="Arial"/>
                <w:sz w:val="20"/>
                <w:szCs w:val="20"/>
                <w:lang w:val="de-DE"/>
              </w:rPr>
              <w:t>TEMA 7:</w:t>
            </w:r>
          </w:p>
          <w:p w:rsidR="00516D86" w:rsidRPr="00643454" w:rsidRDefault="00000000" w:rsidP="00643454">
            <w:pPr>
              <w:pStyle w:val="ListParagraph"/>
              <w:numPr>
                <w:ilvl w:val="0"/>
                <w:numId w:val="36"/>
              </w:numPr>
              <w:tabs>
                <w:tab w:val="left" w:pos="164"/>
              </w:tabs>
              <w:ind w:left="306" w:hanging="142"/>
              <w:rPr>
                <w:sz w:val="20"/>
                <w:szCs w:val="20"/>
                <w:lang w:val="de-DE"/>
              </w:rPr>
            </w:pPr>
            <w:proofErr w:type="spellStart"/>
            <w:r w:rsidRPr="00643454">
              <w:rPr>
                <w:rFonts w:eastAsia="Arial"/>
                <w:sz w:val="20"/>
                <w:szCs w:val="20"/>
                <w:lang w:val="de-DE"/>
              </w:rPr>
              <w:t>Përkufizon</w:t>
            </w:r>
            <w:proofErr w:type="spellEnd"/>
            <w:r w:rsidRPr="00643454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643454">
              <w:rPr>
                <w:rFonts w:eastAsia="Arial"/>
                <w:sz w:val="20"/>
                <w:szCs w:val="20"/>
                <w:lang w:val="de-DE"/>
              </w:rPr>
              <w:t>vektorët</w:t>
            </w:r>
            <w:proofErr w:type="spellEnd"/>
            <w:r w:rsidRPr="00643454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643454">
              <w:rPr>
                <w:rFonts w:eastAsia="Arial"/>
                <w:sz w:val="20"/>
                <w:szCs w:val="20"/>
                <w:lang w:val="de-DE"/>
              </w:rPr>
              <w:t>dhe</w:t>
            </w:r>
            <w:proofErr w:type="spellEnd"/>
            <w:r w:rsidRPr="00643454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643454">
              <w:rPr>
                <w:rFonts w:eastAsia="Arial"/>
                <w:sz w:val="20"/>
                <w:szCs w:val="20"/>
                <w:lang w:val="de-DE"/>
              </w:rPr>
              <w:t>kryen</w:t>
            </w:r>
            <w:proofErr w:type="spellEnd"/>
            <w:r w:rsidRPr="00643454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643454">
              <w:rPr>
                <w:rFonts w:eastAsia="Arial"/>
                <w:sz w:val="20"/>
                <w:szCs w:val="20"/>
                <w:lang w:val="de-DE"/>
              </w:rPr>
              <w:t>mbledhjen</w:t>
            </w:r>
            <w:proofErr w:type="spellEnd"/>
            <w:r w:rsidRPr="00643454">
              <w:rPr>
                <w:rFonts w:eastAsia="Arial"/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643454">
              <w:rPr>
                <w:rFonts w:eastAsia="Arial"/>
                <w:sz w:val="20"/>
                <w:szCs w:val="20"/>
                <w:lang w:val="de-DE"/>
              </w:rPr>
              <w:t>zbritjen</w:t>
            </w:r>
            <w:proofErr w:type="spellEnd"/>
            <w:r w:rsidRPr="00643454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643454">
              <w:rPr>
                <w:rFonts w:eastAsia="Arial"/>
                <w:sz w:val="20"/>
                <w:szCs w:val="20"/>
                <w:lang w:val="de-DE"/>
              </w:rPr>
              <w:t>dhe</w:t>
            </w:r>
            <w:proofErr w:type="spellEnd"/>
            <w:r w:rsidRPr="00643454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643454">
              <w:rPr>
                <w:rFonts w:eastAsia="Arial"/>
                <w:sz w:val="20"/>
                <w:szCs w:val="20"/>
                <w:lang w:val="de-DE"/>
              </w:rPr>
              <w:t>shumëzimin</w:t>
            </w:r>
            <w:proofErr w:type="spellEnd"/>
            <w:r w:rsidRPr="00643454">
              <w:rPr>
                <w:rFonts w:eastAsia="Arial"/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643454">
              <w:rPr>
                <w:rFonts w:eastAsia="Arial"/>
                <w:sz w:val="20"/>
                <w:szCs w:val="20"/>
                <w:lang w:val="de-DE"/>
              </w:rPr>
              <w:t>vektorit</w:t>
            </w:r>
            <w:proofErr w:type="spellEnd"/>
            <w:r w:rsidRPr="00643454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643454">
              <w:rPr>
                <w:rFonts w:eastAsia="Arial"/>
                <w:sz w:val="20"/>
                <w:szCs w:val="20"/>
                <w:lang w:val="de-DE"/>
              </w:rPr>
              <w:t>me</w:t>
            </w:r>
            <w:proofErr w:type="spellEnd"/>
            <w:r w:rsidRPr="00643454">
              <w:rPr>
                <w:rFonts w:eastAsia="Arial"/>
                <w:sz w:val="20"/>
                <w:szCs w:val="20"/>
                <w:lang w:val="de-DE"/>
              </w:rPr>
              <w:t xml:space="preserve"> skalar.</w:t>
            </w:r>
          </w:p>
          <w:p w:rsidR="00516D86" w:rsidRPr="00643454" w:rsidRDefault="00516D86">
            <w:pPr>
              <w:rPr>
                <w:sz w:val="20"/>
                <w:szCs w:val="20"/>
                <w:lang w:val="de-DE"/>
              </w:rPr>
            </w:pPr>
          </w:p>
          <w:p w:rsidR="00516D86" w:rsidRPr="00643454" w:rsidRDefault="00000000">
            <w:pPr>
              <w:rPr>
                <w:sz w:val="20"/>
                <w:szCs w:val="20"/>
                <w:lang w:val="de-DE"/>
              </w:rPr>
            </w:pPr>
            <w:r w:rsidRPr="00643454">
              <w:rPr>
                <w:rFonts w:eastAsia="Arial"/>
                <w:sz w:val="20"/>
                <w:szCs w:val="20"/>
                <w:lang w:val="de-DE"/>
              </w:rPr>
              <w:t>TEMA 8:</w:t>
            </w:r>
          </w:p>
          <w:p w:rsidR="00643454" w:rsidRPr="00643454" w:rsidRDefault="00643454" w:rsidP="00643454">
            <w:pPr>
              <w:numPr>
                <w:ilvl w:val="0"/>
                <w:numId w:val="36"/>
              </w:numPr>
              <w:tabs>
                <w:tab w:val="left" w:pos="30"/>
                <w:tab w:val="left" w:pos="164"/>
              </w:tabs>
              <w:autoSpaceDE w:val="0"/>
              <w:autoSpaceDN w:val="0"/>
              <w:adjustRightInd w:val="0"/>
              <w:ind w:left="306" w:hanging="142"/>
              <w:rPr>
                <w:sz w:val="20"/>
                <w:szCs w:val="20"/>
              </w:rPr>
            </w:pPr>
            <w:r w:rsidRPr="00643454">
              <w:rPr>
                <w:sz w:val="20"/>
                <w:szCs w:val="20"/>
              </w:rPr>
              <w:t>Përkufizon rregullën për  raportin e segmenteve (Teoremën e Talesit);</w:t>
            </w:r>
          </w:p>
          <w:p w:rsidR="00643454" w:rsidRPr="00643454" w:rsidRDefault="00643454" w:rsidP="00643454">
            <w:pPr>
              <w:numPr>
                <w:ilvl w:val="0"/>
                <w:numId w:val="36"/>
              </w:numPr>
              <w:tabs>
                <w:tab w:val="left" w:pos="30"/>
                <w:tab w:val="left" w:pos="164"/>
              </w:tabs>
              <w:autoSpaceDE w:val="0"/>
              <w:autoSpaceDN w:val="0"/>
              <w:adjustRightInd w:val="0"/>
              <w:ind w:left="306" w:hanging="142"/>
              <w:rPr>
                <w:sz w:val="20"/>
                <w:szCs w:val="20"/>
              </w:rPr>
            </w:pPr>
            <w:r w:rsidRPr="00643454">
              <w:rPr>
                <w:sz w:val="20"/>
                <w:szCs w:val="20"/>
              </w:rPr>
              <w:t>Zbaton teoremën e Talesit për raportin e segmenteve;</w:t>
            </w:r>
          </w:p>
          <w:p w:rsidR="00643454" w:rsidRPr="00643454" w:rsidRDefault="00643454" w:rsidP="00643454">
            <w:pPr>
              <w:numPr>
                <w:ilvl w:val="0"/>
                <w:numId w:val="36"/>
              </w:numPr>
              <w:tabs>
                <w:tab w:val="left" w:pos="30"/>
                <w:tab w:val="left" w:pos="164"/>
              </w:tabs>
              <w:autoSpaceDE w:val="0"/>
              <w:autoSpaceDN w:val="0"/>
              <w:adjustRightInd w:val="0"/>
              <w:ind w:left="306" w:hanging="142"/>
              <w:rPr>
                <w:sz w:val="20"/>
                <w:szCs w:val="20"/>
              </w:rPr>
            </w:pPr>
            <w:r w:rsidRPr="00643454">
              <w:rPr>
                <w:sz w:val="20"/>
                <w:szCs w:val="20"/>
              </w:rPr>
              <w:t>Zbaton vetitë e proporcionit gjatë zgjidhjes së detyrave;</w:t>
            </w:r>
          </w:p>
          <w:p w:rsidR="00643454" w:rsidRPr="00643454" w:rsidRDefault="00643454" w:rsidP="00643454">
            <w:pPr>
              <w:numPr>
                <w:ilvl w:val="0"/>
                <w:numId w:val="36"/>
              </w:numPr>
              <w:tabs>
                <w:tab w:val="left" w:pos="30"/>
                <w:tab w:val="left" w:pos="164"/>
              </w:tabs>
              <w:autoSpaceDE w:val="0"/>
              <w:autoSpaceDN w:val="0"/>
              <w:adjustRightInd w:val="0"/>
              <w:ind w:left="306" w:hanging="142"/>
              <w:rPr>
                <w:sz w:val="20"/>
                <w:szCs w:val="20"/>
              </w:rPr>
            </w:pPr>
            <w:r w:rsidRPr="00643454">
              <w:rPr>
                <w:sz w:val="20"/>
                <w:szCs w:val="20"/>
              </w:rPr>
              <w:lastRenderedPageBreak/>
              <w:t>Përkufizon homotetin dhe zbaton vetitë e saj për zgjidhje të problemeve praktike;</w:t>
            </w:r>
          </w:p>
          <w:p w:rsidR="00643454" w:rsidRPr="00643454" w:rsidRDefault="00643454" w:rsidP="00643454">
            <w:pPr>
              <w:pStyle w:val="ListParagraph"/>
              <w:numPr>
                <w:ilvl w:val="0"/>
                <w:numId w:val="36"/>
              </w:numPr>
              <w:tabs>
                <w:tab w:val="left" w:pos="164"/>
              </w:tabs>
              <w:ind w:left="306" w:hanging="142"/>
              <w:rPr>
                <w:sz w:val="20"/>
                <w:szCs w:val="20"/>
              </w:rPr>
            </w:pPr>
            <w:r w:rsidRPr="00643454">
              <w:rPr>
                <w:sz w:val="20"/>
                <w:szCs w:val="20"/>
              </w:rPr>
              <w:t>-Përkufizon e ngjashmërinë e figurave gjeometrike, posaçërisht trekëndëshave duke emërtuar rregullat për ngjashmërinë e tyre</w:t>
            </w:r>
          </w:p>
          <w:p w:rsidR="00643454" w:rsidRPr="00643454" w:rsidRDefault="00643454" w:rsidP="00643454">
            <w:pPr>
              <w:rPr>
                <w:sz w:val="20"/>
                <w:szCs w:val="20"/>
              </w:rPr>
            </w:pPr>
          </w:p>
          <w:p w:rsidR="00516D86" w:rsidRPr="00643454" w:rsidRDefault="00516D86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841CD" w:rsidRPr="00643454" w:rsidRDefault="00D841CD">
            <w:pPr>
              <w:rPr>
                <w:rFonts w:eastAsia="Arial"/>
                <w:sz w:val="20"/>
                <w:szCs w:val="20"/>
                <w:lang w:val="de-DE"/>
              </w:rPr>
            </w:pPr>
            <w:r w:rsidRPr="00643454">
              <w:rPr>
                <w:rFonts w:eastAsia="Arial"/>
                <w:sz w:val="20"/>
                <w:szCs w:val="20"/>
                <w:lang w:val="de-DE"/>
              </w:rPr>
              <w:lastRenderedPageBreak/>
              <w:t>TEMA 5:</w:t>
            </w:r>
          </w:p>
          <w:p w:rsidR="00516D86" w:rsidRPr="00643454" w:rsidRDefault="00000000">
            <w:pPr>
              <w:rPr>
                <w:sz w:val="20"/>
                <w:szCs w:val="20"/>
                <w:lang w:val="de-DE"/>
              </w:rPr>
            </w:pPr>
            <w:r w:rsidRPr="00643454">
              <w:rPr>
                <w:rFonts w:eastAsia="Arial"/>
                <w:sz w:val="20"/>
                <w:szCs w:val="20"/>
                <w:lang w:val="de-DE"/>
              </w:rPr>
              <w:t>1. K</w:t>
            </w:r>
            <w:proofErr w:type="spellStart"/>
            <w:r w:rsidRPr="00643454">
              <w:rPr>
                <w:rFonts w:eastAsia="Arial"/>
                <w:sz w:val="20"/>
                <w:szCs w:val="20"/>
                <w:lang w:val="de-DE"/>
              </w:rPr>
              <w:t>uptimi</w:t>
            </w:r>
            <w:proofErr w:type="spellEnd"/>
            <w:r w:rsidRPr="00643454">
              <w:rPr>
                <w:rFonts w:eastAsia="Arial"/>
                <w:sz w:val="20"/>
                <w:szCs w:val="20"/>
                <w:lang w:val="de-DE"/>
              </w:rPr>
              <w:t xml:space="preserve"> i </w:t>
            </w:r>
            <w:proofErr w:type="spellStart"/>
            <w:r w:rsidRPr="00643454">
              <w:rPr>
                <w:rFonts w:eastAsia="Arial"/>
                <w:sz w:val="20"/>
                <w:szCs w:val="20"/>
                <w:lang w:val="de-DE"/>
              </w:rPr>
              <w:t>përpjesës</w:t>
            </w:r>
            <w:proofErr w:type="spellEnd"/>
          </w:p>
          <w:p w:rsidR="00516D86" w:rsidRPr="00643454" w:rsidRDefault="00000000">
            <w:pPr>
              <w:rPr>
                <w:sz w:val="20"/>
                <w:szCs w:val="20"/>
                <w:lang w:val="de-DE"/>
              </w:rPr>
            </w:pPr>
            <w:r w:rsidRPr="00643454">
              <w:rPr>
                <w:rFonts w:eastAsia="Arial"/>
                <w:sz w:val="20"/>
                <w:szCs w:val="20"/>
                <w:lang w:val="de-DE"/>
              </w:rPr>
              <w:t xml:space="preserve">2. </w:t>
            </w:r>
            <w:proofErr w:type="spellStart"/>
            <w:r w:rsidRPr="00643454">
              <w:rPr>
                <w:rFonts w:eastAsia="Arial"/>
                <w:sz w:val="20"/>
                <w:szCs w:val="20"/>
                <w:lang w:val="de-DE"/>
              </w:rPr>
              <w:t>Përpjesëtimet</w:t>
            </w:r>
            <w:proofErr w:type="spellEnd"/>
          </w:p>
          <w:p w:rsidR="00516D86" w:rsidRPr="00643454" w:rsidRDefault="00000000">
            <w:pPr>
              <w:rPr>
                <w:sz w:val="20"/>
                <w:szCs w:val="20"/>
                <w:lang w:val="de-DE"/>
              </w:rPr>
            </w:pPr>
            <w:r w:rsidRPr="00643454">
              <w:rPr>
                <w:rFonts w:eastAsia="Arial"/>
                <w:sz w:val="20"/>
                <w:szCs w:val="20"/>
                <w:lang w:val="de-DE"/>
              </w:rPr>
              <w:t xml:space="preserve">3. </w:t>
            </w:r>
            <w:proofErr w:type="spellStart"/>
            <w:r w:rsidRPr="00643454">
              <w:rPr>
                <w:rFonts w:eastAsia="Arial"/>
                <w:sz w:val="20"/>
                <w:szCs w:val="20"/>
                <w:lang w:val="de-DE"/>
              </w:rPr>
              <w:t>Veti</w:t>
            </w:r>
            <w:proofErr w:type="spellEnd"/>
            <w:r w:rsidRPr="00643454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643454">
              <w:rPr>
                <w:rFonts w:eastAsia="Arial"/>
                <w:sz w:val="20"/>
                <w:szCs w:val="20"/>
                <w:lang w:val="de-DE"/>
              </w:rPr>
              <w:t>të</w:t>
            </w:r>
            <w:proofErr w:type="spellEnd"/>
            <w:r w:rsidRPr="00643454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643454">
              <w:rPr>
                <w:rFonts w:eastAsia="Arial"/>
                <w:sz w:val="20"/>
                <w:szCs w:val="20"/>
                <w:lang w:val="de-DE"/>
              </w:rPr>
              <w:t>tjera</w:t>
            </w:r>
            <w:proofErr w:type="spellEnd"/>
            <w:r w:rsidRPr="00643454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643454">
              <w:rPr>
                <w:rFonts w:eastAsia="Arial"/>
                <w:sz w:val="20"/>
                <w:szCs w:val="20"/>
                <w:lang w:val="de-DE"/>
              </w:rPr>
              <w:t>të</w:t>
            </w:r>
            <w:proofErr w:type="spellEnd"/>
            <w:r w:rsidRPr="00643454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643454">
              <w:rPr>
                <w:rFonts w:eastAsia="Arial"/>
                <w:sz w:val="20"/>
                <w:szCs w:val="20"/>
                <w:lang w:val="de-DE"/>
              </w:rPr>
              <w:t>përpjesëtimeve</w:t>
            </w:r>
            <w:proofErr w:type="spellEnd"/>
          </w:p>
          <w:p w:rsidR="00516D86" w:rsidRPr="00643454" w:rsidRDefault="00000000">
            <w:pPr>
              <w:rPr>
                <w:rFonts w:eastAsia="Arial"/>
                <w:sz w:val="20"/>
                <w:szCs w:val="20"/>
                <w:lang w:val="de-DE"/>
              </w:rPr>
            </w:pPr>
            <w:r w:rsidRPr="00643454">
              <w:rPr>
                <w:rFonts w:eastAsia="Arial"/>
                <w:sz w:val="20"/>
                <w:szCs w:val="20"/>
                <w:lang w:val="de-DE"/>
              </w:rPr>
              <w:t xml:space="preserve">4. </w:t>
            </w:r>
            <w:proofErr w:type="spellStart"/>
            <w:r w:rsidRPr="00643454">
              <w:rPr>
                <w:rFonts w:eastAsia="Arial"/>
                <w:sz w:val="20"/>
                <w:szCs w:val="20"/>
                <w:lang w:val="de-DE"/>
              </w:rPr>
              <w:t>Gjetja</w:t>
            </w:r>
            <w:proofErr w:type="spellEnd"/>
            <w:r w:rsidRPr="00643454">
              <w:rPr>
                <w:rFonts w:eastAsia="Arial"/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643454">
              <w:rPr>
                <w:rFonts w:eastAsia="Arial"/>
                <w:sz w:val="20"/>
                <w:szCs w:val="20"/>
                <w:lang w:val="de-DE"/>
              </w:rPr>
              <w:t>kufizës</w:t>
            </w:r>
            <w:proofErr w:type="spellEnd"/>
            <w:r w:rsidRPr="00643454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643454">
              <w:rPr>
                <w:rFonts w:eastAsia="Arial"/>
                <w:sz w:val="20"/>
                <w:szCs w:val="20"/>
                <w:lang w:val="de-DE"/>
              </w:rPr>
              <w:t>së</w:t>
            </w:r>
            <w:proofErr w:type="spellEnd"/>
            <w:r w:rsidRPr="00643454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643454">
              <w:rPr>
                <w:rFonts w:eastAsia="Arial"/>
                <w:sz w:val="20"/>
                <w:szCs w:val="20"/>
                <w:lang w:val="de-DE"/>
              </w:rPr>
              <w:t>panjohur</w:t>
            </w:r>
            <w:proofErr w:type="spellEnd"/>
            <w:r w:rsidRPr="00643454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643454">
              <w:rPr>
                <w:rFonts w:eastAsia="Arial"/>
                <w:sz w:val="20"/>
                <w:szCs w:val="20"/>
                <w:lang w:val="de-DE"/>
              </w:rPr>
              <w:t>në</w:t>
            </w:r>
            <w:proofErr w:type="spellEnd"/>
            <w:r w:rsidRPr="00643454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643454">
              <w:rPr>
                <w:rFonts w:eastAsia="Arial"/>
                <w:sz w:val="20"/>
                <w:szCs w:val="20"/>
                <w:lang w:val="de-DE"/>
              </w:rPr>
              <w:t>një</w:t>
            </w:r>
            <w:proofErr w:type="spellEnd"/>
            <w:r w:rsidRPr="00643454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643454">
              <w:rPr>
                <w:rFonts w:eastAsia="Arial"/>
                <w:sz w:val="20"/>
                <w:szCs w:val="20"/>
                <w:lang w:val="de-DE"/>
              </w:rPr>
              <w:t>përpjesëtim</w:t>
            </w:r>
            <w:proofErr w:type="spellEnd"/>
          </w:p>
          <w:p w:rsidR="00D841CD" w:rsidRPr="00643454" w:rsidRDefault="00D841CD">
            <w:pPr>
              <w:rPr>
                <w:sz w:val="20"/>
                <w:szCs w:val="20"/>
                <w:lang w:val="de-DE"/>
              </w:rPr>
            </w:pPr>
            <w:r w:rsidRPr="00643454">
              <w:rPr>
                <w:rFonts w:eastAsia="Arial"/>
                <w:sz w:val="20"/>
                <w:szCs w:val="20"/>
                <w:lang w:val="de-DE"/>
              </w:rPr>
              <w:t>5.Ushtrime</w:t>
            </w:r>
          </w:p>
          <w:p w:rsidR="00516D86" w:rsidRPr="00643454" w:rsidRDefault="00D841CD">
            <w:pPr>
              <w:rPr>
                <w:sz w:val="20"/>
                <w:szCs w:val="20"/>
                <w:lang w:val="de-DE"/>
              </w:rPr>
            </w:pPr>
            <w:r w:rsidRPr="00643454">
              <w:rPr>
                <w:rFonts w:eastAsia="Arial"/>
                <w:sz w:val="20"/>
                <w:szCs w:val="20"/>
                <w:lang w:val="de-DE"/>
              </w:rPr>
              <w:t>6</w:t>
            </w:r>
            <w:r w:rsidR="00000000" w:rsidRPr="00643454">
              <w:rPr>
                <w:rFonts w:eastAsia="Arial"/>
                <w:sz w:val="20"/>
                <w:szCs w:val="20"/>
                <w:lang w:val="de-DE"/>
              </w:rPr>
              <w:t xml:space="preserve">. </w:t>
            </w:r>
            <w:proofErr w:type="spellStart"/>
            <w:r w:rsidR="00000000" w:rsidRPr="00643454">
              <w:rPr>
                <w:rFonts w:eastAsia="Arial"/>
                <w:sz w:val="20"/>
                <w:szCs w:val="20"/>
                <w:lang w:val="de-DE"/>
              </w:rPr>
              <w:t>Llogaritja</w:t>
            </w:r>
            <w:proofErr w:type="spellEnd"/>
            <w:r w:rsidR="00000000" w:rsidRPr="00643454">
              <w:rPr>
                <w:rFonts w:eastAsia="Arial"/>
                <w:sz w:val="20"/>
                <w:szCs w:val="20"/>
                <w:lang w:val="de-DE"/>
              </w:rPr>
              <w:t xml:space="preserve"> e </w:t>
            </w:r>
            <w:proofErr w:type="spellStart"/>
            <w:r w:rsidR="00000000" w:rsidRPr="00643454">
              <w:rPr>
                <w:rFonts w:eastAsia="Arial"/>
                <w:sz w:val="20"/>
                <w:szCs w:val="20"/>
                <w:lang w:val="de-DE"/>
              </w:rPr>
              <w:t>ndarjes</w:t>
            </w:r>
            <w:proofErr w:type="spellEnd"/>
            <w:r w:rsidR="00000000" w:rsidRPr="00643454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="00000000" w:rsidRPr="00643454">
              <w:rPr>
                <w:rFonts w:eastAsia="Arial"/>
                <w:sz w:val="20"/>
                <w:szCs w:val="20"/>
                <w:lang w:val="de-DE"/>
              </w:rPr>
              <w:t>dhe</w:t>
            </w:r>
            <w:proofErr w:type="spellEnd"/>
            <w:r w:rsidR="00000000" w:rsidRPr="00643454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="00000000" w:rsidRPr="00643454">
              <w:rPr>
                <w:rFonts w:eastAsia="Arial"/>
                <w:sz w:val="20"/>
                <w:szCs w:val="20"/>
                <w:lang w:val="de-DE"/>
              </w:rPr>
              <w:t>përzierjes</w:t>
            </w:r>
            <w:proofErr w:type="spellEnd"/>
          </w:p>
          <w:p w:rsidR="00516D86" w:rsidRPr="00643454" w:rsidRDefault="00D841CD">
            <w:pPr>
              <w:rPr>
                <w:sz w:val="20"/>
                <w:szCs w:val="20"/>
                <w:lang w:val="de-DE"/>
              </w:rPr>
            </w:pPr>
            <w:r w:rsidRPr="00643454">
              <w:rPr>
                <w:rFonts w:eastAsia="Arial"/>
                <w:sz w:val="20"/>
                <w:szCs w:val="20"/>
                <w:lang w:val="de-DE"/>
              </w:rPr>
              <w:t>7</w:t>
            </w:r>
            <w:r w:rsidR="00000000" w:rsidRPr="00643454">
              <w:rPr>
                <w:rFonts w:eastAsia="Arial"/>
                <w:sz w:val="20"/>
                <w:szCs w:val="20"/>
                <w:lang w:val="de-DE"/>
              </w:rPr>
              <w:t xml:space="preserve">. </w:t>
            </w:r>
            <w:proofErr w:type="spellStart"/>
            <w:r w:rsidR="00000000" w:rsidRPr="00643454">
              <w:rPr>
                <w:rFonts w:eastAsia="Arial"/>
                <w:sz w:val="20"/>
                <w:szCs w:val="20"/>
                <w:lang w:val="de-DE"/>
              </w:rPr>
              <w:t>Varësia</w:t>
            </w:r>
            <w:proofErr w:type="spellEnd"/>
            <w:r w:rsidR="00000000" w:rsidRPr="00643454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="00000000" w:rsidRPr="00643454">
              <w:rPr>
                <w:rFonts w:eastAsia="Arial"/>
                <w:sz w:val="20"/>
                <w:szCs w:val="20"/>
                <w:lang w:val="de-DE"/>
              </w:rPr>
              <w:t>në</w:t>
            </w:r>
            <w:proofErr w:type="spellEnd"/>
            <w:r w:rsidR="00000000" w:rsidRPr="00643454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="00000000" w:rsidRPr="00643454">
              <w:rPr>
                <w:rFonts w:eastAsia="Arial"/>
                <w:sz w:val="20"/>
                <w:szCs w:val="20"/>
                <w:lang w:val="de-DE"/>
              </w:rPr>
              <w:t>përpjesëtim</w:t>
            </w:r>
            <w:proofErr w:type="spellEnd"/>
            <w:r w:rsidR="00000000" w:rsidRPr="00643454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="00000000" w:rsidRPr="00643454">
              <w:rPr>
                <w:rFonts w:eastAsia="Arial"/>
                <w:sz w:val="20"/>
                <w:szCs w:val="20"/>
                <w:lang w:val="de-DE"/>
              </w:rPr>
              <w:t>të</w:t>
            </w:r>
            <w:proofErr w:type="spellEnd"/>
            <w:r w:rsidR="00000000" w:rsidRPr="00643454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="00000000" w:rsidRPr="00643454">
              <w:rPr>
                <w:rFonts w:eastAsia="Arial"/>
                <w:sz w:val="20"/>
                <w:szCs w:val="20"/>
                <w:lang w:val="de-DE"/>
              </w:rPr>
              <w:t>drejtë</w:t>
            </w:r>
            <w:proofErr w:type="spellEnd"/>
          </w:p>
          <w:p w:rsidR="00516D86" w:rsidRPr="00643454" w:rsidRDefault="00D841CD">
            <w:pPr>
              <w:rPr>
                <w:sz w:val="20"/>
                <w:szCs w:val="20"/>
                <w:lang w:val="de-DE"/>
              </w:rPr>
            </w:pPr>
            <w:r w:rsidRPr="00643454">
              <w:rPr>
                <w:rFonts w:eastAsia="Arial"/>
                <w:sz w:val="20"/>
                <w:szCs w:val="20"/>
                <w:lang w:val="de-DE"/>
              </w:rPr>
              <w:t>8</w:t>
            </w:r>
            <w:r w:rsidR="00000000" w:rsidRPr="00643454">
              <w:rPr>
                <w:rFonts w:eastAsia="Arial"/>
                <w:sz w:val="20"/>
                <w:szCs w:val="20"/>
                <w:lang w:val="de-DE"/>
              </w:rPr>
              <w:t xml:space="preserve">. </w:t>
            </w:r>
            <w:proofErr w:type="spellStart"/>
            <w:r w:rsidR="00000000" w:rsidRPr="00643454">
              <w:rPr>
                <w:rFonts w:eastAsia="Arial"/>
                <w:sz w:val="20"/>
                <w:szCs w:val="20"/>
                <w:lang w:val="de-DE"/>
              </w:rPr>
              <w:t>Paraqitja</w:t>
            </w:r>
            <w:proofErr w:type="spellEnd"/>
            <w:r w:rsidR="00000000" w:rsidRPr="00643454">
              <w:rPr>
                <w:rFonts w:eastAsia="Arial"/>
                <w:sz w:val="20"/>
                <w:szCs w:val="20"/>
                <w:lang w:val="de-DE"/>
              </w:rPr>
              <w:t xml:space="preserve"> e </w:t>
            </w:r>
            <w:proofErr w:type="spellStart"/>
            <w:r w:rsidR="00000000" w:rsidRPr="00643454">
              <w:rPr>
                <w:rFonts w:eastAsia="Arial"/>
                <w:sz w:val="20"/>
                <w:szCs w:val="20"/>
                <w:lang w:val="de-DE"/>
              </w:rPr>
              <w:t>objekteve</w:t>
            </w:r>
            <w:proofErr w:type="spellEnd"/>
            <w:r w:rsidR="00000000" w:rsidRPr="00643454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="00000000" w:rsidRPr="00643454">
              <w:rPr>
                <w:rFonts w:eastAsia="Arial"/>
                <w:sz w:val="20"/>
                <w:szCs w:val="20"/>
                <w:lang w:val="de-DE"/>
              </w:rPr>
              <w:t>me</w:t>
            </w:r>
            <w:proofErr w:type="spellEnd"/>
            <w:r w:rsidR="00000000" w:rsidRPr="00643454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="00000000" w:rsidRPr="00643454">
              <w:rPr>
                <w:rFonts w:eastAsia="Arial"/>
                <w:sz w:val="20"/>
                <w:szCs w:val="20"/>
                <w:lang w:val="de-DE"/>
              </w:rPr>
              <w:t>shkallë</w:t>
            </w:r>
            <w:proofErr w:type="spellEnd"/>
            <w:r w:rsidR="00000000" w:rsidRPr="00643454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="00000000" w:rsidRPr="00643454">
              <w:rPr>
                <w:rFonts w:eastAsia="Arial"/>
                <w:sz w:val="20"/>
                <w:szCs w:val="20"/>
                <w:lang w:val="de-DE"/>
              </w:rPr>
              <w:t>zvogëlimi</w:t>
            </w:r>
            <w:proofErr w:type="spellEnd"/>
            <w:r w:rsidR="00000000" w:rsidRPr="00643454">
              <w:rPr>
                <w:rFonts w:eastAsia="Arial"/>
                <w:sz w:val="20"/>
                <w:szCs w:val="20"/>
                <w:lang w:val="de-DE"/>
              </w:rPr>
              <w:t xml:space="preserve"> apo </w:t>
            </w:r>
            <w:proofErr w:type="spellStart"/>
            <w:r w:rsidR="00000000" w:rsidRPr="00643454">
              <w:rPr>
                <w:rFonts w:eastAsia="Arial"/>
                <w:sz w:val="20"/>
                <w:szCs w:val="20"/>
                <w:lang w:val="de-DE"/>
              </w:rPr>
              <w:t>zmadhimi</w:t>
            </w:r>
            <w:proofErr w:type="spellEnd"/>
          </w:p>
          <w:p w:rsidR="00516D86" w:rsidRPr="00643454" w:rsidRDefault="00D841CD">
            <w:pPr>
              <w:rPr>
                <w:sz w:val="20"/>
                <w:szCs w:val="20"/>
                <w:lang w:val="de-DE"/>
              </w:rPr>
            </w:pPr>
            <w:r w:rsidRPr="00643454">
              <w:rPr>
                <w:rFonts w:eastAsia="Arial"/>
                <w:sz w:val="20"/>
                <w:szCs w:val="20"/>
                <w:lang w:val="de-DE"/>
              </w:rPr>
              <w:t>9</w:t>
            </w:r>
            <w:r w:rsidR="00000000" w:rsidRPr="00643454">
              <w:rPr>
                <w:rFonts w:eastAsia="Arial"/>
                <w:sz w:val="20"/>
                <w:szCs w:val="20"/>
                <w:lang w:val="de-DE"/>
              </w:rPr>
              <w:t xml:space="preserve">. </w:t>
            </w:r>
            <w:proofErr w:type="spellStart"/>
            <w:r w:rsidR="00000000" w:rsidRPr="00643454">
              <w:rPr>
                <w:rFonts w:eastAsia="Arial"/>
                <w:sz w:val="20"/>
                <w:szCs w:val="20"/>
                <w:lang w:val="de-DE"/>
              </w:rPr>
              <w:t>Varësia</w:t>
            </w:r>
            <w:proofErr w:type="spellEnd"/>
            <w:r w:rsidR="00000000" w:rsidRPr="00643454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="00000000" w:rsidRPr="00643454">
              <w:rPr>
                <w:rFonts w:eastAsia="Arial"/>
                <w:sz w:val="20"/>
                <w:szCs w:val="20"/>
                <w:lang w:val="de-DE"/>
              </w:rPr>
              <w:t>në</w:t>
            </w:r>
            <w:proofErr w:type="spellEnd"/>
            <w:r w:rsidR="00000000" w:rsidRPr="00643454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="00000000" w:rsidRPr="00643454">
              <w:rPr>
                <w:rFonts w:eastAsia="Arial"/>
                <w:sz w:val="20"/>
                <w:szCs w:val="20"/>
                <w:lang w:val="de-DE"/>
              </w:rPr>
              <w:t>përpjesëtim</w:t>
            </w:r>
            <w:proofErr w:type="spellEnd"/>
            <w:r w:rsidR="00000000" w:rsidRPr="00643454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="00000000" w:rsidRPr="00643454">
              <w:rPr>
                <w:rFonts w:eastAsia="Arial"/>
                <w:sz w:val="20"/>
                <w:szCs w:val="20"/>
                <w:lang w:val="de-DE"/>
              </w:rPr>
              <w:t>të</w:t>
            </w:r>
            <w:proofErr w:type="spellEnd"/>
            <w:r w:rsidR="00000000" w:rsidRPr="00643454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="00000000" w:rsidRPr="00643454">
              <w:rPr>
                <w:rFonts w:eastAsia="Arial"/>
                <w:sz w:val="20"/>
                <w:szCs w:val="20"/>
                <w:lang w:val="de-DE"/>
              </w:rPr>
              <w:t>zhdrejtë</w:t>
            </w:r>
            <w:proofErr w:type="spellEnd"/>
          </w:p>
          <w:p w:rsidR="00516D86" w:rsidRPr="00643454" w:rsidRDefault="00D841CD">
            <w:pPr>
              <w:rPr>
                <w:sz w:val="20"/>
                <w:szCs w:val="20"/>
                <w:lang w:val="de-DE"/>
              </w:rPr>
            </w:pPr>
            <w:r w:rsidRPr="00643454">
              <w:rPr>
                <w:rFonts w:eastAsia="Arial"/>
                <w:sz w:val="20"/>
                <w:szCs w:val="20"/>
                <w:lang w:val="de-DE"/>
              </w:rPr>
              <w:t>10</w:t>
            </w:r>
            <w:r w:rsidR="00000000" w:rsidRPr="00643454">
              <w:rPr>
                <w:rFonts w:eastAsia="Arial"/>
                <w:sz w:val="20"/>
                <w:szCs w:val="20"/>
                <w:lang w:val="de-DE"/>
              </w:rPr>
              <w:t xml:space="preserve">. </w:t>
            </w:r>
            <w:proofErr w:type="spellStart"/>
            <w:r w:rsidR="00000000" w:rsidRPr="00643454">
              <w:rPr>
                <w:rFonts w:eastAsia="Arial"/>
                <w:sz w:val="20"/>
                <w:szCs w:val="20"/>
                <w:lang w:val="de-DE"/>
              </w:rPr>
              <w:t>Përqindja</w:t>
            </w:r>
            <w:proofErr w:type="spellEnd"/>
            <w:r w:rsidR="00000000" w:rsidRPr="00643454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="00000000" w:rsidRPr="00643454">
              <w:rPr>
                <w:rFonts w:eastAsia="Arial"/>
                <w:sz w:val="20"/>
                <w:szCs w:val="20"/>
                <w:lang w:val="de-DE"/>
              </w:rPr>
              <w:t>dhe</w:t>
            </w:r>
            <w:proofErr w:type="spellEnd"/>
            <w:r w:rsidR="00000000" w:rsidRPr="00643454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="00000000" w:rsidRPr="00643454">
              <w:rPr>
                <w:rFonts w:eastAsia="Arial"/>
                <w:sz w:val="20"/>
                <w:szCs w:val="20"/>
                <w:lang w:val="de-DE"/>
              </w:rPr>
              <w:t>promili</w:t>
            </w:r>
            <w:proofErr w:type="spellEnd"/>
          </w:p>
          <w:p w:rsidR="00516D86" w:rsidRPr="00643454" w:rsidRDefault="00000000">
            <w:pPr>
              <w:rPr>
                <w:sz w:val="20"/>
                <w:szCs w:val="20"/>
                <w:lang w:val="de-DE"/>
              </w:rPr>
            </w:pPr>
            <w:r w:rsidRPr="00643454">
              <w:rPr>
                <w:rFonts w:eastAsia="Arial"/>
                <w:sz w:val="20"/>
                <w:szCs w:val="20"/>
                <w:lang w:val="de-DE"/>
              </w:rPr>
              <w:t>1</w:t>
            </w:r>
            <w:r w:rsidR="00D841CD" w:rsidRPr="00643454">
              <w:rPr>
                <w:rFonts w:eastAsia="Arial"/>
                <w:sz w:val="20"/>
                <w:szCs w:val="20"/>
                <w:lang w:val="de-DE"/>
              </w:rPr>
              <w:t>1</w:t>
            </w:r>
            <w:r w:rsidRPr="00643454">
              <w:rPr>
                <w:rFonts w:eastAsia="Arial"/>
                <w:sz w:val="20"/>
                <w:szCs w:val="20"/>
                <w:lang w:val="de-DE"/>
              </w:rPr>
              <w:t xml:space="preserve">. </w:t>
            </w:r>
            <w:proofErr w:type="spellStart"/>
            <w:r w:rsidRPr="00643454">
              <w:rPr>
                <w:rFonts w:eastAsia="Arial"/>
                <w:sz w:val="20"/>
                <w:szCs w:val="20"/>
                <w:lang w:val="de-DE"/>
              </w:rPr>
              <w:t>Interesi</w:t>
            </w:r>
            <w:proofErr w:type="spellEnd"/>
            <w:r w:rsidRPr="00643454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643454">
              <w:rPr>
                <w:rFonts w:eastAsia="Arial"/>
                <w:sz w:val="20"/>
                <w:szCs w:val="20"/>
                <w:lang w:val="de-DE"/>
              </w:rPr>
              <w:t>bankar</w:t>
            </w:r>
            <w:proofErr w:type="spellEnd"/>
            <w:r w:rsidRPr="00643454">
              <w:rPr>
                <w:rFonts w:eastAsia="Arial"/>
                <w:sz w:val="20"/>
                <w:szCs w:val="20"/>
                <w:lang w:val="de-DE"/>
              </w:rPr>
              <w:t xml:space="preserve"> (</w:t>
            </w:r>
            <w:proofErr w:type="spellStart"/>
            <w:r w:rsidRPr="00643454">
              <w:rPr>
                <w:rFonts w:eastAsia="Arial"/>
                <w:sz w:val="20"/>
                <w:szCs w:val="20"/>
                <w:lang w:val="de-DE"/>
              </w:rPr>
              <w:t>kamata</w:t>
            </w:r>
            <w:proofErr w:type="spellEnd"/>
            <w:r w:rsidRPr="00643454">
              <w:rPr>
                <w:rFonts w:eastAsia="Arial"/>
                <w:sz w:val="20"/>
                <w:szCs w:val="20"/>
                <w:lang w:val="de-DE"/>
              </w:rPr>
              <w:t>)</w:t>
            </w:r>
          </w:p>
          <w:p w:rsidR="00516D86" w:rsidRPr="00643454" w:rsidRDefault="00000000">
            <w:pPr>
              <w:rPr>
                <w:rFonts w:eastAsia="Arial"/>
                <w:sz w:val="20"/>
                <w:szCs w:val="20"/>
                <w:lang w:val="de-DE"/>
              </w:rPr>
            </w:pPr>
            <w:r w:rsidRPr="00643454">
              <w:rPr>
                <w:rFonts w:eastAsia="Arial"/>
                <w:sz w:val="20"/>
                <w:szCs w:val="20"/>
                <w:lang w:val="de-DE"/>
              </w:rPr>
              <w:t>1</w:t>
            </w:r>
            <w:r w:rsidR="00D841CD" w:rsidRPr="00643454">
              <w:rPr>
                <w:rFonts w:eastAsia="Arial"/>
                <w:sz w:val="20"/>
                <w:szCs w:val="20"/>
                <w:lang w:val="de-DE"/>
              </w:rPr>
              <w:t>2</w:t>
            </w:r>
            <w:r w:rsidRPr="00643454">
              <w:rPr>
                <w:rFonts w:eastAsia="Arial"/>
                <w:sz w:val="20"/>
                <w:szCs w:val="20"/>
                <w:lang w:val="de-DE"/>
              </w:rPr>
              <w:t xml:space="preserve">. </w:t>
            </w:r>
            <w:proofErr w:type="spellStart"/>
            <w:r w:rsidRPr="00643454">
              <w:rPr>
                <w:rFonts w:eastAsia="Arial"/>
                <w:sz w:val="20"/>
                <w:szCs w:val="20"/>
                <w:lang w:val="de-DE"/>
              </w:rPr>
              <w:t>Ushtrime</w:t>
            </w:r>
            <w:proofErr w:type="spellEnd"/>
            <w:r w:rsidRPr="00643454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</w:p>
          <w:p w:rsidR="00D841CD" w:rsidRDefault="00D841CD">
            <w:pPr>
              <w:rPr>
                <w:rFonts w:eastAsia="Arial"/>
                <w:sz w:val="20"/>
                <w:szCs w:val="20"/>
                <w:lang w:val="de-DE"/>
              </w:rPr>
            </w:pPr>
          </w:p>
          <w:p w:rsidR="00C644E4" w:rsidRDefault="00C644E4">
            <w:pPr>
              <w:rPr>
                <w:rFonts w:eastAsia="Arial"/>
                <w:sz w:val="20"/>
                <w:szCs w:val="20"/>
                <w:lang w:val="de-DE"/>
              </w:rPr>
            </w:pPr>
          </w:p>
          <w:p w:rsidR="00C644E4" w:rsidRDefault="00C644E4">
            <w:pPr>
              <w:rPr>
                <w:rFonts w:eastAsia="Arial"/>
                <w:sz w:val="20"/>
                <w:szCs w:val="20"/>
                <w:lang w:val="de-DE"/>
              </w:rPr>
            </w:pPr>
          </w:p>
          <w:p w:rsidR="00C644E4" w:rsidRPr="00643454" w:rsidRDefault="00C644E4">
            <w:pPr>
              <w:rPr>
                <w:rFonts w:eastAsia="Arial"/>
                <w:sz w:val="20"/>
                <w:szCs w:val="20"/>
                <w:lang w:val="de-DE"/>
              </w:rPr>
            </w:pPr>
          </w:p>
          <w:p w:rsidR="00D841CD" w:rsidRPr="00643454" w:rsidRDefault="00D841CD">
            <w:pPr>
              <w:rPr>
                <w:rFonts w:eastAsia="Arial"/>
                <w:sz w:val="20"/>
                <w:szCs w:val="20"/>
                <w:lang w:val="de-DE"/>
              </w:rPr>
            </w:pPr>
            <w:r w:rsidRPr="00643454">
              <w:rPr>
                <w:rFonts w:eastAsia="Arial"/>
                <w:sz w:val="20"/>
                <w:szCs w:val="20"/>
                <w:lang w:val="de-DE"/>
              </w:rPr>
              <w:lastRenderedPageBreak/>
              <w:t>TEMA 6:</w:t>
            </w:r>
          </w:p>
          <w:p w:rsidR="00D841CD" w:rsidRPr="00643454" w:rsidRDefault="00D841CD">
            <w:pPr>
              <w:rPr>
                <w:sz w:val="20"/>
                <w:szCs w:val="20"/>
                <w:lang w:val="de-DE"/>
              </w:rPr>
            </w:pPr>
          </w:p>
          <w:p w:rsidR="00516D86" w:rsidRPr="00643454" w:rsidRDefault="00000000">
            <w:pPr>
              <w:rPr>
                <w:sz w:val="20"/>
                <w:szCs w:val="20"/>
                <w:lang w:val="de-DE"/>
              </w:rPr>
            </w:pPr>
            <w:r w:rsidRPr="00643454">
              <w:rPr>
                <w:rFonts w:eastAsia="Arial"/>
                <w:sz w:val="20"/>
                <w:szCs w:val="20"/>
                <w:lang w:val="de-DE"/>
              </w:rPr>
              <w:t>1</w:t>
            </w:r>
            <w:r w:rsidR="00D841CD" w:rsidRPr="00643454">
              <w:rPr>
                <w:rFonts w:eastAsia="Arial"/>
                <w:sz w:val="20"/>
                <w:szCs w:val="20"/>
                <w:lang w:val="de-DE"/>
              </w:rPr>
              <w:t>3</w:t>
            </w:r>
            <w:r w:rsidRPr="00643454">
              <w:rPr>
                <w:rFonts w:eastAsia="Arial"/>
                <w:sz w:val="20"/>
                <w:szCs w:val="20"/>
                <w:lang w:val="de-DE"/>
              </w:rPr>
              <w:t xml:space="preserve">. </w:t>
            </w:r>
            <w:proofErr w:type="spellStart"/>
            <w:r w:rsidRPr="00643454">
              <w:rPr>
                <w:rFonts w:eastAsia="Arial"/>
                <w:sz w:val="20"/>
                <w:szCs w:val="20"/>
                <w:lang w:val="de-DE"/>
              </w:rPr>
              <w:t>Sistemi</w:t>
            </w:r>
            <w:proofErr w:type="spellEnd"/>
            <w:r w:rsidRPr="00643454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643454">
              <w:rPr>
                <w:rFonts w:eastAsia="Arial"/>
                <w:sz w:val="20"/>
                <w:szCs w:val="20"/>
                <w:lang w:val="de-DE"/>
              </w:rPr>
              <w:t>kënddrejtë</w:t>
            </w:r>
            <w:proofErr w:type="spellEnd"/>
            <w:r w:rsidRPr="00643454">
              <w:rPr>
                <w:rFonts w:eastAsia="Arial"/>
                <w:sz w:val="20"/>
                <w:szCs w:val="20"/>
                <w:lang w:val="de-DE"/>
              </w:rPr>
              <w:t xml:space="preserve"> koordinativ. </w:t>
            </w:r>
            <w:proofErr w:type="spellStart"/>
            <w:r w:rsidRPr="00643454">
              <w:rPr>
                <w:rFonts w:eastAsia="Arial"/>
                <w:sz w:val="20"/>
                <w:szCs w:val="20"/>
                <w:lang w:val="de-DE"/>
              </w:rPr>
              <w:t>Koordinatat</w:t>
            </w:r>
            <w:proofErr w:type="spellEnd"/>
            <w:r w:rsidRPr="00643454">
              <w:rPr>
                <w:rFonts w:eastAsia="Arial"/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643454">
              <w:rPr>
                <w:rFonts w:eastAsia="Arial"/>
                <w:sz w:val="20"/>
                <w:szCs w:val="20"/>
                <w:lang w:val="de-DE"/>
              </w:rPr>
              <w:t>pikës</w:t>
            </w:r>
            <w:proofErr w:type="spellEnd"/>
          </w:p>
          <w:p w:rsidR="00516D86" w:rsidRPr="00643454" w:rsidRDefault="00000000">
            <w:pPr>
              <w:rPr>
                <w:sz w:val="20"/>
                <w:szCs w:val="20"/>
                <w:lang w:val="de-DE"/>
              </w:rPr>
            </w:pPr>
            <w:r w:rsidRPr="00643454">
              <w:rPr>
                <w:rFonts w:eastAsia="Arial"/>
                <w:sz w:val="20"/>
                <w:szCs w:val="20"/>
                <w:lang w:val="de-DE"/>
              </w:rPr>
              <w:t>1</w:t>
            </w:r>
            <w:r w:rsidR="00D841CD" w:rsidRPr="00643454">
              <w:rPr>
                <w:rFonts w:eastAsia="Arial"/>
                <w:sz w:val="20"/>
                <w:szCs w:val="20"/>
                <w:lang w:val="de-DE"/>
              </w:rPr>
              <w:t>4</w:t>
            </w:r>
            <w:r w:rsidRPr="00643454">
              <w:rPr>
                <w:rFonts w:eastAsia="Arial"/>
                <w:sz w:val="20"/>
                <w:szCs w:val="20"/>
                <w:lang w:val="de-DE"/>
              </w:rPr>
              <w:t xml:space="preserve">. </w:t>
            </w:r>
            <w:proofErr w:type="spellStart"/>
            <w:r w:rsidRPr="00643454">
              <w:rPr>
                <w:rFonts w:eastAsia="Arial"/>
                <w:sz w:val="20"/>
                <w:szCs w:val="20"/>
                <w:lang w:val="de-DE"/>
              </w:rPr>
              <w:t>Përcaktimi</w:t>
            </w:r>
            <w:proofErr w:type="spellEnd"/>
            <w:r w:rsidRPr="00643454">
              <w:rPr>
                <w:rFonts w:eastAsia="Arial"/>
                <w:sz w:val="20"/>
                <w:szCs w:val="20"/>
                <w:lang w:val="de-DE"/>
              </w:rPr>
              <w:t xml:space="preserve"> i </w:t>
            </w:r>
            <w:proofErr w:type="spellStart"/>
            <w:r w:rsidRPr="00643454">
              <w:rPr>
                <w:rFonts w:eastAsia="Arial"/>
                <w:sz w:val="20"/>
                <w:szCs w:val="20"/>
                <w:lang w:val="de-DE"/>
              </w:rPr>
              <w:t>pozitës</w:t>
            </w:r>
            <w:proofErr w:type="spellEnd"/>
            <w:r w:rsidRPr="00643454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643454">
              <w:rPr>
                <w:rFonts w:eastAsia="Arial"/>
                <w:sz w:val="20"/>
                <w:szCs w:val="20"/>
                <w:lang w:val="de-DE"/>
              </w:rPr>
              <w:t>së</w:t>
            </w:r>
            <w:proofErr w:type="spellEnd"/>
            <w:r w:rsidRPr="00643454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643454">
              <w:rPr>
                <w:rFonts w:eastAsia="Arial"/>
                <w:sz w:val="20"/>
                <w:szCs w:val="20"/>
                <w:lang w:val="de-DE"/>
              </w:rPr>
              <w:t>pikës</w:t>
            </w:r>
            <w:proofErr w:type="spellEnd"/>
            <w:r w:rsidRPr="00643454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643454">
              <w:rPr>
                <w:rFonts w:eastAsia="Arial"/>
                <w:sz w:val="20"/>
                <w:szCs w:val="20"/>
                <w:lang w:val="de-DE"/>
              </w:rPr>
              <w:t>në</w:t>
            </w:r>
            <w:proofErr w:type="spellEnd"/>
            <w:r w:rsidRPr="00643454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643454">
              <w:rPr>
                <w:rFonts w:eastAsia="Arial"/>
                <w:sz w:val="20"/>
                <w:szCs w:val="20"/>
                <w:lang w:val="de-DE"/>
              </w:rPr>
              <w:t>rrafshin</w:t>
            </w:r>
            <w:proofErr w:type="spellEnd"/>
            <w:r w:rsidRPr="00643454">
              <w:rPr>
                <w:rFonts w:eastAsia="Arial"/>
                <w:sz w:val="20"/>
                <w:szCs w:val="20"/>
                <w:lang w:val="de-DE"/>
              </w:rPr>
              <w:t xml:space="preserve"> koordinativ</w:t>
            </w:r>
          </w:p>
          <w:p w:rsidR="00516D86" w:rsidRPr="00643454" w:rsidRDefault="00000000">
            <w:pPr>
              <w:rPr>
                <w:sz w:val="20"/>
                <w:szCs w:val="20"/>
              </w:rPr>
            </w:pPr>
            <w:r w:rsidRPr="00643454">
              <w:rPr>
                <w:rFonts w:eastAsia="Arial"/>
                <w:sz w:val="20"/>
                <w:szCs w:val="20"/>
              </w:rPr>
              <w:t>1</w:t>
            </w:r>
            <w:r w:rsidR="00D841CD" w:rsidRPr="00643454">
              <w:rPr>
                <w:rFonts w:eastAsia="Arial"/>
                <w:sz w:val="20"/>
                <w:szCs w:val="20"/>
                <w:lang w:val="en-US"/>
              </w:rPr>
              <w:t>5</w:t>
            </w:r>
            <w:r w:rsidRPr="00643454">
              <w:rPr>
                <w:rFonts w:eastAsia="Arial"/>
                <w:sz w:val="20"/>
                <w:szCs w:val="20"/>
              </w:rPr>
              <w:t>. Ekuacioni i fuqisë së parë me dy ndryshore. Grafiku i tij</w:t>
            </w:r>
          </w:p>
          <w:p w:rsidR="00516D86" w:rsidRPr="00643454" w:rsidRDefault="00000000">
            <w:pPr>
              <w:rPr>
                <w:rFonts w:eastAsia="Arial"/>
                <w:sz w:val="20"/>
                <w:szCs w:val="20"/>
              </w:rPr>
            </w:pPr>
            <w:r w:rsidRPr="00643454">
              <w:rPr>
                <w:rFonts w:eastAsia="Arial"/>
                <w:sz w:val="20"/>
                <w:szCs w:val="20"/>
              </w:rPr>
              <w:t>1</w:t>
            </w:r>
            <w:r w:rsidR="00D841CD" w:rsidRPr="00643454">
              <w:rPr>
                <w:rFonts w:eastAsia="Arial"/>
                <w:sz w:val="20"/>
                <w:szCs w:val="20"/>
                <w:lang w:val="en-US"/>
              </w:rPr>
              <w:t>6</w:t>
            </w:r>
            <w:r w:rsidRPr="00643454">
              <w:rPr>
                <w:rFonts w:eastAsia="Arial"/>
                <w:sz w:val="20"/>
                <w:szCs w:val="20"/>
              </w:rPr>
              <w:t>. Studimi i grafikut të ekuacionit linear y=ax+b</w:t>
            </w:r>
          </w:p>
          <w:p w:rsidR="00D841CD" w:rsidRPr="00643454" w:rsidRDefault="00D841CD">
            <w:pPr>
              <w:rPr>
                <w:sz w:val="20"/>
                <w:szCs w:val="20"/>
                <w:lang w:val="en-US"/>
              </w:rPr>
            </w:pPr>
            <w:r w:rsidRPr="00643454">
              <w:rPr>
                <w:rFonts w:eastAsia="Arial"/>
                <w:sz w:val="20"/>
                <w:szCs w:val="20"/>
                <w:lang w:val="en-US"/>
              </w:rPr>
              <w:t xml:space="preserve">17. </w:t>
            </w:r>
            <w:proofErr w:type="spellStart"/>
            <w:r w:rsidRPr="00643454">
              <w:rPr>
                <w:rFonts w:eastAsia="Arial"/>
                <w:sz w:val="20"/>
                <w:szCs w:val="20"/>
                <w:lang w:val="en-US"/>
              </w:rPr>
              <w:t>Ushtrime</w:t>
            </w:r>
            <w:proofErr w:type="spellEnd"/>
          </w:p>
          <w:p w:rsidR="00516D86" w:rsidRPr="00643454" w:rsidRDefault="00000000">
            <w:pPr>
              <w:rPr>
                <w:sz w:val="20"/>
                <w:szCs w:val="20"/>
              </w:rPr>
            </w:pPr>
            <w:r w:rsidRPr="00643454">
              <w:rPr>
                <w:rFonts w:eastAsia="Arial"/>
                <w:sz w:val="20"/>
                <w:szCs w:val="20"/>
              </w:rPr>
              <w:t>1</w:t>
            </w:r>
            <w:r w:rsidR="00D841CD" w:rsidRPr="00643454">
              <w:rPr>
                <w:rFonts w:eastAsia="Arial"/>
                <w:sz w:val="20"/>
                <w:szCs w:val="20"/>
                <w:lang w:val="en-US"/>
              </w:rPr>
              <w:t>8</w:t>
            </w:r>
            <w:r w:rsidRPr="00643454">
              <w:rPr>
                <w:rFonts w:eastAsia="Arial"/>
                <w:sz w:val="20"/>
                <w:szCs w:val="20"/>
              </w:rPr>
              <w:t>. Përdorimi i ekuacionit linear</w:t>
            </w:r>
          </w:p>
          <w:p w:rsidR="00516D86" w:rsidRPr="00643454" w:rsidRDefault="00000000">
            <w:pPr>
              <w:rPr>
                <w:sz w:val="20"/>
                <w:szCs w:val="20"/>
              </w:rPr>
            </w:pPr>
            <w:r w:rsidRPr="00643454">
              <w:rPr>
                <w:rFonts w:eastAsia="Arial"/>
                <w:sz w:val="20"/>
                <w:szCs w:val="20"/>
              </w:rPr>
              <w:t>1</w:t>
            </w:r>
            <w:r w:rsidR="00D841CD" w:rsidRPr="00643454">
              <w:rPr>
                <w:rFonts w:eastAsia="Arial"/>
                <w:sz w:val="20"/>
                <w:szCs w:val="20"/>
                <w:lang w:val="en-US"/>
              </w:rPr>
              <w:t>9</w:t>
            </w:r>
            <w:r w:rsidRPr="00643454">
              <w:rPr>
                <w:rFonts w:eastAsia="Arial"/>
                <w:sz w:val="20"/>
                <w:szCs w:val="20"/>
              </w:rPr>
              <w:t>. Sistemi i dy ekuacioneve të fuqisë së parë me dy ndryshore. Zgjidhja grafike</w:t>
            </w:r>
          </w:p>
          <w:p w:rsidR="00516D86" w:rsidRPr="00643454" w:rsidRDefault="00D841CD">
            <w:pPr>
              <w:rPr>
                <w:sz w:val="20"/>
                <w:szCs w:val="20"/>
              </w:rPr>
            </w:pPr>
            <w:r w:rsidRPr="00643454">
              <w:rPr>
                <w:rFonts w:eastAsia="Arial"/>
                <w:sz w:val="20"/>
                <w:szCs w:val="20"/>
              </w:rPr>
              <w:t>20</w:t>
            </w:r>
            <w:r w:rsidR="00000000" w:rsidRPr="00643454">
              <w:rPr>
                <w:rFonts w:eastAsia="Arial"/>
                <w:sz w:val="20"/>
                <w:szCs w:val="20"/>
              </w:rPr>
              <w:t>. Zgjidhja e sistemeve me metodën e zëvendësimit</w:t>
            </w:r>
          </w:p>
          <w:p w:rsidR="00516D86" w:rsidRPr="00643454" w:rsidRDefault="00D841CD">
            <w:pPr>
              <w:rPr>
                <w:sz w:val="20"/>
                <w:szCs w:val="20"/>
              </w:rPr>
            </w:pPr>
            <w:r w:rsidRPr="00643454">
              <w:rPr>
                <w:rFonts w:eastAsia="Arial"/>
                <w:sz w:val="20"/>
                <w:szCs w:val="20"/>
              </w:rPr>
              <w:t>21</w:t>
            </w:r>
            <w:r w:rsidR="00000000" w:rsidRPr="00643454">
              <w:rPr>
                <w:rFonts w:eastAsia="Arial"/>
                <w:sz w:val="20"/>
                <w:szCs w:val="20"/>
              </w:rPr>
              <w:t>. Zgjidhja e sistemeve me metodën e eliminimit</w:t>
            </w:r>
          </w:p>
          <w:p w:rsidR="00516D86" w:rsidRPr="00643454" w:rsidRDefault="00000000">
            <w:pPr>
              <w:rPr>
                <w:sz w:val="20"/>
                <w:szCs w:val="20"/>
              </w:rPr>
            </w:pPr>
            <w:r w:rsidRPr="00643454">
              <w:rPr>
                <w:rFonts w:eastAsia="Arial"/>
                <w:sz w:val="20"/>
                <w:szCs w:val="20"/>
              </w:rPr>
              <w:t>2</w:t>
            </w:r>
            <w:r w:rsidR="00D841CD" w:rsidRPr="00643454">
              <w:rPr>
                <w:rFonts w:eastAsia="Arial"/>
                <w:sz w:val="20"/>
                <w:szCs w:val="20"/>
              </w:rPr>
              <w:t>2</w:t>
            </w:r>
            <w:r w:rsidRPr="00643454">
              <w:rPr>
                <w:rFonts w:eastAsia="Arial"/>
                <w:sz w:val="20"/>
                <w:szCs w:val="20"/>
              </w:rPr>
              <w:t>. Zbatime të sistemit të ekuacioneve lineare me dy ndryshore</w:t>
            </w:r>
          </w:p>
          <w:p w:rsidR="00D841CD" w:rsidRPr="00643454" w:rsidRDefault="00000000">
            <w:pPr>
              <w:rPr>
                <w:rFonts w:eastAsia="Arial"/>
                <w:sz w:val="20"/>
                <w:szCs w:val="20"/>
              </w:rPr>
            </w:pPr>
            <w:r w:rsidRPr="00643454">
              <w:rPr>
                <w:rFonts w:eastAsia="Arial"/>
                <w:sz w:val="20"/>
                <w:szCs w:val="20"/>
              </w:rPr>
              <w:t>2</w:t>
            </w:r>
            <w:r w:rsidR="00D841CD" w:rsidRPr="00643454">
              <w:rPr>
                <w:rFonts w:eastAsia="Arial"/>
                <w:sz w:val="20"/>
                <w:szCs w:val="20"/>
                <w:lang w:val="en-US"/>
              </w:rPr>
              <w:t>3</w:t>
            </w:r>
            <w:r w:rsidRPr="00643454">
              <w:rPr>
                <w:rFonts w:eastAsia="Arial"/>
                <w:sz w:val="20"/>
                <w:szCs w:val="20"/>
              </w:rPr>
              <w:t xml:space="preserve">. Ushtrime </w:t>
            </w:r>
          </w:p>
          <w:p w:rsidR="00D841CD" w:rsidRPr="00643454" w:rsidRDefault="00D841CD">
            <w:pPr>
              <w:rPr>
                <w:rFonts w:eastAsia="Arial"/>
                <w:sz w:val="20"/>
                <w:szCs w:val="20"/>
              </w:rPr>
            </w:pPr>
          </w:p>
          <w:p w:rsidR="00D841CD" w:rsidRPr="00643454" w:rsidRDefault="00D841CD">
            <w:pPr>
              <w:rPr>
                <w:rFonts w:eastAsia="Arial"/>
                <w:sz w:val="20"/>
                <w:szCs w:val="20"/>
                <w:lang w:val="en-US"/>
              </w:rPr>
            </w:pPr>
            <w:r w:rsidRPr="00643454">
              <w:rPr>
                <w:rFonts w:eastAsia="Arial"/>
                <w:sz w:val="20"/>
                <w:szCs w:val="20"/>
                <w:lang w:val="en-US"/>
              </w:rPr>
              <w:t>TEMA 7:</w:t>
            </w:r>
          </w:p>
          <w:p w:rsidR="00D841CD" w:rsidRPr="00643454" w:rsidRDefault="00D841CD">
            <w:pPr>
              <w:rPr>
                <w:rFonts w:eastAsia="Arial"/>
                <w:sz w:val="20"/>
                <w:szCs w:val="20"/>
              </w:rPr>
            </w:pPr>
          </w:p>
          <w:p w:rsidR="00516D86" w:rsidRPr="00643454" w:rsidRDefault="00000000">
            <w:pPr>
              <w:rPr>
                <w:sz w:val="20"/>
                <w:szCs w:val="20"/>
              </w:rPr>
            </w:pPr>
            <w:r w:rsidRPr="00643454">
              <w:rPr>
                <w:rFonts w:eastAsia="Arial"/>
                <w:sz w:val="20"/>
                <w:szCs w:val="20"/>
              </w:rPr>
              <w:t>2</w:t>
            </w:r>
            <w:r w:rsidR="00D841CD" w:rsidRPr="00643454">
              <w:rPr>
                <w:rFonts w:eastAsia="Arial"/>
                <w:sz w:val="20"/>
                <w:szCs w:val="20"/>
                <w:lang w:val="en-US"/>
              </w:rPr>
              <w:t>4</w:t>
            </w:r>
            <w:r w:rsidRPr="00643454">
              <w:rPr>
                <w:rFonts w:eastAsia="Arial"/>
                <w:sz w:val="20"/>
                <w:szCs w:val="20"/>
              </w:rPr>
              <w:t>. Kuptimi i vektorit. Vektorë të barabartë apo të kundërt</w:t>
            </w:r>
          </w:p>
          <w:p w:rsidR="00516D86" w:rsidRPr="00643454" w:rsidRDefault="00000000">
            <w:pPr>
              <w:rPr>
                <w:sz w:val="20"/>
                <w:szCs w:val="20"/>
                <w:lang w:val="de-DE"/>
              </w:rPr>
            </w:pPr>
            <w:r w:rsidRPr="00643454">
              <w:rPr>
                <w:rFonts w:eastAsia="Arial"/>
                <w:sz w:val="20"/>
                <w:szCs w:val="20"/>
                <w:lang w:val="de-DE"/>
              </w:rPr>
              <w:t>2</w:t>
            </w:r>
            <w:r w:rsidR="00D841CD" w:rsidRPr="00643454">
              <w:rPr>
                <w:rFonts w:eastAsia="Arial"/>
                <w:sz w:val="20"/>
                <w:szCs w:val="20"/>
                <w:lang w:val="de-DE"/>
              </w:rPr>
              <w:t>5</w:t>
            </w:r>
            <w:r w:rsidRPr="00643454">
              <w:rPr>
                <w:rFonts w:eastAsia="Arial"/>
                <w:sz w:val="20"/>
                <w:szCs w:val="20"/>
                <w:lang w:val="de-DE"/>
              </w:rPr>
              <w:t xml:space="preserve">. </w:t>
            </w:r>
            <w:proofErr w:type="spellStart"/>
            <w:r w:rsidRPr="00643454">
              <w:rPr>
                <w:rFonts w:eastAsia="Arial"/>
                <w:sz w:val="20"/>
                <w:szCs w:val="20"/>
                <w:lang w:val="de-DE"/>
              </w:rPr>
              <w:t>Mbledhja</w:t>
            </w:r>
            <w:proofErr w:type="spellEnd"/>
            <w:r w:rsidRPr="00643454">
              <w:rPr>
                <w:rFonts w:eastAsia="Arial"/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643454">
              <w:rPr>
                <w:rFonts w:eastAsia="Arial"/>
                <w:sz w:val="20"/>
                <w:szCs w:val="20"/>
                <w:lang w:val="de-DE"/>
              </w:rPr>
              <w:t>vektorëve</w:t>
            </w:r>
            <w:proofErr w:type="spellEnd"/>
          </w:p>
          <w:p w:rsidR="00516D86" w:rsidRPr="00643454" w:rsidRDefault="00000000">
            <w:pPr>
              <w:rPr>
                <w:sz w:val="20"/>
                <w:szCs w:val="20"/>
              </w:rPr>
            </w:pPr>
            <w:r w:rsidRPr="00643454">
              <w:rPr>
                <w:rFonts w:eastAsia="Arial"/>
                <w:sz w:val="20"/>
                <w:szCs w:val="20"/>
                <w:lang w:val="de-DE"/>
              </w:rPr>
              <w:t>2</w:t>
            </w:r>
            <w:r w:rsidR="00D841CD" w:rsidRPr="00643454">
              <w:rPr>
                <w:rFonts w:eastAsia="Arial"/>
                <w:sz w:val="20"/>
                <w:szCs w:val="20"/>
                <w:lang w:val="de-DE"/>
              </w:rPr>
              <w:t>6</w:t>
            </w:r>
            <w:r w:rsidRPr="00643454">
              <w:rPr>
                <w:rFonts w:eastAsia="Arial"/>
                <w:sz w:val="20"/>
                <w:szCs w:val="20"/>
                <w:lang w:val="de-DE"/>
              </w:rPr>
              <w:t xml:space="preserve">. </w:t>
            </w:r>
            <w:proofErr w:type="spellStart"/>
            <w:r w:rsidRPr="00643454">
              <w:rPr>
                <w:rFonts w:eastAsia="Arial"/>
                <w:sz w:val="20"/>
                <w:szCs w:val="20"/>
                <w:lang w:val="de-DE"/>
              </w:rPr>
              <w:t>Shuma</w:t>
            </w:r>
            <w:proofErr w:type="spellEnd"/>
            <w:r w:rsidRPr="00643454">
              <w:rPr>
                <w:rFonts w:eastAsia="Arial"/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643454">
              <w:rPr>
                <w:rFonts w:eastAsia="Arial"/>
                <w:sz w:val="20"/>
                <w:szCs w:val="20"/>
                <w:lang w:val="de-DE"/>
              </w:rPr>
              <w:t>disa</w:t>
            </w:r>
            <w:proofErr w:type="spellEnd"/>
            <w:r w:rsidRPr="00643454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643454">
              <w:rPr>
                <w:rFonts w:eastAsia="Arial"/>
                <w:sz w:val="20"/>
                <w:szCs w:val="20"/>
                <w:lang w:val="de-DE"/>
              </w:rPr>
              <w:t>vektorëve</w:t>
            </w:r>
            <w:proofErr w:type="spellEnd"/>
            <w:r w:rsidRPr="00643454">
              <w:rPr>
                <w:rFonts w:eastAsia="Arial"/>
                <w:sz w:val="20"/>
                <w:szCs w:val="20"/>
                <w:lang w:val="de-DE"/>
              </w:rPr>
              <w:t xml:space="preserve">. </w:t>
            </w:r>
            <w:proofErr w:type="spellStart"/>
            <w:r w:rsidRPr="00643454">
              <w:rPr>
                <w:rFonts w:eastAsia="Arial"/>
                <w:sz w:val="20"/>
                <w:szCs w:val="20"/>
              </w:rPr>
              <w:t>Ndryshimi</w:t>
            </w:r>
            <w:proofErr w:type="spellEnd"/>
            <w:r w:rsidRPr="00643454">
              <w:rPr>
                <w:rFonts w:eastAsia="Arial"/>
                <w:sz w:val="20"/>
                <w:szCs w:val="20"/>
              </w:rPr>
              <w:t xml:space="preserve"> </w:t>
            </w:r>
            <w:proofErr w:type="spellStart"/>
            <w:r w:rsidRPr="00643454">
              <w:rPr>
                <w:rFonts w:eastAsia="Arial"/>
                <w:sz w:val="20"/>
                <w:szCs w:val="20"/>
              </w:rPr>
              <w:t>i</w:t>
            </w:r>
            <w:proofErr w:type="spellEnd"/>
            <w:r w:rsidRPr="00643454">
              <w:rPr>
                <w:rFonts w:eastAsia="Arial"/>
                <w:sz w:val="20"/>
                <w:szCs w:val="20"/>
              </w:rPr>
              <w:t xml:space="preserve"> </w:t>
            </w:r>
            <w:proofErr w:type="spellStart"/>
            <w:r w:rsidRPr="00643454">
              <w:rPr>
                <w:rFonts w:eastAsia="Arial"/>
                <w:sz w:val="20"/>
                <w:szCs w:val="20"/>
              </w:rPr>
              <w:t>vektorëve</w:t>
            </w:r>
            <w:proofErr w:type="spellEnd"/>
          </w:p>
          <w:p w:rsidR="00516D86" w:rsidRPr="00643454" w:rsidRDefault="00000000">
            <w:pPr>
              <w:rPr>
                <w:sz w:val="20"/>
                <w:szCs w:val="20"/>
              </w:rPr>
            </w:pPr>
            <w:r w:rsidRPr="00643454">
              <w:rPr>
                <w:rFonts w:eastAsia="Arial"/>
                <w:sz w:val="20"/>
                <w:szCs w:val="20"/>
              </w:rPr>
              <w:t>2</w:t>
            </w:r>
            <w:r w:rsidR="00D841CD" w:rsidRPr="00643454">
              <w:rPr>
                <w:rFonts w:eastAsia="Arial"/>
                <w:sz w:val="20"/>
                <w:szCs w:val="20"/>
                <w:lang w:val="en-US"/>
              </w:rPr>
              <w:t>7</w:t>
            </w:r>
            <w:r w:rsidRPr="00643454">
              <w:rPr>
                <w:rFonts w:eastAsia="Arial"/>
                <w:sz w:val="20"/>
                <w:szCs w:val="20"/>
              </w:rPr>
              <w:t>. Shumëzimi i vektorit me një numër</w:t>
            </w:r>
          </w:p>
          <w:p w:rsidR="00516D86" w:rsidRPr="00643454" w:rsidRDefault="00000000">
            <w:pPr>
              <w:rPr>
                <w:sz w:val="20"/>
                <w:szCs w:val="20"/>
              </w:rPr>
            </w:pPr>
            <w:r w:rsidRPr="00643454">
              <w:rPr>
                <w:rFonts w:eastAsia="Arial"/>
                <w:sz w:val="20"/>
                <w:szCs w:val="20"/>
              </w:rPr>
              <w:t>2</w:t>
            </w:r>
            <w:r w:rsidR="00D841CD" w:rsidRPr="00643454">
              <w:rPr>
                <w:rFonts w:eastAsia="Arial"/>
                <w:sz w:val="20"/>
                <w:szCs w:val="20"/>
              </w:rPr>
              <w:t>8</w:t>
            </w:r>
            <w:r w:rsidRPr="00643454">
              <w:rPr>
                <w:rFonts w:eastAsia="Arial"/>
                <w:sz w:val="20"/>
                <w:szCs w:val="20"/>
              </w:rPr>
              <w:t>. Raporti i dy vektorëve bashkëvizorë</w:t>
            </w:r>
          </w:p>
          <w:p w:rsidR="00516D86" w:rsidRPr="00643454" w:rsidRDefault="00000000">
            <w:pPr>
              <w:rPr>
                <w:rFonts w:eastAsia="Arial"/>
                <w:sz w:val="20"/>
                <w:szCs w:val="20"/>
              </w:rPr>
            </w:pPr>
            <w:r w:rsidRPr="00643454">
              <w:rPr>
                <w:rFonts w:eastAsia="Arial"/>
                <w:sz w:val="20"/>
                <w:szCs w:val="20"/>
              </w:rPr>
              <w:t>2</w:t>
            </w:r>
            <w:r w:rsidR="00D841CD" w:rsidRPr="00643454">
              <w:rPr>
                <w:rFonts w:eastAsia="Arial"/>
                <w:sz w:val="20"/>
                <w:szCs w:val="20"/>
              </w:rPr>
              <w:t>9</w:t>
            </w:r>
            <w:r w:rsidRPr="00643454">
              <w:rPr>
                <w:rFonts w:eastAsia="Arial"/>
                <w:sz w:val="20"/>
                <w:szCs w:val="20"/>
              </w:rPr>
              <w:t xml:space="preserve">. Ushtrime </w:t>
            </w:r>
          </w:p>
          <w:p w:rsidR="00643454" w:rsidRPr="00643454" w:rsidRDefault="00643454">
            <w:pPr>
              <w:rPr>
                <w:rFonts w:eastAsia="Arial"/>
                <w:sz w:val="20"/>
                <w:szCs w:val="20"/>
              </w:rPr>
            </w:pPr>
          </w:p>
          <w:p w:rsidR="00643454" w:rsidRPr="00AF605D" w:rsidRDefault="00643454">
            <w:pPr>
              <w:rPr>
                <w:rFonts w:eastAsia="Arial"/>
                <w:sz w:val="20"/>
                <w:szCs w:val="20"/>
              </w:rPr>
            </w:pPr>
            <w:r w:rsidRPr="00AF605D">
              <w:rPr>
                <w:rFonts w:eastAsia="Arial"/>
                <w:sz w:val="20"/>
                <w:szCs w:val="20"/>
              </w:rPr>
              <w:t>TEMA 8:</w:t>
            </w:r>
          </w:p>
          <w:p w:rsidR="00643454" w:rsidRPr="00643454" w:rsidRDefault="00643454">
            <w:pPr>
              <w:rPr>
                <w:sz w:val="20"/>
                <w:szCs w:val="20"/>
              </w:rPr>
            </w:pPr>
          </w:p>
          <w:p w:rsidR="00516D86" w:rsidRPr="00643454" w:rsidRDefault="00AF605D">
            <w:pPr>
              <w:rPr>
                <w:sz w:val="20"/>
                <w:szCs w:val="20"/>
              </w:rPr>
            </w:pPr>
            <w:r w:rsidRPr="00AF605D">
              <w:rPr>
                <w:rFonts w:eastAsia="Arial"/>
                <w:sz w:val="20"/>
                <w:szCs w:val="20"/>
              </w:rPr>
              <w:t>30</w:t>
            </w:r>
            <w:r w:rsidR="00000000" w:rsidRPr="00643454">
              <w:rPr>
                <w:rFonts w:eastAsia="Arial"/>
                <w:sz w:val="20"/>
                <w:szCs w:val="20"/>
              </w:rPr>
              <w:t>. Trekëndëshat e ngjashëm</w:t>
            </w:r>
          </w:p>
          <w:p w:rsidR="00516D86" w:rsidRPr="00643454" w:rsidRDefault="00AF605D">
            <w:pPr>
              <w:rPr>
                <w:sz w:val="20"/>
                <w:szCs w:val="20"/>
              </w:rPr>
            </w:pPr>
            <w:r w:rsidRPr="00AF605D">
              <w:rPr>
                <w:rFonts w:eastAsia="Arial"/>
                <w:sz w:val="20"/>
                <w:szCs w:val="20"/>
              </w:rPr>
              <w:t>31</w:t>
            </w:r>
            <w:r w:rsidR="00000000" w:rsidRPr="00643454">
              <w:rPr>
                <w:rFonts w:eastAsia="Arial"/>
                <w:sz w:val="20"/>
                <w:szCs w:val="20"/>
              </w:rPr>
              <w:t>. Rasti I i ngjashmërisë së trekëndëshit</w:t>
            </w:r>
          </w:p>
          <w:p w:rsidR="00516D86" w:rsidRPr="00643454" w:rsidRDefault="00000000">
            <w:pPr>
              <w:rPr>
                <w:sz w:val="20"/>
                <w:szCs w:val="20"/>
              </w:rPr>
            </w:pPr>
            <w:r w:rsidRPr="00643454">
              <w:rPr>
                <w:rFonts w:eastAsia="Arial"/>
                <w:sz w:val="20"/>
                <w:szCs w:val="20"/>
              </w:rPr>
              <w:t>3</w:t>
            </w:r>
            <w:r w:rsidR="00AF605D" w:rsidRPr="00AF605D">
              <w:rPr>
                <w:rFonts w:eastAsia="Arial"/>
                <w:sz w:val="20"/>
                <w:szCs w:val="20"/>
              </w:rPr>
              <w:t>2</w:t>
            </w:r>
            <w:r w:rsidRPr="00643454">
              <w:rPr>
                <w:rFonts w:eastAsia="Arial"/>
                <w:sz w:val="20"/>
                <w:szCs w:val="20"/>
              </w:rPr>
              <w:t>. Rasti II i ngjashmërisë së trekëndëshit</w:t>
            </w:r>
          </w:p>
          <w:p w:rsidR="00516D86" w:rsidRPr="00643454" w:rsidRDefault="00000000">
            <w:pPr>
              <w:rPr>
                <w:sz w:val="20"/>
                <w:szCs w:val="20"/>
              </w:rPr>
            </w:pPr>
            <w:r w:rsidRPr="00643454">
              <w:rPr>
                <w:rFonts w:eastAsia="Arial"/>
                <w:sz w:val="20"/>
                <w:szCs w:val="20"/>
              </w:rPr>
              <w:t>3</w:t>
            </w:r>
            <w:r w:rsidR="00AF605D" w:rsidRPr="00AF605D">
              <w:rPr>
                <w:rFonts w:eastAsia="Arial"/>
                <w:sz w:val="20"/>
                <w:szCs w:val="20"/>
              </w:rPr>
              <w:t>3</w:t>
            </w:r>
            <w:r w:rsidRPr="00643454">
              <w:rPr>
                <w:rFonts w:eastAsia="Arial"/>
                <w:sz w:val="20"/>
                <w:szCs w:val="20"/>
              </w:rPr>
              <w:t xml:space="preserve">. Rasti III i ngjashmërisë së </w:t>
            </w:r>
            <w:r w:rsidRPr="00643454">
              <w:rPr>
                <w:rFonts w:eastAsia="Arial"/>
                <w:sz w:val="20"/>
                <w:szCs w:val="20"/>
              </w:rPr>
              <w:lastRenderedPageBreak/>
              <w:t>trekëndëshit</w:t>
            </w:r>
          </w:p>
          <w:p w:rsidR="00516D86" w:rsidRPr="00643454" w:rsidRDefault="00000000">
            <w:pPr>
              <w:rPr>
                <w:sz w:val="20"/>
                <w:szCs w:val="20"/>
              </w:rPr>
            </w:pPr>
            <w:r w:rsidRPr="00643454">
              <w:rPr>
                <w:rFonts w:eastAsia="Arial"/>
                <w:sz w:val="20"/>
                <w:szCs w:val="20"/>
              </w:rPr>
              <w:t>3</w:t>
            </w:r>
            <w:r w:rsidR="00AF605D" w:rsidRPr="00AF605D">
              <w:rPr>
                <w:rFonts w:eastAsia="Arial"/>
                <w:sz w:val="20"/>
                <w:szCs w:val="20"/>
              </w:rPr>
              <w:t>4</w:t>
            </w:r>
            <w:r w:rsidRPr="00643454">
              <w:rPr>
                <w:rFonts w:eastAsia="Arial"/>
                <w:sz w:val="20"/>
                <w:szCs w:val="20"/>
              </w:rPr>
              <w:t>. Zbatime të ngjashmërisë së trekëndëshit</w:t>
            </w:r>
          </w:p>
          <w:p w:rsidR="00516D86" w:rsidRDefault="00000000">
            <w:pPr>
              <w:rPr>
                <w:rFonts w:eastAsia="Arial"/>
                <w:sz w:val="20"/>
                <w:szCs w:val="20"/>
              </w:rPr>
            </w:pPr>
            <w:r w:rsidRPr="00643454">
              <w:rPr>
                <w:rFonts w:eastAsia="Arial"/>
                <w:sz w:val="20"/>
                <w:szCs w:val="20"/>
              </w:rPr>
              <w:t>3</w:t>
            </w:r>
            <w:r w:rsidR="00AF605D" w:rsidRPr="00AF605D">
              <w:rPr>
                <w:rFonts w:eastAsia="Arial"/>
                <w:sz w:val="20"/>
                <w:szCs w:val="20"/>
              </w:rPr>
              <w:t>5</w:t>
            </w:r>
            <w:r w:rsidRPr="00643454">
              <w:rPr>
                <w:rFonts w:eastAsia="Arial"/>
                <w:sz w:val="20"/>
                <w:szCs w:val="20"/>
              </w:rPr>
              <w:t>. Ngjashmëria e shumëkëndëshave</w:t>
            </w:r>
          </w:p>
          <w:p w:rsidR="00276984" w:rsidRPr="00276984" w:rsidRDefault="00276984">
            <w:pPr>
              <w:rPr>
                <w:sz w:val="20"/>
                <w:szCs w:val="20"/>
                <w:lang w:val="de-DE"/>
              </w:rPr>
            </w:pPr>
            <w:r w:rsidRPr="00276984">
              <w:rPr>
                <w:rFonts w:eastAsia="Arial"/>
                <w:sz w:val="20"/>
                <w:szCs w:val="20"/>
                <w:lang w:val="de-DE"/>
              </w:rPr>
              <w:t xml:space="preserve">36. </w:t>
            </w:r>
            <w:proofErr w:type="spellStart"/>
            <w:r w:rsidRPr="00276984">
              <w:rPr>
                <w:rFonts w:eastAsia="Arial"/>
                <w:sz w:val="20"/>
                <w:szCs w:val="20"/>
                <w:lang w:val="de-DE"/>
              </w:rPr>
              <w:t>Ushtrime</w:t>
            </w:r>
            <w:proofErr w:type="spellEnd"/>
          </w:p>
          <w:p w:rsidR="00516D86" w:rsidRPr="00643454" w:rsidRDefault="00000000">
            <w:pPr>
              <w:rPr>
                <w:sz w:val="20"/>
                <w:szCs w:val="20"/>
                <w:lang w:val="de-DE"/>
              </w:rPr>
            </w:pPr>
            <w:r w:rsidRPr="00643454">
              <w:rPr>
                <w:rFonts w:eastAsia="Arial"/>
                <w:sz w:val="20"/>
                <w:szCs w:val="20"/>
                <w:lang w:val="de-DE"/>
              </w:rPr>
              <w:t>3</w:t>
            </w:r>
            <w:r w:rsidR="00276984">
              <w:rPr>
                <w:rFonts w:eastAsia="Arial"/>
                <w:sz w:val="20"/>
                <w:szCs w:val="20"/>
                <w:lang w:val="de-DE"/>
              </w:rPr>
              <w:t>7</w:t>
            </w:r>
            <w:r w:rsidRPr="00643454">
              <w:rPr>
                <w:rFonts w:eastAsia="Arial"/>
                <w:sz w:val="20"/>
                <w:szCs w:val="20"/>
                <w:lang w:val="de-DE"/>
              </w:rPr>
              <w:t xml:space="preserve">. </w:t>
            </w:r>
            <w:proofErr w:type="spellStart"/>
            <w:r w:rsidRPr="00643454">
              <w:rPr>
                <w:rFonts w:eastAsia="Arial"/>
                <w:sz w:val="20"/>
                <w:szCs w:val="20"/>
                <w:lang w:val="de-DE"/>
              </w:rPr>
              <w:t>Teorema</w:t>
            </w:r>
            <w:proofErr w:type="spellEnd"/>
            <w:r w:rsidRPr="00643454">
              <w:rPr>
                <w:rFonts w:eastAsia="Arial"/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643454">
              <w:rPr>
                <w:rFonts w:eastAsia="Arial"/>
                <w:sz w:val="20"/>
                <w:szCs w:val="20"/>
                <w:lang w:val="de-DE"/>
              </w:rPr>
              <w:t>Talesit</w:t>
            </w:r>
            <w:proofErr w:type="spellEnd"/>
          </w:p>
          <w:p w:rsidR="00516D86" w:rsidRPr="00643454" w:rsidRDefault="00000000">
            <w:pPr>
              <w:rPr>
                <w:sz w:val="20"/>
                <w:szCs w:val="20"/>
                <w:lang w:val="de-DE"/>
              </w:rPr>
            </w:pPr>
            <w:r w:rsidRPr="00643454">
              <w:rPr>
                <w:rFonts w:eastAsia="Arial"/>
                <w:sz w:val="20"/>
                <w:szCs w:val="20"/>
                <w:lang w:val="de-DE"/>
              </w:rPr>
              <w:t>3</w:t>
            </w:r>
            <w:r w:rsidR="00276984">
              <w:rPr>
                <w:rFonts w:eastAsia="Arial"/>
                <w:sz w:val="20"/>
                <w:szCs w:val="20"/>
                <w:lang w:val="de-DE"/>
              </w:rPr>
              <w:t>8</w:t>
            </w:r>
            <w:r w:rsidRPr="00643454">
              <w:rPr>
                <w:rFonts w:eastAsia="Arial"/>
                <w:sz w:val="20"/>
                <w:szCs w:val="20"/>
                <w:lang w:val="de-DE"/>
              </w:rPr>
              <w:t xml:space="preserve">. </w:t>
            </w:r>
            <w:proofErr w:type="spellStart"/>
            <w:r w:rsidRPr="00643454">
              <w:rPr>
                <w:rFonts w:eastAsia="Arial"/>
                <w:sz w:val="20"/>
                <w:szCs w:val="20"/>
                <w:lang w:val="de-DE"/>
              </w:rPr>
              <w:t>Kuptimi</w:t>
            </w:r>
            <w:proofErr w:type="spellEnd"/>
            <w:r w:rsidRPr="00643454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643454">
              <w:rPr>
                <w:rFonts w:eastAsia="Arial"/>
                <w:sz w:val="20"/>
                <w:szCs w:val="20"/>
                <w:lang w:val="de-DE"/>
              </w:rPr>
              <w:t>mbi</w:t>
            </w:r>
            <w:proofErr w:type="spellEnd"/>
            <w:r w:rsidRPr="00643454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643454">
              <w:rPr>
                <w:rFonts w:eastAsia="Arial"/>
                <w:sz w:val="20"/>
                <w:szCs w:val="20"/>
                <w:lang w:val="de-DE"/>
              </w:rPr>
              <w:t>homotetinë</w:t>
            </w:r>
            <w:proofErr w:type="spellEnd"/>
          </w:p>
          <w:p w:rsidR="00516D86" w:rsidRPr="00643454" w:rsidRDefault="00000000">
            <w:pPr>
              <w:rPr>
                <w:sz w:val="20"/>
                <w:szCs w:val="20"/>
                <w:lang w:val="de-DE"/>
              </w:rPr>
            </w:pPr>
            <w:r w:rsidRPr="00643454">
              <w:rPr>
                <w:rFonts w:eastAsia="Arial"/>
                <w:sz w:val="20"/>
                <w:szCs w:val="20"/>
                <w:lang w:val="de-DE"/>
              </w:rPr>
              <w:t>3</w:t>
            </w:r>
            <w:r w:rsidR="00276984">
              <w:rPr>
                <w:rFonts w:eastAsia="Arial"/>
                <w:sz w:val="20"/>
                <w:szCs w:val="20"/>
                <w:lang w:val="de-DE"/>
              </w:rPr>
              <w:t>9</w:t>
            </w:r>
            <w:r w:rsidRPr="00643454">
              <w:rPr>
                <w:rFonts w:eastAsia="Arial"/>
                <w:sz w:val="20"/>
                <w:szCs w:val="20"/>
                <w:lang w:val="de-DE"/>
              </w:rPr>
              <w:t xml:space="preserve">. </w:t>
            </w:r>
            <w:proofErr w:type="spellStart"/>
            <w:r w:rsidRPr="00643454">
              <w:rPr>
                <w:rFonts w:eastAsia="Arial"/>
                <w:sz w:val="20"/>
                <w:szCs w:val="20"/>
                <w:lang w:val="de-DE"/>
              </w:rPr>
              <w:t>Një</w:t>
            </w:r>
            <w:proofErr w:type="spellEnd"/>
            <w:r w:rsidRPr="00643454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643454">
              <w:rPr>
                <w:rFonts w:eastAsia="Arial"/>
                <w:sz w:val="20"/>
                <w:szCs w:val="20"/>
                <w:lang w:val="de-DE"/>
              </w:rPr>
              <w:t>veti</w:t>
            </w:r>
            <w:proofErr w:type="spellEnd"/>
            <w:r w:rsidRPr="00643454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643454">
              <w:rPr>
                <w:rFonts w:eastAsia="Arial"/>
                <w:sz w:val="20"/>
                <w:szCs w:val="20"/>
                <w:lang w:val="de-DE"/>
              </w:rPr>
              <w:t>karakteristike</w:t>
            </w:r>
            <w:proofErr w:type="spellEnd"/>
            <w:r w:rsidRPr="00643454">
              <w:rPr>
                <w:rFonts w:eastAsia="Arial"/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643454">
              <w:rPr>
                <w:rFonts w:eastAsia="Arial"/>
                <w:sz w:val="20"/>
                <w:szCs w:val="20"/>
                <w:lang w:val="de-DE"/>
              </w:rPr>
              <w:t>homotetisë</w:t>
            </w:r>
            <w:proofErr w:type="spellEnd"/>
          </w:p>
          <w:p w:rsidR="00516D86" w:rsidRPr="00643454" w:rsidRDefault="00276984">
            <w:pPr>
              <w:rPr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  <w:lang w:val="en-US"/>
              </w:rPr>
              <w:t>40</w:t>
            </w:r>
            <w:r w:rsidR="00000000" w:rsidRPr="00643454">
              <w:rPr>
                <w:rFonts w:eastAsia="Arial"/>
                <w:sz w:val="20"/>
                <w:szCs w:val="20"/>
              </w:rPr>
              <w:t>. Zbatime të homotetisë</w:t>
            </w:r>
          </w:p>
          <w:p w:rsidR="00516D86" w:rsidRPr="00643454" w:rsidRDefault="00AF605D">
            <w:pPr>
              <w:rPr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  <w:lang w:val="en-US"/>
              </w:rPr>
              <w:t>4</w:t>
            </w:r>
            <w:r w:rsidR="00276984">
              <w:rPr>
                <w:rFonts w:eastAsia="Arial"/>
                <w:sz w:val="20"/>
                <w:szCs w:val="20"/>
                <w:lang w:val="en-US"/>
              </w:rPr>
              <w:t>1</w:t>
            </w:r>
            <w:r w:rsidR="00000000" w:rsidRPr="00643454">
              <w:rPr>
                <w:rFonts w:eastAsia="Arial"/>
                <w:sz w:val="20"/>
                <w:szCs w:val="20"/>
              </w:rPr>
              <w:t>. Ushtrime – Ngjashmëria</w:t>
            </w:r>
          </w:p>
          <w:p w:rsidR="00516D86" w:rsidRPr="00643454" w:rsidRDefault="00AF605D">
            <w:pPr>
              <w:rPr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  <w:lang w:val="en-US"/>
              </w:rPr>
              <w:t>4</w:t>
            </w:r>
            <w:r w:rsidR="00276984">
              <w:rPr>
                <w:rFonts w:eastAsia="Arial"/>
                <w:sz w:val="20"/>
                <w:szCs w:val="20"/>
                <w:lang w:val="en-US"/>
              </w:rPr>
              <w:t>2</w:t>
            </w:r>
            <w:r w:rsidR="00000000" w:rsidRPr="00643454">
              <w:rPr>
                <w:rFonts w:eastAsia="Arial"/>
                <w:sz w:val="20"/>
                <w:szCs w:val="20"/>
              </w:rPr>
              <w:t>. Ushtrime – Teorema e Talesit</w:t>
            </w:r>
          </w:p>
          <w:p w:rsidR="00516D86" w:rsidRPr="00643454" w:rsidRDefault="00000000">
            <w:pPr>
              <w:rPr>
                <w:sz w:val="20"/>
                <w:szCs w:val="20"/>
              </w:rPr>
            </w:pPr>
            <w:r w:rsidRPr="00643454">
              <w:rPr>
                <w:rFonts w:eastAsia="Arial"/>
                <w:sz w:val="20"/>
                <w:szCs w:val="20"/>
              </w:rPr>
              <w:t>4</w:t>
            </w:r>
            <w:r w:rsidR="00276984">
              <w:rPr>
                <w:rFonts w:eastAsia="Arial"/>
                <w:sz w:val="20"/>
                <w:szCs w:val="20"/>
                <w:lang w:val="en-US"/>
              </w:rPr>
              <w:t>3</w:t>
            </w:r>
            <w:r w:rsidRPr="00643454">
              <w:rPr>
                <w:rFonts w:eastAsia="Arial"/>
                <w:sz w:val="20"/>
                <w:szCs w:val="20"/>
              </w:rPr>
              <w:t>. Ushtrime – Homotetia</w:t>
            </w:r>
          </w:p>
          <w:p w:rsidR="00516D86" w:rsidRPr="00643454" w:rsidRDefault="00000000">
            <w:pPr>
              <w:rPr>
                <w:sz w:val="20"/>
                <w:szCs w:val="20"/>
              </w:rPr>
            </w:pPr>
            <w:r w:rsidRPr="00643454">
              <w:rPr>
                <w:rFonts w:eastAsia="Arial"/>
                <w:sz w:val="20"/>
                <w:szCs w:val="20"/>
              </w:rPr>
              <w:t>4</w:t>
            </w:r>
            <w:r w:rsidR="00276984">
              <w:rPr>
                <w:rFonts w:eastAsia="Arial"/>
                <w:sz w:val="20"/>
                <w:szCs w:val="20"/>
                <w:lang w:val="en-US"/>
              </w:rPr>
              <w:t>4</w:t>
            </w:r>
            <w:r w:rsidRPr="00643454">
              <w:rPr>
                <w:rFonts w:eastAsia="Arial"/>
                <w:sz w:val="20"/>
                <w:szCs w:val="20"/>
              </w:rPr>
              <w:t>. Zgjidhje problemore dhe përmbledhje</w:t>
            </w:r>
          </w:p>
          <w:p w:rsidR="00516D86" w:rsidRPr="00643454" w:rsidRDefault="00000000">
            <w:pPr>
              <w:rPr>
                <w:sz w:val="20"/>
                <w:szCs w:val="20"/>
              </w:rPr>
            </w:pPr>
            <w:r w:rsidRPr="00643454">
              <w:rPr>
                <w:rFonts w:eastAsia="Arial"/>
                <w:sz w:val="20"/>
                <w:szCs w:val="20"/>
              </w:rPr>
              <w:t>4</w:t>
            </w:r>
            <w:r w:rsidR="00276984" w:rsidRPr="00276984">
              <w:rPr>
                <w:rFonts w:eastAsia="Arial"/>
                <w:sz w:val="20"/>
                <w:szCs w:val="20"/>
              </w:rPr>
              <w:t>5</w:t>
            </w:r>
            <w:r w:rsidRPr="00643454">
              <w:rPr>
                <w:rFonts w:eastAsia="Arial"/>
                <w:sz w:val="20"/>
                <w:szCs w:val="20"/>
              </w:rPr>
              <w:t>. Ushtrime dhe përsëritje për test</w:t>
            </w:r>
          </w:p>
          <w:p w:rsidR="00516D86" w:rsidRPr="00643454" w:rsidRDefault="00000000">
            <w:pPr>
              <w:rPr>
                <w:sz w:val="20"/>
                <w:szCs w:val="20"/>
              </w:rPr>
            </w:pPr>
            <w:r w:rsidRPr="00643454">
              <w:rPr>
                <w:rFonts w:eastAsia="Arial"/>
                <w:sz w:val="20"/>
                <w:szCs w:val="20"/>
              </w:rPr>
              <w:t>4</w:t>
            </w:r>
            <w:r w:rsidR="00276984" w:rsidRPr="00276984">
              <w:rPr>
                <w:rFonts w:eastAsia="Arial"/>
                <w:sz w:val="20"/>
                <w:szCs w:val="20"/>
              </w:rPr>
              <w:t>6</w:t>
            </w:r>
            <w:r w:rsidRPr="00643454">
              <w:rPr>
                <w:rFonts w:eastAsia="Arial"/>
                <w:sz w:val="20"/>
                <w:szCs w:val="20"/>
              </w:rPr>
              <w:t>. Test – vlerësim përmbledhës</w:t>
            </w:r>
          </w:p>
          <w:p w:rsidR="00516D86" w:rsidRPr="00643454" w:rsidRDefault="00000000">
            <w:pPr>
              <w:rPr>
                <w:sz w:val="20"/>
                <w:szCs w:val="20"/>
              </w:rPr>
            </w:pPr>
            <w:r w:rsidRPr="00643454">
              <w:rPr>
                <w:rFonts w:eastAsia="Arial"/>
                <w:sz w:val="20"/>
                <w:szCs w:val="20"/>
              </w:rPr>
              <w:t>4</w:t>
            </w:r>
            <w:r w:rsidR="00276984">
              <w:rPr>
                <w:rFonts w:eastAsia="Arial"/>
                <w:sz w:val="20"/>
                <w:szCs w:val="20"/>
                <w:lang w:val="en-US"/>
              </w:rPr>
              <w:t>7</w:t>
            </w:r>
            <w:r w:rsidRPr="00643454">
              <w:rPr>
                <w:rFonts w:eastAsia="Arial"/>
                <w:sz w:val="20"/>
                <w:szCs w:val="20"/>
              </w:rPr>
              <w:t>. Analiza e testit</w:t>
            </w:r>
          </w:p>
        </w:tc>
        <w:tc>
          <w:tcPr>
            <w:tcW w:w="85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16D86" w:rsidRPr="00643454" w:rsidRDefault="00000000">
            <w:pPr>
              <w:jc w:val="center"/>
              <w:rPr>
                <w:sz w:val="20"/>
                <w:szCs w:val="20"/>
              </w:rPr>
            </w:pPr>
            <w:r w:rsidRPr="00643454">
              <w:rPr>
                <w:rFonts w:eastAsia="Arial"/>
                <w:b/>
                <w:sz w:val="20"/>
                <w:szCs w:val="20"/>
              </w:rPr>
              <w:lastRenderedPageBreak/>
              <w:t>4</w:t>
            </w:r>
            <w:r w:rsidR="00D841CD" w:rsidRPr="00643454">
              <w:rPr>
                <w:rFonts w:eastAsia="Arial"/>
                <w:b/>
                <w:sz w:val="20"/>
                <w:szCs w:val="20"/>
                <w:lang w:val="en-US"/>
              </w:rPr>
              <w:t>7</w:t>
            </w:r>
            <w:r w:rsidRPr="00643454">
              <w:rPr>
                <w:rFonts w:eastAsia="Arial"/>
                <w:b/>
                <w:sz w:val="20"/>
                <w:szCs w:val="20"/>
              </w:rPr>
              <w:t xml:space="preserve"> orë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16D86" w:rsidRPr="00643454" w:rsidRDefault="00000000">
            <w:pPr>
              <w:rPr>
                <w:sz w:val="20"/>
                <w:szCs w:val="20"/>
              </w:rPr>
            </w:pPr>
            <w:r w:rsidRPr="00643454">
              <w:rPr>
                <w:rFonts w:eastAsia="Arial"/>
                <w:sz w:val="20"/>
                <w:szCs w:val="20"/>
              </w:rPr>
              <w:t>Mësimdhënie dhe nxënie me nxënësin në qendër dhe gjithëpërfshirëse.</w:t>
            </w:r>
          </w:p>
          <w:p w:rsidR="00E3591E" w:rsidRDefault="00E3591E">
            <w:pPr>
              <w:rPr>
                <w:rFonts w:eastAsia="Arial"/>
                <w:sz w:val="20"/>
                <w:szCs w:val="20"/>
                <w:lang w:val="de-DE"/>
              </w:rPr>
            </w:pPr>
          </w:p>
          <w:p w:rsidR="00516D86" w:rsidRPr="00643454" w:rsidRDefault="00000000">
            <w:pPr>
              <w:rPr>
                <w:sz w:val="20"/>
                <w:szCs w:val="20"/>
                <w:lang w:val="de-DE"/>
              </w:rPr>
            </w:pPr>
            <w:proofErr w:type="spellStart"/>
            <w:r w:rsidRPr="00643454">
              <w:rPr>
                <w:rFonts w:eastAsia="Arial"/>
                <w:sz w:val="20"/>
                <w:szCs w:val="20"/>
                <w:lang w:val="de-DE"/>
              </w:rPr>
              <w:t>Zgjidhje</w:t>
            </w:r>
            <w:proofErr w:type="spellEnd"/>
            <w:r w:rsidRPr="00643454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643454">
              <w:rPr>
                <w:rFonts w:eastAsia="Arial"/>
                <w:sz w:val="20"/>
                <w:szCs w:val="20"/>
                <w:lang w:val="de-DE"/>
              </w:rPr>
              <w:t>problemesh</w:t>
            </w:r>
            <w:proofErr w:type="spellEnd"/>
            <w:r w:rsidRPr="00643454">
              <w:rPr>
                <w:rFonts w:eastAsia="Arial"/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643454">
              <w:rPr>
                <w:rFonts w:eastAsia="Arial"/>
                <w:sz w:val="20"/>
                <w:szCs w:val="20"/>
                <w:lang w:val="de-DE"/>
              </w:rPr>
              <w:t>hulumtim</w:t>
            </w:r>
            <w:proofErr w:type="spellEnd"/>
            <w:r w:rsidRPr="00643454">
              <w:rPr>
                <w:rFonts w:eastAsia="Arial"/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643454">
              <w:rPr>
                <w:rFonts w:eastAsia="Arial"/>
                <w:sz w:val="20"/>
                <w:szCs w:val="20"/>
                <w:lang w:val="de-DE"/>
              </w:rPr>
              <w:t>arsyetim</w:t>
            </w:r>
            <w:proofErr w:type="spellEnd"/>
            <w:r w:rsidRPr="00643454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643454">
              <w:rPr>
                <w:rFonts w:eastAsia="Arial"/>
                <w:sz w:val="20"/>
                <w:szCs w:val="20"/>
                <w:lang w:val="de-DE"/>
              </w:rPr>
              <w:t>dhe</w:t>
            </w:r>
            <w:proofErr w:type="spellEnd"/>
            <w:r w:rsidRPr="00643454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643454">
              <w:rPr>
                <w:rFonts w:eastAsia="Arial"/>
                <w:sz w:val="20"/>
                <w:szCs w:val="20"/>
                <w:lang w:val="de-DE"/>
              </w:rPr>
              <w:t>diskutim</w:t>
            </w:r>
            <w:proofErr w:type="spellEnd"/>
            <w:r w:rsidRPr="00643454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643454">
              <w:rPr>
                <w:rFonts w:eastAsia="Arial"/>
                <w:sz w:val="20"/>
                <w:szCs w:val="20"/>
                <w:lang w:val="de-DE"/>
              </w:rPr>
              <w:t>matematikor</w:t>
            </w:r>
            <w:proofErr w:type="spellEnd"/>
            <w:r w:rsidRPr="00643454">
              <w:rPr>
                <w:rFonts w:eastAsia="Arial"/>
                <w:sz w:val="20"/>
                <w:szCs w:val="20"/>
                <w:lang w:val="de-DE"/>
              </w:rPr>
              <w:t>.</w:t>
            </w:r>
          </w:p>
          <w:p w:rsidR="00E3591E" w:rsidRDefault="00E3591E">
            <w:pPr>
              <w:rPr>
                <w:rFonts w:eastAsia="Arial"/>
                <w:sz w:val="20"/>
                <w:szCs w:val="20"/>
                <w:lang w:val="de-DE"/>
              </w:rPr>
            </w:pPr>
          </w:p>
          <w:p w:rsidR="00516D86" w:rsidRPr="00643454" w:rsidRDefault="00000000">
            <w:pPr>
              <w:rPr>
                <w:sz w:val="20"/>
                <w:szCs w:val="20"/>
                <w:lang w:val="de-DE"/>
              </w:rPr>
            </w:pPr>
            <w:proofErr w:type="spellStart"/>
            <w:r w:rsidRPr="00643454">
              <w:rPr>
                <w:rFonts w:eastAsia="Arial"/>
                <w:sz w:val="20"/>
                <w:szCs w:val="20"/>
                <w:lang w:val="de-DE"/>
              </w:rPr>
              <w:t>Punë</w:t>
            </w:r>
            <w:proofErr w:type="spellEnd"/>
            <w:r w:rsidRPr="00643454">
              <w:rPr>
                <w:rFonts w:eastAsia="Arial"/>
                <w:sz w:val="20"/>
                <w:szCs w:val="20"/>
                <w:lang w:val="de-DE"/>
              </w:rPr>
              <w:t xml:space="preserve"> individuale, </w:t>
            </w:r>
            <w:proofErr w:type="spellStart"/>
            <w:r w:rsidRPr="00643454">
              <w:rPr>
                <w:rFonts w:eastAsia="Arial"/>
                <w:sz w:val="20"/>
                <w:szCs w:val="20"/>
                <w:lang w:val="de-DE"/>
              </w:rPr>
              <w:t>në</w:t>
            </w:r>
            <w:proofErr w:type="spellEnd"/>
            <w:r w:rsidRPr="00643454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643454">
              <w:rPr>
                <w:rFonts w:eastAsia="Arial"/>
                <w:sz w:val="20"/>
                <w:szCs w:val="20"/>
                <w:lang w:val="de-DE"/>
              </w:rPr>
              <w:t>çifte</w:t>
            </w:r>
            <w:proofErr w:type="spellEnd"/>
            <w:r w:rsidRPr="00643454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643454">
              <w:rPr>
                <w:rFonts w:eastAsia="Arial"/>
                <w:sz w:val="20"/>
                <w:szCs w:val="20"/>
                <w:lang w:val="de-DE"/>
              </w:rPr>
              <w:t>dhe</w:t>
            </w:r>
            <w:proofErr w:type="spellEnd"/>
            <w:r w:rsidRPr="00643454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643454">
              <w:rPr>
                <w:rFonts w:eastAsia="Arial"/>
                <w:sz w:val="20"/>
                <w:szCs w:val="20"/>
                <w:lang w:val="de-DE"/>
              </w:rPr>
              <w:t>në</w:t>
            </w:r>
            <w:proofErr w:type="spellEnd"/>
            <w:r w:rsidRPr="00643454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643454">
              <w:rPr>
                <w:rFonts w:eastAsia="Arial"/>
                <w:sz w:val="20"/>
                <w:szCs w:val="20"/>
                <w:lang w:val="de-DE"/>
              </w:rPr>
              <w:t>grupe</w:t>
            </w:r>
            <w:proofErr w:type="spellEnd"/>
            <w:r w:rsidRPr="00643454">
              <w:rPr>
                <w:rFonts w:eastAsia="Arial"/>
                <w:sz w:val="20"/>
                <w:szCs w:val="20"/>
                <w:lang w:val="de-DE"/>
              </w:rPr>
              <w:t xml:space="preserve">; </w:t>
            </w:r>
            <w:proofErr w:type="spellStart"/>
            <w:r w:rsidRPr="00643454">
              <w:rPr>
                <w:rFonts w:eastAsia="Arial"/>
                <w:sz w:val="20"/>
                <w:szCs w:val="20"/>
                <w:lang w:val="de-DE"/>
              </w:rPr>
              <w:t>mësimdhënie</w:t>
            </w:r>
            <w:proofErr w:type="spellEnd"/>
            <w:r w:rsidRPr="00643454">
              <w:rPr>
                <w:rFonts w:eastAsia="Arial"/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643454">
              <w:rPr>
                <w:rFonts w:eastAsia="Arial"/>
                <w:sz w:val="20"/>
                <w:szCs w:val="20"/>
                <w:lang w:val="de-DE"/>
              </w:rPr>
              <w:t>diferencuar</w:t>
            </w:r>
            <w:proofErr w:type="spellEnd"/>
            <w:r w:rsidRPr="00643454">
              <w:rPr>
                <w:rFonts w:eastAsia="Arial"/>
                <w:sz w:val="20"/>
                <w:szCs w:val="20"/>
                <w:lang w:val="de-DE"/>
              </w:rPr>
              <w:t>.</w:t>
            </w:r>
          </w:p>
          <w:p w:rsidR="00E3591E" w:rsidRDefault="00E3591E">
            <w:pPr>
              <w:rPr>
                <w:rFonts w:eastAsia="Arial"/>
                <w:sz w:val="20"/>
                <w:szCs w:val="20"/>
                <w:lang w:val="de-DE"/>
              </w:rPr>
            </w:pPr>
          </w:p>
          <w:p w:rsidR="00516D86" w:rsidRPr="00643454" w:rsidRDefault="00000000">
            <w:pPr>
              <w:rPr>
                <w:sz w:val="20"/>
                <w:szCs w:val="20"/>
                <w:lang w:val="de-DE"/>
              </w:rPr>
            </w:pPr>
            <w:proofErr w:type="spellStart"/>
            <w:r w:rsidRPr="00643454">
              <w:rPr>
                <w:rFonts w:eastAsia="Arial"/>
                <w:sz w:val="20"/>
                <w:szCs w:val="20"/>
                <w:lang w:val="de-DE"/>
              </w:rPr>
              <w:t>Demonstrim</w:t>
            </w:r>
            <w:proofErr w:type="spellEnd"/>
            <w:r w:rsidRPr="00643454">
              <w:rPr>
                <w:rFonts w:eastAsia="Arial"/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643454">
              <w:rPr>
                <w:rFonts w:eastAsia="Arial"/>
                <w:sz w:val="20"/>
                <w:szCs w:val="20"/>
                <w:lang w:val="de-DE"/>
              </w:rPr>
              <w:t>modelim</w:t>
            </w:r>
            <w:proofErr w:type="spellEnd"/>
            <w:r w:rsidRPr="00643454">
              <w:rPr>
                <w:rFonts w:eastAsia="Arial"/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643454">
              <w:rPr>
                <w:rFonts w:eastAsia="Arial"/>
                <w:sz w:val="20"/>
                <w:szCs w:val="20"/>
                <w:lang w:val="de-DE"/>
              </w:rPr>
              <w:t>stuhi</w:t>
            </w:r>
            <w:proofErr w:type="spellEnd"/>
            <w:r w:rsidRPr="00643454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643454">
              <w:rPr>
                <w:rFonts w:eastAsia="Arial"/>
                <w:sz w:val="20"/>
                <w:szCs w:val="20"/>
                <w:lang w:val="de-DE"/>
              </w:rPr>
              <w:t>mendimesh</w:t>
            </w:r>
            <w:proofErr w:type="spellEnd"/>
            <w:r w:rsidRPr="00643454">
              <w:rPr>
                <w:rFonts w:eastAsia="Arial"/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643454">
              <w:rPr>
                <w:rFonts w:eastAsia="Arial"/>
                <w:sz w:val="20"/>
                <w:szCs w:val="20"/>
                <w:lang w:val="de-DE"/>
              </w:rPr>
              <w:t>ditar</w:t>
            </w:r>
            <w:proofErr w:type="spellEnd"/>
            <w:r w:rsidRPr="00643454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643454">
              <w:rPr>
                <w:rFonts w:eastAsia="Arial"/>
                <w:sz w:val="20"/>
                <w:szCs w:val="20"/>
                <w:lang w:val="de-DE"/>
              </w:rPr>
              <w:t>dypjesësh</w:t>
            </w:r>
            <w:proofErr w:type="spellEnd"/>
            <w:r w:rsidRPr="00643454">
              <w:rPr>
                <w:rFonts w:eastAsia="Arial"/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643454">
              <w:rPr>
                <w:rFonts w:eastAsia="Arial"/>
                <w:sz w:val="20"/>
                <w:szCs w:val="20"/>
                <w:lang w:val="de-DE"/>
              </w:rPr>
              <w:t>tabela</w:t>
            </w:r>
            <w:proofErr w:type="spellEnd"/>
            <w:r w:rsidRPr="00643454">
              <w:rPr>
                <w:rFonts w:eastAsia="Arial"/>
                <w:sz w:val="20"/>
                <w:szCs w:val="20"/>
                <w:lang w:val="de-DE"/>
              </w:rPr>
              <w:t xml:space="preserve"> T </w:t>
            </w:r>
            <w:proofErr w:type="spellStart"/>
            <w:r w:rsidRPr="00643454">
              <w:rPr>
                <w:rFonts w:eastAsia="Arial"/>
                <w:sz w:val="20"/>
                <w:szCs w:val="20"/>
                <w:lang w:val="de-DE"/>
              </w:rPr>
              <w:t>dhe</w:t>
            </w:r>
            <w:proofErr w:type="spellEnd"/>
            <w:r w:rsidRPr="00643454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643454">
              <w:rPr>
                <w:rFonts w:eastAsia="Arial"/>
                <w:sz w:val="20"/>
                <w:szCs w:val="20"/>
                <w:lang w:val="de-DE"/>
              </w:rPr>
              <w:t>punë</w:t>
            </w:r>
            <w:proofErr w:type="spellEnd"/>
            <w:r w:rsidRPr="00643454">
              <w:rPr>
                <w:rFonts w:eastAsia="Arial"/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643454">
              <w:rPr>
                <w:rFonts w:eastAsia="Arial"/>
                <w:sz w:val="20"/>
                <w:szCs w:val="20"/>
                <w:lang w:val="de-DE"/>
              </w:rPr>
              <w:t>drejtuar</w:t>
            </w:r>
            <w:proofErr w:type="spellEnd"/>
            <w:r w:rsidRPr="00643454">
              <w:rPr>
                <w:rFonts w:eastAsia="Arial"/>
                <w:sz w:val="20"/>
                <w:szCs w:val="20"/>
                <w:lang w:val="de-DE"/>
              </w:rPr>
              <w:t>.</w:t>
            </w:r>
          </w:p>
          <w:p w:rsidR="00E3591E" w:rsidRDefault="00E3591E">
            <w:pPr>
              <w:rPr>
                <w:rFonts w:eastAsia="Arial"/>
                <w:sz w:val="20"/>
                <w:szCs w:val="20"/>
              </w:rPr>
            </w:pPr>
          </w:p>
          <w:p w:rsidR="00E3591E" w:rsidRDefault="00E3591E">
            <w:pPr>
              <w:rPr>
                <w:rFonts w:eastAsia="Arial"/>
                <w:sz w:val="20"/>
                <w:szCs w:val="20"/>
              </w:rPr>
            </w:pPr>
          </w:p>
          <w:p w:rsidR="00516D86" w:rsidRPr="00643454" w:rsidRDefault="00000000">
            <w:pPr>
              <w:rPr>
                <w:sz w:val="20"/>
                <w:szCs w:val="20"/>
              </w:rPr>
            </w:pPr>
            <w:r w:rsidRPr="00643454">
              <w:rPr>
                <w:rFonts w:eastAsia="Arial"/>
                <w:sz w:val="20"/>
                <w:szCs w:val="20"/>
              </w:rPr>
              <w:lastRenderedPageBreak/>
              <w:t>Përdorim i GeoGebra-s, kalkulatorit, Excel-it dhe mjeteve digjitale sipas temës.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16D86" w:rsidRPr="00643454" w:rsidRDefault="00000000">
            <w:pPr>
              <w:rPr>
                <w:sz w:val="20"/>
                <w:szCs w:val="20"/>
                <w:lang w:val="de-DE"/>
              </w:rPr>
            </w:pPr>
            <w:proofErr w:type="spellStart"/>
            <w:r w:rsidRPr="00643454">
              <w:rPr>
                <w:rFonts w:eastAsia="Arial"/>
                <w:sz w:val="20"/>
                <w:szCs w:val="20"/>
                <w:lang w:val="de-DE"/>
              </w:rPr>
              <w:lastRenderedPageBreak/>
              <w:t>Vlerësim</w:t>
            </w:r>
            <w:proofErr w:type="spellEnd"/>
            <w:r w:rsidRPr="00643454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643454">
              <w:rPr>
                <w:rFonts w:eastAsia="Arial"/>
                <w:sz w:val="20"/>
                <w:szCs w:val="20"/>
                <w:lang w:val="de-DE"/>
              </w:rPr>
              <w:t>diagnostik</w:t>
            </w:r>
            <w:proofErr w:type="spellEnd"/>
            <w:r w:rsidRPr="00643454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643454">
              <w:rPr>
                <w:rFonts w:eastAsia="Arial"/>
                <w:sz w:val="20"/>
                <w:szCs w:val="20"/>
                <w:lang w:val="de-DE"/>
              </w:rPr>
              <w:t>dhe</w:t>
            </w:r>
            <w:proofErr w:type="spellEnd"/>
            <w:r w:rsidRPr="00643454">
              <w:rPr>
                <w:rFonts w:eastAsia="Arial"/>
                <w:sz w:val="20"/>
                <w:szCs w:val="20"/>
                <w:lang w:val="de-DE"/>
              </w:rPr>
              <w:t xml:space="preserve"> formativ </w:t>
            </w:r>
            <w:proofErr w:type="spellStart"/>
            <w:r w:rsidRPr="00643454">
              <w:rPr>
                <w:rFonts w:eastAsia="Arial"/>
                <w:sz w:val="20"/>
                <w:szCs w:val="20"/>
                <w:lang w:val="de-DE"/>
              </w:rPr>
              <w:t>gjatë</w:t>
            </w:r>
            <w:proofErr w:type="spellEnd"/>
            <w:r w:rsidRPr="00643454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643454">
              <w:rPr>
                <w:rFonts w:eastAsia="Arial"/>
                <w:sz w:val="20"/>
                <w:szCs w:val="20"/>
                <w:lang w:val="de-DE"/>
              </w:rPr>
              <w:t>procesit</w:t>
            </w:r>
            <w:proofErr w:type="spellEnd"/>
            <w:r w:rsidRPr="00643454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643454">
              <w:rPr>
                <w:rFonts w:eastAsia="Arial"/>
                <w:sz w:val="20"/>
                <w:szCs w:val="20"/>
                <w:lang w:val="de-DE"/>
              </w:rPr>
              <w:t>mësimor</w:t>
            </w:r>
            <w:proofErr w:type="spellEnd"/>
            <w:r w:rsidRPr="00643454">
              <w:rPr>
                <w:rFonts w:eastAsia="Arial"/>
                <w:sz w:val="20"/>
                <w:szCs w:val="20"/>
                <w:lang w:val="de-DE"/>
              </w:rPr>
              <w:t>.</w:t>
            </w:r>
          </w:p>
          <w:p w:rsidR="00E3591E" w:rsidRDefault="00E3591E">
            <w:pPr>
              <w:rPr>
                <w:rFonts w:eastAsia="Arial"/>
                <w:sz w:val="20"/>
                <w:szCs w:val="20"/>
                <w:lang w:val="de-DE"/>
              </w:rPr>
            </w:pPr>
          </w:p>
          <w:p w:rsidR="00516D86" w:rsidRPr="00643454" w:rsidRDefault="00000000">
            <w:pPr>
              <w:rPr>
                <w:sz w:val="20"/>
                <w:szCs w:val="20"/>
                <w:lang w:val="de-DE"/>
              </w:rPr>
            </w:pPr>
            <w:proofErr w:type="spellStart"/>
            <w:r w:rsidRPr="00643454">
              <w:rPr>
                <w:rFonts w:eastAsia="Arial"/>
                <w:sz w:val="20"/>
                <w:szCs w:val="20"/>
                <w:lang w:val="de-DE"/>
              </w:rPr>
              <w:t>Vlerësim</w:t>
            </w:r>
            <w:proofErr w:type="spellEnd"/>
            <w:r w:rsidRPr="00643454">
              <w:rPr>
                <w:rFonts w:eastAsia="Arial"/>
                <w:sz w:val="20"/>
                <w:szCs w:val="20"/>
                <w:lang w:val="de-DE"/>
              </w:rPr>
              <w:t xml:space="preserve"> verbal, </w:t>
            </w:r>
            <w:proofErr w:type="spellStart"/>
            <w:r w:rsidRPr="00643454">
              <w:rPr>
                <w:rFonts w:eastAsia="Arial"/>
                <w:sz w:val="20"/>
                <w:szCs w:val="20"/>
                <w:lang w:val="de-DE"/>
              </w:rPr>
              <w:t>detyra</w:t>
            </w:r>
            <w:proofErr w:type="spellEnd"/>
            <w:r w:rsidRPr="00643454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643454">
              <w:rPr>
                <w:rFonts w:eastAsia="Arial"/>
                <w:sz w:val="20"/>
                <w:szCs w:val="20"/>
                <w:lang w:val="de-DE"/>
              </w:rPr>
              <w:t>kontrolluese</w:t>
            </w:r>
            <w:proofErr w:type="spellEnd"/>
            <w:r w:rsidRPr="00643454">
              <w:rPr>
                <w:rFonts w:eastAsia="Arial"/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643454">
              <w:rPr>
                <w:rFonts w:eastAsia="Arial"/>
                <w:sz w:val="20"/>
                <w:szCs w:val="20"/>
                <w:lang w:val="de-DE"/>
              </w:rPr>
              <w:t>vëzhgim</w:t>
            </w:r>
            <w:proofErr w:type="spellEnd"/>
            <w:r w:rsidRPr="00643454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643454">
              <w:rPr>
                <w:rFonts w:eastAsia="Arial"/>
                <w:sz w:val="20"/>
                <w:szCs w:val="20"/>
                <w:lang w:val="de-DE"/>
              </w:rPr>
              <w:t>dhe</w:t>
            </w:r>
            <w:proofErr w:type="spellEnd"/>
            <w:r w:rsidRPr="00643454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643454">
              <w:rPr>
                <w:rFonts w:eastAsia="Arial"/>
                <w:sz w:val="20"/>
                <w:szCs w:val="20"/>
                <w:lang w:val="de-DE"/>
              </w:rPr>
              <w:t>listë</w:t>
            </w:r>
            <w:proofErr w:type="spellEnd"/>
            <w:r w:rsidRPr="00643454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643454">
              <w:rPr>
                <w:rFonts w:eastAsia="Arial"/>
                <w:sz w:val="20"/>
                <w:szCs w:val="20"/>
                <w:lang w:val="de-DE"/>
              </w:rPr>
              <w:t>kontrolli</w:t>
            </w:r>
            <w:proofErr w:type="spellEnd"/>
            <w:r w:rsidRPr="00643454">
              <w:rPr>
                <w:rFonts w:eastAsia="Arial"/>
                <w:sz w:val="20"/>
                <w:szCs w:val="20"/>
                <w:lang w:val="de-DE"/>
              </w:rPr>
              <w:t>.</w:t>
            </w:r>
          </w:p>
          <w:p w:rsidR="00E3591E" w:rsidRDefault="00E3591E">
            <w:pPr>
              <w:rPr>
                <w:rFonts w:eastAsia="Arial"/>
                <w:sz w:val="20"/>
                <w:szCs w:val="20"/>
                <w:lang w:val="de-DE"/>
              </w:rPr>
            </w:pPr>
          </w:p>
          <w:p w:rsidR="00516D86" w:rsidRPr="00643454" w:rsidRDefault="00000000">
            <w:pPr>
              <w:rPr>
                <w:sz w:val="20"/>
                <w:szCs w:val="20"/>
                <w:lang w:val="de-DE"/>
              </w:rPr>
            </w:pPr>
            <w:proofErr w:type="spellStart"/>
            <w:r w:rsidRPr="00643454">
              <w:rPr>
                <w:rFonts w:eastAsia="Arial"/>
                <w:sz w:val="20"/>
                <w:szCs w:val="20"/>
                <w:lang w:val="de-DE"/>
              </w:rPr>
              <w:t>Vlerësim</w:t>
            </w:r>
            <w:proofErr w:type="spellEnd"/>
            <w:r w:rsidRPr="00643454">
              <w:rPr>
                <w:rFonts w:eastAsia="Arial"/>
                <w:sz w:val="20"/>
                <w:szCs w:val="20"/>
                <w:lang w:val="de-DE"/>
              </w:rPr>
              <w:t xml:space="preserve"> i </w:t>
            </w:r>
            <w:proofErr w:type="spellStart"/>
            <w:r w:rsidRPr="00643454">
              <w:rPr>
                <w:rFonts w:eastAsia="Arial"/>
                <w:sz w:val="20"/>
                <w:szCs w:val="20"/>
                <w:lang w:val="de-DE"/>
              </w:rPr>
              <w:t>punës</w:t>
            </w:r>
            <w:proofErr w:type="spellEnd"/>
            <w:r w:rsidRPr="00643454">
              <w:rPr>
                <w:rFonts w:eastAsia="Arial"/>
                <w:sz w:val="20"/>
                <w:szCs w:val="20"/>
                <w:lang w:val="de-DE"/>
              </w:rPr>
              <w:t xml:space="preserve"> individuale </w:t>
            </w:r>
            <w:proofErr w:type="spellStart"/>
            <w:r w:rsidRPr="00643454">
              <w:rPr>
                <w:rFonts w:eastAsia="Arial"/>
                <w:sz w:val="20"/>
                <w:szCs w:val="20"/>
                <w:lang w:val="de-DE"/>
              </w:rPr>
              <w:t>dhe</w:t>
            </w:r>
            <w:proofErr w:type="spellEnd"/>
            <w:r w:rsidRPr="00643454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643454">
              <w:rPr>
                <w:rFonts w:eastAsia="Arial"/>
                <w:sz w:val="20"/>
                <w:szCs w:val="20"/>
                <w:lang w:val="de-DE"/>
              </w:rPr>
              <w:t>në</w:t>
            </w:r>
            <w:proofErr w:type="spellEnd"/>
            <w:r w:rsidRPr="00643454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643454">
              <w:rPr>
                <w:rFonts w:eastAsia="Arial"/>
                <w:sz w:val="20"/>
                <w:szCs w:val="20"/>
                <w:lang w:val="de-DE"/>
              </w:rPr>
              <w:t>grup</w:t>
            </w:r>
            <w:proofErr w:type="spellEnd"/>
            <w:r w:rsidRPr="00643454">
              <w:rPr>
                <w:rFonts w:eastAsia="Arial"/>
                <w:sz w:val="20"/>
                <w:szCs w:val="20"/>
                <w:lang w:val="de-DE"/>
              </w:rPr>
              <w:t xml:space="preserve">; </w:t>
            </w:r>
            <w:proofErr w:type="spellStart"/>
            <w:r w:rsidRPr="00643454">
              <w:rPr>
                <w:rFonts w:eastAsia="Arial"/>
                <w:sz w:val="20"/>
                <w:szCs w:val="20"/>
                <w:lang w:val="de-DE"/>
              </w:rPr>
              <w:t>vetëvlerësim</w:t>
            </w:r>
            <w:proofErr w:type="spellEnd"/>
            <w:r w:rsidRPr="00643454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643454">
              <w:rPr>
                <w:rFonts w:eastAsia="Arial"/>
                <w:sz w:val="20"/>
                <w:szCs w:val="20"/>
                <w:lang w:val="de-DE"/>
              </w:rPr>
              <w:t>dhe</w:t>
            </w:r>
            <w:proofErr w:type="spellEnd"/>
            <w:r w:rsidRPr="00643454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643454">
              <w:rPr>
                <w:rFonts w:eastAsia="Arial"/>
                <w:sz w:val="20"/>
                <w:szCs w:val="20"/>
                <w:lang w:val="de-DE"/>
              </w:rPr>
              <w:t>vlerësim</w:t>
            </w:r>
            <w:proofErr w:type="spellEnd"/>
            <w:r w:rsidRPr="00643454">
              <w:rPr>
                <w:rFonts w:eastAsia="Arial"/>
                <w:sz w:val="20"/>
                <w:szCs w:val="20"/>
                <w:lang w:val="de-DE"/>
              </w:rPr>
              <w:t xml:space="preserve"> i </w:t>
            </w:r>
            <w:proofErr w:type="spellStart"/>
            <w:r w:rsidRPr="00643454">
              <w:rPr>
                <w:rFonts w:eastAsia="Arial"/>
                <w:sz w:val="20"/>
                <w:szCs w:val="20"/>
                <w:lang w:val="de-DE"/>
              </w:rPr>
              <w:t>ndërsjellë</w:t>
            </w:r>
            <w:proofErr w:type="spellEnd"/>
            <w:r w:rsidRPr="00643454">
              <w:rPr>
                <w:rFonts w:eastAsia="Arial"/>
                <w:sz w:val="20"/>
                <w:szCs w:val="20"/>
                <w:lang w:val="de-DE"/>
              </w:rPr>
              <w:t>.</w:t>
            </w:r>
          </w:p>
          <w:p w:rsidR="00E3591E" w:rsidRDefault="00E3591E">
            <w:pPr>
              <w:rPr>
                <w:rFonts w:eastAsia="Arial"/>
                <w:sz w:val="20"/>
                <w:szCs w:val="20"/>
                <w:lang w:val="de-DE"/>
              </w:rPr>
            </w:pPr>
          </w:p>
          <w:p w:rsidR="00516D86" w:rsidRPr="00643454" w:rsidRDefault="00000000">
            <w:pPr>
              <w:rPr>
                <w:sz w:val="20"/>
                <w:szCs w:val="20"/>
                <w:lang w:val="de-DE"/>
              </w:rPr>
            </w:pPr>
            <w:proofErr w:type="spellStart"/>
            <w:r w:rsidRPr="00643454">
              <w:rPr>
                <w:rFonts w:eastAsia="Arial"/>
                <w:sz w:val="20"/>
                <w:szCs w:val="20"/>
                <w:lang w:val="de-DE"/>
              </w:rPr>
              <w:t>Vlerësim</w:t>
            </w:r>
            <w:proofErr w:type="spellEnd"/>
            <w:r w:rsidRPr="00643454">
              <w:rPr>
                <w:rFonts w:eastAsia="Arial"/>
                <w:sz w:val="20"/>
                <w:szCs w:val="20"/>
                <w:lang w:val="de-DE"/>
              </w:rPr>
              <w:t xml:space="preserve"> i </w:t>
            </w:r>
            <w:proofErr w:type="spellStart"/>
            <w:r w:rsidRPr="00643454">
              <w:rPr>
                <w:rFonts w:eastAsia="Arial"/>
                <w:sz w:val="20"/>
                <w:szCs w:val="20"/>
                <w:lang w:val="de-DE"/>
              </w:rPr>
              <w:t>bazuar</w:t>
            </w:r>
            <w:proofErr w:type="spellEnd"/>
            <w:r w:rsidRPr="00643454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643454">
              <w:rPr>
                <w:rFonts w:eastAsia="Arial"/>
                <w:sz w:val="20"/>
                <w:szCs w:val="20"/>
                <w:lang w:val="de-DE"/>
              </w:rPr>
              <w:t>në</w:t>
            </w:r>
            <w:proofErr w:type="spellEnd"/>
            <w:r w:rsidRPr="00643454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643454">
              <w:rPr>
                <w:rFonts w:eastAsia="Arial"/>
                <w:sz w:val="20"/>
                <w:szCs w:val="20"/>
                <w:lang w:val="de-DE"/>
              </w:rPr>
              <w:t>kritere</w:t>
            </w:r>
            <w:proofErr w:type="spellEnd"/>
            <w:r w:rsidRPr="00643454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643454">
              <w:rPr>
                <w:rFonts w:eastAsia="Arial"/>
                <w:sz w:val="20"/>
                <w:szCs w:val="20"/>
                <w:lang w:val="de-DE"/>
              </w:rPr>
              <w:t>dhe</w:t>
            </w:r>
            <w:proofErr w:type="spellEnd"/>
            <w:r w:rsidRPr="00643454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643454">
              <w:rPr>
                <w:rFonts w:eastAsia="Arial"/>
                <w:sz w:val="20"/>
                <w:szCs w:val="20"/>
                <w:lang w:val="de-DE"/>
              </w:rPr>
              <w:t>në</w:t>
            </w:r>
            <w:proofErr w:type="spellEnd"/>
            <w:r w:rsidRPr="00643454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643454">
              <w:rPr>
                <w:rFonts w:eastAsia="Arial"/>
                <w:sz w:val="20"/>
                <w:szCs w:val="20"/>
                <w:lang w:val="de-DE"/>
              </w:rPr>
              <w:t>rezultatet</w:t>
            </w:r>
            <w:proofErr w:type="spellEnd"/>
            <w:r w:rsidRPr="00643454">
              <w:rPr>
                <w:rFonts w:eastAsia="Arial"/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643454">
              <w:rPr>
                <w:rFonts w:eastAsia="Arial"/>
                <w:sz w:val="20"/>
                <w:szCs w:val="20"/>
                <w:lang w:val="de-DE"/>
              </w:rPr>
              <w:t>të</w:t>
            </w:r>
            <w:proofErr w:type="spellEnd"/>
            <w:r w:rsidRPr="00643454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643454">
              <w:rPr>
                <w:rFonts w:eastAsia="Arial"/>
                <w:sz w:val="20"/>
                <w:szCs w:val="20"/>
                <w:lang w:val="de-DE"/>
              </w:rPr>
              <w:t>nxënit</w:t>
            </w:r>
            <w:proofErr w:type="spellEnd"/>
            <w:r w:rsidRPr="00643454">
              <w:rPr>
                <w:rFonts w:eastAsia="Arial"/>
                <w:sz w:val="20"/>
                <w:szCs w:val="20"/>
                <w:lang w:val="de-DE"/>
              </w:rPr>
              <w:t>.</w:t>
            </w:r>
          </w:p>
          <w:p w:rsidR="00E3591E" w:rsidRDefault="00E3591E">
            <w:pPr>
              <w:rPr>
                <w:rFonts w:eastAsia="Arial"/>
                <w:sz w:val="20"/>
                <w:szCs w:val="20"/>
                <w:lang w:val="de-DE"/>
              </w:rPr>
            </w:pPr>
          </w:p>
          <w:p w:rsidR="00E3591E" w:rsidRDefault="00E3591E">
            <w:pPr>
              <w:rPr>
                <w:rFonts w:eastAsia="Arial"/>
                <w:sz w:val="20"/>
                <w:szCs w:val="20"/>
                <w:lang w:val="de-DE"/>
              </w:rPr>
            </w:pPr>
          </w:p>
          <w:p w:rsidR="00516D86" w:rsidRPr="00643454" w:rsidRDefault="00000000">
            <w:pPr>
              <w:rPr>
                <w:sz w:val="20"/>
                <w:szCs w:val="20"/>
                <w:lang w:val="de-DE"/>
              </w:rPr>
            </w:pPr>
            <w:proofErr w:type="spellStart"/>
            <w:r w:rsidRPr="00643454">
              <w:rPr>
                <w:rFonts w:eastAsia="Arial"/>
                <w:sz w:val="20"/>
                <w:szCs w:val="20"/>
                <w:lang w:val="de-DE"/>
              </w:rPr>
              <w:lastRenderedPageBreak/>
              <w:t>Në</w:t>
            </w:r>
            <w:proofErr w:type="spellEnd"/>
            <w:r w:rsidRPr="00643454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643454">
              <w:rPr>
                <w:rFonts w:eastAsia="Arial"/>
                <w:sz w:val="20"/>
                <w:szCs w:val="20"/>
                <w:lang w:val="de-DE"/>
              </w:rPr>
              <w:t>fund</w:t>
            </w:r>
            <w:proofErr w:type="spellEnd"/>
            <w:r w:rsidRPr="00643454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643454">
              <w:rPr>
                <w:rFonts w:eastAsia="Arial"/>
                <w:sz w:val="20"/>
                <w:szCs w:val="20"/>
                <w:lang w:val="de-DE"/>
              </w:rPr>
              <w:t>të</w:t>
            </w:r>
            <w:proofErr w:type="spellEnd"/>
            <w:r w:rsidRPr="00643454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643454">
              <w:rPr>
                <w:rFonts w:eastAsia="Arial"/>
                <w:sz w:val="20"/>
                <w:szCs w:val="20"/>
                <w:lang w:val="de-DE"/>
              </w:rPr>
              <w:t>periudhës</w:t>
            </w:r>
            <w:proofErr w:type="spellEnd"/>
            <w:r w:rsidRPr="00643454">
              <w:rPr>
                <w:rFonts w:eastAsia="Arial"/>
                <w:sz w:val="20"/>
                <w:szCs w:val="20"/>
                <w:lang w:val="de-DE"/>
              </w:rPr>
              <w:t xml:space="preserve">: 1 </w:t>
            </w:r>
            <w:proofErr w:type="spellStart"/>
            <w:r w:rsidRPr="00643454">
              <w:rPr>
                <w:rFonts w:eastAsia="Arial"/>
                <w:sz w:val="20"/>
                <w:szCs w:val="20"/>
                <w:lang w:val="de-DE"/>
              </w:rPr>
              <w:t>orë</w:t>
            </w:r>
            <w:proofErr w:type="spellEnd"/>
            <w:r w:rsidRPr="00643454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643454">
              <w:rPr>
                <w:rFonts w:eastAsia="Arial"/>
                <w:sz w:val="20"/>
                <w:szCs w:val="20"/>
                <w:lang w:val="de-DE"/>
              </w:rPr>
              <w:t>ushtrime</w:t>
            </w:r>
            <w:proofErr w:type="spellEnd"/>
            <w:r w:rsidRPr="00643454">
              <w:rPr>
                <w:rFonts w:eastAsia="Arial"/>
                <w:sz w:val="20"/>
                <w:szCs w:val="20"/>
                <w:lang w:val="de-DE"/>
              </w:rPr>
              <w:t>/</w:t>
            </w:r>
            <w:proofErr w:type="spellStart"/>
            <w:r w:rsidRPr="00643454">
              <w:rPr>
                <w:rFonts w:eastAsia="Arial"/>
                <w:sz w:val="20"/>
                <w:szCs w:val="20"/>
                <w:lang w:val="de-DE"/>
              </w:rPr>
              <w:t>përsëritje</w:t>
            </w:r>
            <w:proofErr w:type="spellEnd"/>
            <w:r w:rsidRPr="00643454">
              <w:rPr>
                <w:rFonts w:eastAsia="Arial"/>
                <w:sz w:val="20"/>
                <w:szCs w:val="20"/>
                <w:lang w:val="de-DE"/>
              </w:rPr>
              <w:t xml:space="preserve">, 1 </w:t>
            </w:r>
            <w:proofErr w:type="spellStart"/>
            <w:r w:rsidRPr="00643454">
              <w:rPr>
                <w:rFonts w:eastAsia="Arial"/>
                <w:sz w:val="20"/>
                <w:szCs w:val="20"/>
                <w:lang w:val="de-DE"/>
              </w:rPr>
              <w:t>orë</w:t>
            </w:r>
            <w:proofErr w:type="spellEnd"/>
            <w:r w:rsidRPr="00643454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643454">
              <w:rPr>
                <w:rFonts w:eastAsia="Arial"/>
                <w:sz w:val="20"/>
                <w:szCs w:val="20"/>
                <w:lang w:val="de-DE"/>
              </w:rPr>
              <w:t>test</w:t>
            </w:r>
            <w:proofErr w:type="spellEnd"/>
            <w:r w:rsidRPr="00643454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643454">
              <w:rPr>
                <w:rFonts w:eastAsia="Arial"/>
                <w:sz w:val="20"/>
                <w:szCs w:val="20"/>
                <w:lang w:val="de-DE"/>
              </w:rPr>
              <w:t>dhe</w:t>
            </w:r>
            <w:proofErr w:type="spellEnd"/>
            <w:r w:rsidRPr="00643454">
              <w:rPr>
                <w:rFonts w:eastAsia="Arial"/>
                <w:sz w:val="20"/>
                <w:szCs w:val="20"/>
                <w:lang w:val="de-DE"/>
              </w:rPr>
              <w:t xml:space="preserve"> 1 </w:t>
            </w:r>
            <w:proofErr w:type="spellStart"/>
            <w:r w:rsidRPr="00643454">
              <w:rPr>
                <w:rFonts w:eastAsia="Arial"/>
                <w:sz w:val="20"/>
                <w:szCs w:val="20"/>
                <w:lang w:val="de-DE"/>
              </w:rPr>
              <w:t>orë</w:t>
            </w:r>
            <w:proofErr w:type="spellEnd"/>
            <w:r w:rsidRPr="00643454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643454">
              <w:rPr>
                <w:rFonts w:eastAsia="Arial"/>
                <w:sz w:val="20"/>
                <w:szCs w:val="20"/>
                <w:lang w:val="de-DE"/>
              </w:rPr>
              <w:t>analizë</w:t>
            </w:r>
            <w:proofErr w:type="spellEnd"/>
            <w:r w:rsidRPr="00643454">
              <w:rPr>
                <w:rFonts w:eastAsia="Arial"/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643454">
              <w:rPr>
                <w:rFonts w:eastAsia="Arial"/>
                <w:sz w:val="20"/>
                <w:szCs w:val="20"/>
                <w:lang w:val="de-DE"/>
              </w:rPr>
              <w:t>testit</w:t>
            </w:r>
            <w:proofErr w:type="spellEnd"/>
            <w:r w:rsidRPr="00643454">
              <w:rPr>
                <w:rFonts w:eastAsia="Arial"/>
                <w:sz w:val="20"/>
                <w:szCs w:val="20"/>
                <w:lang w:val="de-DE"/>
              </w:rPr>
              <w:t>.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16D86" w:rsidRPr="00643454" w:rsidRDefault="00000000">
            <w:pPr>
              <w:rPr>
                <w:sz w:val="20"/>
                <w:szCs w:val="20"/>
                <w:lang w:val="de-DE"/>
              </w:rPr>
            </w:pPr>
            <w:proofErr w:type="spellStart"/>
            <w:r w:rsidRPr="00643454">
              <w:rPr>
                <w:rFonts w:eastAsia="Arial"/>
                <w:sz w:val="20"/>
                <w:szCs w:val="20"/>
                <w:lang w:val="de-DE"/>
              </w:rPr>
              <w:lastRenderedPageBreak/>
              <w:t>Gjuhët</w:t>
            </w:r>
            <w:proofErr w:type="spellEnd"/>
            <w:r w:rsidRPr="00643454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643454">
              <w:rPr>
                <w:rFonts w:eastAsia="Arial"/>
                <w:sz w:val="20"/>
                <w:szCs w:val="20"/>
                <w:lang w:val="de-DE"/>
              </w:rPr>
              <w:t>dhe</w:t>
            </w:r>
            <w:proofErr w:type="spellEnd"/>
            <w:r w:rsidRPr="00643454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643454">
              <w:rPr>
                <w:rFonts w:eastAsia="Arial"/>
                <w:sz w:val="20"/>
                <w:szCs w:val="20"/>
                <w:lang w:val="de-DE"/>
              </w:rPr>
              <w:t>komunikimi</w:t>
            </w:r>
            <w:proofErr w:type="spellEnd"/>
            <w:r w:rsidRPr="00643454">
              <w:rPr>
                <w:rFonts w:eastAsia="Arial"/>
                <w:sz w:val="20"/>
                <w:szCs w:val="20"/>
                <w:lang w:val="de-DE"/>
              </w:rPr>
              <w:t xml:space="preserve"> – </w:t>
            </w:r>
            <w:proofErr w:type="spellStart"/>
            <w:r w:rsidRPr="00643454">
              <w:rPr>
                <w:rFonts w:eastAsia="Arial"/>
                <w:sz w:val="20"/>
                <w:szCs w:val="20"/>
                <w:lang w:val="de-DE"/>
              </w:rPr>
              <w:t>argumentimi</w:t>
            </w:r>
            <w:proofErr w:type="spellEnd"/>
            <w:r w:rsidRPr="00643454">
              <w:rPr>
                <w:rFonts w:eastAsia="Arial"/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643454">
              <w:rPr>
                <w:rFonts w:eastAsia="Arial"/>
                <w:sz w:val="20"/>
                <w:szCs w:val="20"/>
                <w:lang w:val="de-DE"/>
              </w:rPr>
              <w:t>terminologjia</w:t>
            </w:r>
            <w:proofErr w:type="spellEnd"/>
            <w:r w:rsidRPr="00643454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643454">
              <w:rPr>
                <w:rFonts w:eastAsia="Arial"/>
                <w:sz w:val="20"/>
                <w:szCs w:val="20"/>
                <w:lang w:val="de-DE"/>
              </w:rPr>
              <w:t>dhe</w:t>
            </w:r>
            <w:proofErr w:type="spellEnd"/>
            <w:r w:rsidRPr="00643454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643454">
              <w:rPr>
                <w:rFonts w:eastAsia="Arial"/>
                <w:sz w:val="20"/>
                <w:szCs w:val="20"/>
                <w:lang w:val="de-DE"/>
              </w:rPr>
              <w:t>shpjegimi</w:t>
            </w:r>
            <w:proofErr w:type="spellEnd"/>
            <w:r w:rsidRPr="00643454">
              <w:rPr>
                <w:rFonts w:eastAsia="Arial"/>
                <w:sz w:val="20"/>
                <w:szCs w:val="20"/>
                <w:lang w:val="de-DE"/>
              </w:rPr>
              <w:t xml:space="preserve"> i </w:t>
            </w:r>
            <w:proofErr w:type="spellStart"/>
            <w:r w:rsidRPr="00643454">
              <w:rPr>
                <w:rFonts w:eastAsia="Arial"/>
                <w:sz w:val="20"/>
                <w:szCs w:val="20"/>
                <w:lang w:val="de-DE"/>
              </w:rPr>
              <w:t>zgjidhjeve</w:t>
            </w:r>
            <w:proofErr w:type="spellEnd"/>
            <w:r w:rsidRPr="00643454">
              <w:rPr>
                <w:rFonts w:eastAsia="Arial"/>
                <w:sz w:val="20"/>
                <w:szCs w:val="20"/>
                <w:lang w:val="de-DE"/>
              </w:rPr>
              <w:t>.</w:t>
            </w:r>
          </w:p>
          <w:p w:rsidR="00E3591E" w:rsidRDefault="00E3591E">
            <w:pPr>
              <w:rPr>
                <w:rFonts w:eastAsia="Arial"/>
                <w:sz w:val="20"/>
                <w:szCs w:val="20"/>
                <w:lang w:val="de-DE"/>
              </w:rPr>
            </w:pPr>
          </w:p>
          <w:p w:rsidR="00516D86" w:rsidRPr="00643454" w:rsidRDefault="00000000">
            <w:pPr>
              <w:rPr>
                <w:sz w:val="20"/>
                <w:szCs w:val="20"/>
                <w:lang w:val="de-DE"/>
              </w:rPr>
            </w:pPr>
            <w:proofErr w:type="spellStart"/>
            <w:r w:rsidRPr="00643454">
              <w:rPr>
                <w:rFonts w:eastAsia="Arial"/>
                <w:sz w:val="20"/>
                <w:szCs w:val="20"/>
                <w:lang w:val="de-DE"/>
              </w:rPr>
              <w:t>Shkencat</w:t>
            </w:r>
            <w:proofErr w:type="spellEnd"/>
            <w:r w:rsidRPr="00643454">
              <w:rPr>
                <w:rFonts w:eastAsia="Arial"/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643454">
              <w:rPr>
                <w:rFonts w:eastAsia="Arial"/>
                <w:sz w:val="20"/>
                <w:szCs w:val="20"/>
                <w:lang w:val="de-DE"/>
              </w:rPr>
              <w:t>natyrës</w:t>
            </w:r>
            <w:proofErr w:type="spellEnd"/>
            <w:r w:rsidRPr="00643454">
              <w:rPr>
                <w:rFonts w:eastAsia="Arial"/>
                <w:sz w:val="20"/>
                <w:szCs w:val="20"/>
                <w:lang w:val="de-DE"/>
              </w:rPr>
              <w:t xml:space="preserve"> – </w:t>
            </w:r>
            <w:proofErr w:type="spellStart"/>
            <w:r w:rsidRPr="00643454">
              <w:rPr>
                <w:rFonts w:eastAsia="Arial"/>
                <w:sz w:val="20"/>
                <w:szCs w:val="20"/>
                <w:lang w:val="de-DE"/>
              </w:rPr>
              <w:t>matje</w:t>
            </w:r>
            <w:proofErr w:type="spellEnd"/>
            <w:r w:rsidRPr="00643454">
              <w:rPr>
                <w:rFonts w:eastAsia="Arial"/>
                <w:sz w:val="20"/>
                <w:szCs w:val="20"/>
                <w:lang w:val="de-DE"/>
              </w:rPr>
              <w:t xml:space="preserve">, modele, </w:t>
            </w:r>
            <w:proofErr w:type="spellStart"/>
            <w:r w:rsidRPr="00643454">
              <w:rPr>
                <w:rFonts w:eastAsia="Arial"/>
                <w:sz w:val="20"/>
                <w:szCs w:val="20"/>
                <w:lang w:val="de-DE"/>
              </w:rPr>
              <w:t>formula</w:t>
            </w:r>
            <w:proofErr w:type="spellEnd"/>
            <w:r w:rsidRPr="00643454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643454">
              <w:rPr>
                <w:rFonts w:eastAsia="Arial"/>
                <w:sz w:val="20"/>
                <w:szCs w:val="20"/>
                <w:lang w:val="de-DE"/>
              </w:rPr>
              <w:t>dhe</w:t>
            </w:r>
            <w:proofErr w:type="spellEnd"/>
            <w:r w:rsidRPr="00643454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643454">
              <w:rPr>
                <w:rFonts w:eastAsia="Arial"/>
                <w:sz w:val="20"/>
                <w:szCs w:val="20"/>
                <w:lang w:val="de-DE"/>
              </w:rPr>
              <w:t>zbatime</w:t>
            </w:r>
            <w:proofErr w:type="spellEnd"/>
            <w:r w:rsidRPr="00643454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643454">
              <w:rPr>
                <w:rFonts w:eastAsia="Arial"/>
                <w:sz w:val="20"/>
                <w:szCs w:val="20"/>
                <w:lang w:val="de-DE"/>
              </w:rPr>
              <w:t>numerike</w:t>
            </w:r>
            <w:proofErr w:type="spellEnd"/>
            <w:r w:rsidRPr="00643454">
              <w:rPr>
                <w:rFonts w:eastAsia="Arial"/>
                <w:sz w:val="20"/>
                <w:szCs w:val="20"/>
                <w:lang w:val="de-DE"/>
              </w:rPr>
              <w:t>.</w:t>
            </w:r>
          </w:p>
          <w:p w:rsidR="00E3591E" w:rsidRDefault="00E3591E">
            <w:pPr>
              <w:rPr>
                <w:rFonts w:eastAsia="Arial"/>
                <w:sz w:val="20"/>
                <w:szCs w:val="20"/>
                <w:lang w:val="de-DE"/>
              </w:rPr>
            </w:pPr>
          </w:p>
          <w:p w:rsidR="00516D86" w:rsidRPr="00643454" w:rsidRDefault="00000000">
            <w:pPr>
              <w:rPr>
                <w:sz w:val="20"/>
                <w:szCs w:val="20"/>
                <w:lang w:val="de-DE"/>
              </w:rPr>
            </w:pPr>
            <w:proofErr w:type="spellStart"/>
            <w:r w:rsidRPr="00643454">
              <w:rPr>
                <w:rFonts w:eastAsia="Arial"/>
                <w:sz w:val="20"/>
                <w:szCs w:val="20"/>
                <w:lang w:val="de-DE"/>
              </w:rPr>
              <w:t>Shoqëria</w:t>
            </w:r>
            <w:proofErr w:type="spellEnd"/>
            <w:r w:rsidRPr="00643454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643454">
              <w:rPr>
                <w:rFonts w:eastAsia="Arial"/>
                <w:sz w:val="20"/>
                <w:szCs w:val="20"/>
                <w:lang w:val="de-DE"/>
              </w:rPr>
              <w:t>dhe</w:t>
            </w:r>
            <w:proofErr w:type="spellEnd"/>
            <w:r w:rsidRPr="00643454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643454">
              <w:rPr>
                <w:rFonts w:eastAsia="Arial"/>
                <w:sz w:val="20"/>
                <w:szCs w:val="20"/>
                <w:lang w:val="de-DE"/>
              </w:rPr>
              <w:t>mjedisi</w:t>
            </w:r>
            <w:proofErr w:type="spellEnd"/>
            <w:r w:rsidRPr="00643454">
              <w:rPr>
                <w:rFonts w:eastAsia="Arial"/>
                <w:sz w:val="20"/>
                <w:szCs w:val="20"/>
                <w:lang w:val="de-DE"/>
              </w:rPr>
              <w:t xml:space="preserve"> – </w:t>
            </w:r>
            <w:proofErr w:type="spellStart"/>
            <w:r w:rsidRPr="00643454">
              <w:rPr>
                <w:rFonts w:eastAsia="Arial"/>
                <w:sz w:val="20"/>
                <w:szCs w:val="20"/>
                <w:lang w:val="de-DE"/>
              </w:rPr>
              <w:t>të</w:t>
            </w:r>
            <w:proofErr w:type="spellEnd"/>
            <w:r w:rsidRPr="00643454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643454">
              <w:rPr>
                <w:rFonts w:eastAsia="Arial"/>
                <w:sz w:val="20"/>
                <w:szCs w:val="20"/>
                <w:lang w:val="de-DE"/>
              </w:rPr>
              <w:t>dhëna</w:t>
            </w:r>
            <w:proofErr w:type="spellEnd"/>
            <w:r w:rsidRPr="00643454">
              <w:rPr>
                <w:rFonts w:eastAsia="Arial"/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643454">
              <w:rPr>
                <w:rFonts w:eastAsia="Arial"/>
                <w:sz w:val="20"/>
                <w:szCs w:val="20"/>
                <w:lang w:val="de-DE"/>
              </w:rPr>
              <w:t>përqindje</w:t>
            </w:r>
            <w:proofErr w:type="spellEnd"/>
            <w:r w:rsidRPr="00643454">
              <w:rPr>
                <w:rFonts w:eastAsia="Arial"/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643454">
              <w:rPr>
                <w:rFonts w:eastAsia="Arial"/>
                <w:sz w:val="20"/>
                <w:szCs w:val="20"/>
                <w:lang w:val="de-DE"/>
              </w:rPr>
              <w:t>statistika</w:t>
            </w:r>
            <w:proofErr w:type="spellEnd"/>
            <w:r w:rsidRPr="00643454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643454">
              <w:rPr>
                <w:rFonts w:eastAsia="Arial"/>
                <w:sz w:val="20"/>
                <w:szCs w:val="20"/>
                <w:lang w:val="de-DE"/>
              </w:rPr>
              <w:t>dhe</w:t>
            </w:r>
            <w:proofErr w:type="spellEnd"/>
            <w:r w:rsidRPr="00643454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643454">
              <w:rPr>
                <w:rFonts w:eastAsia="Arial"/>
                <w:sz w:val="20"/>
                <w:szCs w:val="20"/>
                <w:lang w:val="de-DE"/>
              </w:rPr>
              <w:t>situata</w:t>
            </w:r>
            <w:proofErr w:type="spellEnd"/>
            <w:r w:rsidRPr="00643454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643454">
              <w:rPr>
                <w:rFonts w:eastAsia="Arial"/>
                <w:sz w:val="20"/>
                <w:szCs w:val="20"/>
                <w:lang w:val="de-DE"/>
              </w:rPr>
              <w:t>jetësore</w:t>
            </w:r>
            <w:proofErr w:type="spellEnd"/>
            <w:r w:rsidRPr="00643454">
              <w:rPr>
                <w:rFonts w:eastAsia="Arial"/>
                <w:sz w:val="20"/>
                <w:szCs w:val="20"/>
                <w:lang w:val="de-DE"/>
              </w:rPr>
              <w:t>.</w:t>
            </w:r>
          </w:p>
          <w:p w:rsidR="00E3591E" w:rsidRDefault="00E3591E">
            <w:pPr>
              <w:rPr>
                <w:rFonts w:eastAsia="Arial"/>
                <w:sz w:val="20"/>
                <w:szCs w:val="20"/>
                <w:lang w:val="de-DE"/>
              </w:rPr>
            </w:pPr>
          </w:p>
          <w:p w:rsidR="00516D86" w:rsidRPr="00643454" w:rsidRDefault="00000000">
            <w:pPr>
              <w:rPr>
                <w:sz w:val="20"/>
                <w:szCs w:val="20"/>
                <w:lang w:val="de-DE"/>
              </w:rPr>
            </w:pPr>
            <w:proofErr w:type="spellStart"/>
            <w:r w:rsidRPr="00643454">
              <w:rPr>
                <w:rFonts w:eastAsia="Arial"/>
                <w:sz w:val="20"/>
                <w:szCs w:val="20"/>
                <w:lang w:val="de-DE"/>
              </w:rPr>
              <w:t>Jeta</w:t>
            </w:r>
            <w:proofErr w:type="spellEnd"/>
            <w:r w:rsidRPr="00643454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643454">
              <w:rPr>
                <w:rFonts w:eastAsia="Arial"/>
                <w:sz w:val="20"/>
                <w:szCs w:val="20"/>
                <w:lang w:val="de-DE"/>
              </w:rPr>
              <w:t>dhe</w:t>
            </w:r>
            <w:proofErr w:type="spellEnd"/>
            <w:r w:rsidRPr="00643454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643454">
              <w:rPr>
                <w:rFonts w:eastAsia="Arial"/>
                <w:sz w:val="20"/>
                <w:szCs w:val="20"/>
                <w:lang w:val="de-DE"/>
              </w:rPr>
              <w:t>puna</w:t>
            </w:r>
            <w:proofErr w:type="spellEnd"/>
            <w:r w:rsidRPr="00643454">
              <w:rPr>
                <w:rFonts w:eastAsia="Arial"/>
                <w:sz w:val="20"/>
                <w:szCs w:val="20"/>
                <w:lang w:val="de-DE"/>
              </w:rPr>
              <w:t xml:space="preserve"> – </w:t>
            </w:r>
            <w:proofErr w:type="spellStart"/>
            <w:r w:rsidRPr="00643454">
              <w:rPr>
                <w:rFonts w:eastAsia="Arial"/>
                <w:sz w:val="20"/>
                <w:szCs w:val="20"/>
                <w:lang w:val="de-DE"/>
              </w:rPr>
              <w:t>zgjidhje</w:t>
            </w:r>
            <w:proofErr w:type="spellEnd"/>
            <w:r w:rsidRPr="00643454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643454">
              <w:rPr>
                <w:rFonts w:eastAsia="Arial"/>
                <w:sz w:val="20"/>
                <w:szCs w:val="20"/>
                <w:lang w:val="de-DE"/>
              </w:rPr>
              <w:t>problemesh</w:t>
            </w:r>
            <w:proofErr w:type="spellEnd"/>
            <w:r w:rsidRPr="00643454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643454">
              <w:rPr>
                <w:rFonts w:eastAsia="Arial"/>
                <w:sz w:val="20"/>
                <w:szCs w:val="20"/>
                <w:lang w:val="de-DE"/>
              </w:rPr>
              <w:t>praktike</w:t>
            </w:r>
            <w:proofErr w:type="spellEnd"/>
            <w:r w:rsidRPr="00643454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643454">
              <w:rPr>
                <w:rFonts w:eastAsia="Arial"/>
                <w:sz w:val="20"/>
                <w:szCs w:val="20"/>
                <w:lang w:val="de-DE"/>
              </w:rPr>
              <w:t>dhe</w:t>
            </w:r>
            <w:proofErr w:type="spellEnd"/>
            <w:r w:rsidRPr="00643454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643454">
              <w:rPr>
                <w:rFonts w:eastAsia="Arial"/>
                <w:sz w:val="20"/>
                <w:szCs w:val="20"/>
                <w:lang w:val="de-DE"/>
              </w:rPr>
              <w:t>përdorim</w:t>
            </w:r>
            <w:proofErr w:type="spellEnd"/>
            <w:r w:rsidRPr="00643454">
              <w:rPr>
                <w:rFonts w:eastAsia="Arial"/>
                <w:sz w:val="20"/>
                <w:szCs w:val="20"/>
                <w:lang w:val="de-DE"/>
              </w:rPr>
              <w:t xml:space="preserve"> i TIK-</w:t>
            </w:r>
            <w:proofErr w:type="spellStart"/>
            <w:r w:rsidRPr="00643454">
              <w:rPr>
                <w:rFonts w:eastAsia="Arial"/>
                <w:sz w:val="20"/>
                <w:szCs w:val="20"/>
                <w:lang w:val="de-DE"/>
              </w:rPr>
              <w:t>ut</w:t>
            </w:r>
            <w:proofErr w:type="spellEnd"/>
            <w:r w:rsidRPr="00643454">
              <w:rPr>
                <w:rFonts w:eastAsia="Arial"/>
                <w:sz w:val="20"/>
                <w:szCs w:val="20"/>
                <w:lang w:val="de-DE"/>
              </w:rPr>
              <w:t>.</w:t>
            </w:r>
          </w:p>
          <w:p w:rsidR="00E3591E" w:rsidRDefault="00E3591E">
            <w:pPr>
              <w:rPr>
                <w:rFonts w:eastAsia="Arial"/>
                <w:sz w:val="20"/>
                <w:szCs w:val="20"/>
                <w:lang w:val="de-DE"/>
              </w:rPr>
            </w:pPr>
          </w:p>
          <w:p w:rsidR="00E3591E" w:rsidRDefault="00E3591E">
            <w:pPr>
              <w:rPr>
                <w:rFonts w:eastAsia="Arial"/>
                <w:sz w:val="20"/>
                <w:szCs w:val="20"/>
                <w:lang w:val="de-DE"/>
              </w:rPr>
            </w:pPr>
          </w:p>
          <w:p w:rsidR="00516D86" w:rsidRPr="00643454" w:rsidRDefault="00000000">
            <w:pPr>
              <w:rPr>
                <w:sz w:val="20"/>
                <w:szCs w:val="20"/>
                <w:lang w:val="de-DE"/>
              </w:rPr>
            </w:pPr>
            <w:proofErr w:type="spellStart"/>
            <w:r w:rsidRPr="00643454">
              <w:rPr>
                <w:rFonts w:eastAsia="Arial"/>
                <w:sz w:val="20"/>
                <w:szCs w:val="20"/>
                <w:lang w:val="de-DE"/>
              </w:rPr>
              <w:lastRenderedPageBreak/>
              <w:t>Edukatë</w:t>
            </w:r>
            <w:proofErr w:type="spellEnd"/>
            <w:r w:rsidRPr="00643454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643454">
              <w:rPr>
                <w:rFonts w:eastAsia="Arial"/>
                <w:sz w:val="20"/>
                <w:szCs w:val="20"/>
                <w:lang w:val="de-DE"/>
              </w:rPr>
              <w:t>fizike</w:t>
            </w:r>
            <w:proofErr w:type="spellEnd"/>
            <w:r w:rsidRPr="00643454">
              <w:rPr>
                <w:rFonts w:eastAsia="Arial"/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643454">
              <w:rPr>
                <w:rFonts w:eastAsia="Arial"/>
                <w:sz w:val="20"/>
                <w:szCs w:val="20"/>
                <w:lang w:val="de-DE"/>
              </w:rPr>
              <w:t>sportet</w:t>
            </w:r>
            <w:proofErr w:type="spellEnd"/>
            <w:r w:rsidRPr="00643454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643454">
              <w:rPr>
                <w:rFonts w:eastAsia="Arial"/>
                <w:sz w:val="20"/>
                <w:szCs w:val="20"/>
                <w:lang w:val="de-DE"/>
              </w:rPr>
              <w:t>dhe</w:t>
            </w:r>
            <w:proofErr w:type="spellEnd"/>
            <w:r w:rsidRPr="00643454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643454">
              <w:rPr>
                <w:rFonts w:eastAsia="Arial"/>
                <w:sz w:val="20"/>
                <w:szCs w:val="20"/>
                <w:lang w:val="de-DE"/>
              </w:rPr>
              <w:t>shëndeti</w:t>
            </w:r>
            <w:proofErr w:type="spellEnd"/>
            <w:r w:rsidRPr="00643454">
              <w:rPr>
                <w:rFonts w:eastAsia="Arial"/>
                <w:sz w:val="20"/>
                <w:szCs w:val="20"/>
                <w:lang w:val="de-DE"/>
              </w:rPr>
              <w:t xml:space="preserve"> – </w:t>
            </w:r>
            <w:proofErr w:type="spellStart"/>
            <w:r w:rsidRPr="00643454">
              <w:rPr>
                <w:rFonts w:eastAsia="Arial"/>
                <w:sz w:val="20"/>
                <w:szCs w:val="20"/>
                <w:lang w:val="de-DE"/>
              </w:rPr>
              <w:t>matje</w:t>
            </w:r>
            <w:proofErr w:type="spellEnd"/>
            <w:r w:rsidRPr="00643454">
              <w:rPr>
                <w:rFonts w:eastAsia="Arial"/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643454">
              <w:rPr>
                <w:rFonts w:eastAsia="Arial"/>
                <w:sz w:val="20"/>
                <w:szCs w:val="20"/>
                <w:lang w:val="de-DE"/>
              </w:rPr>
              <w:t>raporte</w:t>
            </w:r>
            <w:proofErr w:type="spellEnd"/>
            <w:r w:rsidRPr="00643454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643454">
              <w:rPr>
                <w:rFonts w:eastAsia="Arial"/>
                <w:sz w:val="20"/>
                <w:szCs w:val="20"/>
                <w:lang w:val="de-DE"/>
              </w:rPr>
              <w:t>dhe</w:t>
            </w:r>
            <w:proofErr w:type="spellEnd"/>
            <w:r w:rsidRPr="00643454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643454">
              <w:rPr>
                <w:rFonts w:eastAsia="Arial"/>
                <w:sz w:val="20"/>
                <w:szCs w:val="20"/>
                <w:lang w:val="de-DE"/>
              </w:rPr>
              <w:t>interpretim</w:t>
            </w:r>
            <w:proofErr w:type="spellEnd"/>
            <w:r w:rsidRPr="00643454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643454">
              <w:rPr>
                <w:rFonts w:eastAsia="Arial"/>
                <w:sz w:val="20"/>
                <w:szCs w:val="20"/>
                <w:lang w:val="de-DE"/>
              </w:rPr>
              <w:t>të</w:t>
            </w:r>
            <w:proofErr w:type="spellEnd"/>
            <w:r w:rsidRPr="00643454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643454">
              <w:rPr>
                <w:rFonts w:eastAsia="Arial"/>
                <w:sz w:val="20"/>
                <w:szCs w:val="20"/>
                <w:lang w:val="de-DE"/>
              </w:rPr>
              <w:t>dhënash</w:t>
            </w:r>
            <w:proofErr w:type="spellEnd"/>
            <w:r w:rsidRPr="00643454">
              <w:rPr>
                <w:rFonts w:eastAsia="Arial"/>
                <w:sz w:val="20"/>
                <w:szCs w:val="20"/>
                <w:lang w:val="de-DE"/>
              </w:rPr>
              <w:t>.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16D86" w:rsidRPr="00643454" w:rsidRDefault="00000000">
            <w:pPr>
              <w:rPr>
                <w:sz w:val="20"/>
                <w:szCs w:val="20"/>
              </w:rPr>
            </w:pPr>
            <w:proofErr w:type="spellStart"/>
            <w:r w:rsidRPr="00643454">
              <w:rPr>
                <w:rFonts w:eastAsia="Arial"/>
                <w:sz w:val="20"/>
                <w:szCs w:val="20"/>
              </w:rPr>
              <w:lastRenderedPageBreak/>
              <w:t>Matematika</w:t>
            </w:r>
            <w:proofErr w:type="spellEnd"/>
            <w:r w:rsidRPr="00643454">
              <w:rPr>
                <w:rFonts w:eastAsia="Arial"/>
                <w:sz w:val="20"/>
                <w:szCs w:val="20"/>
              </w:rPr>
              <w:t xml:space="preserve"> 9 – </w:t>
            </w:r>
            <w:proofErr w:type="spellStart"/>
            <w:r w:rsidRPr="00643454">
              <w:rPr>
                <w:rFonts w:eastAsia="Arial"/>
                <w:sz w:val="20"/>
                <w:szCs w:val="20"/>
              </w:rPr>
              <w:t>Botime</w:t>
            </w:r>
            <w:proofErr w:type="spellEnd"/>
            <w:r w:rsidRPr="00643454">
              <w:rPr>
                <w:rFonts w:eastAsia="Arial"/>
                <w:sz w:val="20"/>
                <w:szCs w:val="20"/>
              </w:rPr>
              <w:t xml:space="preserve"> PEGI, Kosovë, Prishtinë 2022.</w:t>
            </w:r>
          </w:p>
          <w:p w:rsidR="00E3591E" w:rsidRDefault="00E3591E">
            <w:pPr>
              <w:rPr>
                <w:rFonts w:eastAsia="Arial"/>
                <w:sz w:val="20"/>
                <w:szCs w:val="20"/>
              </w:rPr>
            </w:pPr>
          </w:p>
          <w:p w:rsidR="00516D86" w:rsidRPr="00643454" w:rsidRDefault="00000000">
            <w:pPr>
              <w:rPr>
                <w:sz w:val="20"/>
                <w:szCs w:val="20"/>
              </w:rPr>
            </w:pPr>
            <w:r w:rsidRPr="00643454">
              <w:rPr>
                <w:rFonts w:eastAsia="Arial"/>
                <w:sz w:val="20"/>
                <w:szCs w:val="20"/>
              </w:rPr>
              <w:t>Fletore pune – Matematika 9, PEGI.</w:t>
            </w:r>
          </w:p>
          <w:p w:rsidR="00516D86" w:rsidRPr="00643454" w:rsidRDefault="00516D86">
            <w:pPr>
              <w:rPr>
                <w:sz w:val="20"/>
                <w:szCs w:val="20"/>
              </w:rPr>
            </w:pPr>
          </w:p>
          <w:p w:rsidR="00516D86" w:rsidRPr="00643454" w:rsidRDefault="00000000">
            <w:pPr>
              <w:rPr>
                <w:sz w:val="20"/>
                <w:szCs w:val="20"/>
              </w:rPr>
            </w:pPr>
            <w:r w:rsidRPr="00643454">
              <w:rPr>
                <w:rFonts w:eastAsia="Arial"/>
                <w:sz w:val="20"/>
                <w:szCs w:val="20"/>
              </w:rPr>
              <w:t>GeoGebra, kalkulator, mjete gjeometrike, Excel, fletë pune dhe burime digjitale.</w:t>
            </w:r>
          </w:p>
        </w:tc>
      </w:tr>
      <w:tr w:rsidR="001654B1" w:rsidRPr="009E1A94" w:rsidTr="00F63F2F">
        <w:tc>
          <w:tcPr>
            <w:tcW w:w="360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EF2E8"/>
          </w:tcPr>
          <w:p w:rsidR="001654B1" w:rsidRPr="009E1A94" w:rsidRDefault="001654B1" w:rsidP="00F63F2F">
            <w:pPr>
              <w:rPr>
                <w:sz w:val="20"/>
                <w:szCs w:val="20"/>
              </w:rPr>
            </w:pPr>
            <w:r w:rsidRPr="009E1A94">
              <w:rPr>
                <w:b/>
                <w:sz w:val="20"/>
                <w:szCs w:val="20"/>
              </w:rPr>
              <w:lastRenderedPageBreak/>
              <w:t>Arsimtari:</w:t>
            </w:r>
          </w:p>
        </w:tc>
        <w:tc>
          <w:tcPr>
            <w:tcW w:w="10858" w:type="dxa"/>
            <w:gridSpan w:val="9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654B1" w:rsidRDefault="001654B1" w:rsidP="00F63F2F">
            <w:pPr>
              <w:rPr>
                <w:sz w:val="20"/>
                <w:szCs w:val="20"/>
              </w:rPr>
            </w:pPr>
          </w:p>
          <w:p w:rsidR="001654B1" w:rsidRPr="009E1A94" w:rsidRDefault="001654B1" w:rsidP="00F63F2F">
            <w:pPr>
              <w:rPr>
                <w:sz w:val="20"/>
                <w:szCs w:val="20"/>
              </w:rPr>
            </w:pPr>
          </w:p>
        </w:tc>
      </w:tr>
    </w:tbl>
    <w:p w:rsidR="001654B1" w:rsidRDefault="001654B1"/>
    <w:p w:rsidR="001654B1" w:rsidRDefault="001654B1"/>
    <w:p w:rsidR="001654B1" w:rsidRDefault="001654B1"/>
    <w:p w:rsidR="001654B1" w:rsidRDefault="001654B1"/>
    <w:p w:rsidR="00831FA5" w:rsidRDefault="00000000">
      <w:r>
        <w:br w:type="page"/>
      </w:r>
    </w:p>
    <w:tbl>
      <w:tblPr>
        <w:tblW w:w="14458" w:type="dxa"/>
        <w:tblInd w:w="8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1350"/>
        <w:gridCol w:w="720"/>
        <w:gridCol w:w="285"/>
        <w:gridCol w:w="226"/>
        <w:gridCol w:w="2693"/>
        <w:gridCol w:w="659"/>
        <w:gridCol w:w="191"/>
        <w:gridCol w:w="1843"/>
        <w:gridCol w:w="1701"/>
        <w:gridCol w:w="1843"/>
        <w:gridCol w:w="1417"/>
      </w:tblGrid>
      <w:tr w:rsidR="00F02432" w:rsidRPr="00DE5029" w:rsidTr="00F63F2F">
        <w:trPr>
          <w:trHeight w:val="420"/>
        </w:trPr>
        <w:tc>
          <w:tcPr>
            <w:tcW w:w="3885" w:type="dxa"/>
            <w:gridSpan w:val="4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F02432" w:rsidRPr="008E3B67" w:rsidRDefault="00F02432" w:rsidP="00F63F2F">
            <w:pPr>
              <w:jc w:val="center"/>
              <w:rPr>
                <w:sz w:val="28"/>
                <w:szCs w:val="28"/>
              </w:rPr>
            </w:pPr>
            <w:r w:rsidRPr="008E3B67">
              <w:rPr>
                <w:b/>
                <w:sz w:val="28"/>
                <w:szCs w:val="28"/>
              </w:rPr>
              <w:lastRenderedPageBreak/>
              <w:t>Logo e Komunës</w:t>
            </w:r>
          </w:p>
        </w:tc>
        <w:tc>
          <w:tcPr>
            <w:tcW w:w="3578" w:type="dxa"/>
            <w:gridSpan w:val="3"/>
            <w:tcBorders>
              <w:top w:val="single" w:sz="12" w:space="0" w:color="auto"/>
              <w:left w:val="single" w:sz="12" w:space="0" w:color="auto"/>
            </w:tcBorders>
            <w:shd w:val="clear" w:color="auto" w:fill="FEF2E8"/>
          </w:tcPr>
          <w:p w:rsidR="00F02432" w:rsidRPr="008E3B67" w:rsidRDefault="00F02432" w:rsidP="00F63F2F">
            <w:pPr>
              <w:rPr>
                <w:sz w:val="28"/>
                <w:szCs w:val="28"/>
              </w:rPr>
            </w:pPr>
            <w:r w:rsidRPr="008E3B67">
              <w:rPr>
                <w:b/>
                <w:sz w:val="28"/>
                <w:szCs w:val="28"/>
              </w:rPr>
              <w:t>PLANI DYMUJOR:</w:t>
            </w:r>
          </w:p>
        </w:tc>
        <w:tc>
          <w:tcPr>
            <w:tcW w:w="3735" w:type="dxa"/>
            <w:gridSpan w:val="3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516D86" w:rsidRPr="008E3B67" w:rsidRDefault="00000000">
            <w:pPr>
              <w:jc w:val="center"/>
              <w:rPr>
                <w:sz w:val="28"/>
                <w:szCs w:val="28"/>
              </w:rPr>
            </w:pPr>
            <w:r w:rsidRPr="008E3B67">
              <w:rPr>
                <w:rFonts w:eastAsia="Arial"/>
                <w:b/>
                <w:sz w:val="28"/>
                <w:szCs w:val="28"/>
              </w:rPr>
              <w:t>PRILL - MAJ - QERSHOR</w:t>
            </w:r>
          </w:p>
        </w:tc>
        <w:tc>
          <w:tcPr>
            <w:tcW w:w="326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02432" w:rsidRPr="008E3B67" w:rsidRDefault="00F02432" w:rsidP="00F63F2F">
            <w:pPr>
              <w:jc w:val="center"/>
              <w:rPr>
                <w:sz w:val="28"/>
                <w:szCs w:val="28"/>
              </w:rPr>
            </w:pPr>
            <w:r w:rsidRPr="008E3B67">
              <w:rPr>
                <w:b/>
                <w:sz w:val="28"/>
                <w:szCs w:val="28"/>
              </w:rPr>
              <w:t>Logo e shkollës</w:t>
            </w:r>
          </w:p>
        </w:tc>
      </w:tr>
      <w:tr w:rsidR="00F02432" w:rsidRPr="00DE5029" w:rsidTr="00F63F2F">
        <w:trPr>
          <w:trHeight w:val="420"/>
        </w:trPr>
        <w:tc>
          <w:tcPr>
            <w:tcW w:w="3885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F02432" w:rsidRPr="008E3B67" w:rsidRDefault="00F02432" w:rsidP="00F63F2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578" w:type="dxa"/>
            <w:gridSpan w:val="3"/>
            <w:tcBorders>
              <w:left w:val="single" w:sz="12" w:space="0" w:color="auto"/>
            </w:tcBorders>
            <w:shd w:val="clear" w:color="auto" w:fill="FEF2E8"/>
          </w:tcPr>
          <w:p w:rsidR="00F02432" w:rsidRPr="008E3B67" w:rsidRDefault="00F02432" w:rsidP="00F63F2F">
            <w:pPr>
              <w:rPr>
                <w:sz w:val="28"/>
                <w:szCs w:val="28"/>
              </w:rPr>
            </w:pPr>
            <w:r w:rsidRPr="008E3B67">
              <w:rPr>
                <w:b/>
                <w:sz w:val="28"/>
                <w:szCs w:val="28"/>
              </w:rPr>
              <w:t>VITI SHKOLLOR:</w:t>
            </w:r>
          </w:p>
        </w:tc>
        <w:tc>
          <w:tcPr>
            <w:tcW w:w="3735" w:type="dxa"/>
            <w:gridSpan w:val="3"/>
            <w:tcBorders>
              <w:right w:val="single" w:sz="12" w:space="0" w:color="auto"/>
            </w:tcBorders>
            <w:shd w:val="clear" w:color="auto" w:fill="auto"/>
          </w:tcPr>
          <w:p w:rsidR="00516D86" w:rsidRPr="008E3B67" w:rsidRDefault="00000000">
            <w:pPr>
              <w:jc w:val="center"/>
              <w:rPr>
                <w:sz w:val="28"/>
                <w:szCs w:val="28"/>
              </w:rPr>
            </w:pPr>
            <w:r w:rsidRPr="008E3B67">
              <w:rPr>
                <w:rFonts w:eastAsia="Arial"/>
                <w:b/>
                <w:sz w:val="28"/>
                <w:szCs w:val="28"/>
              </w:rPr>
              <w:t>2026 /2027</w:t>
            </w:r>
          </w:p>
        </w:tc>
        <w:tc>
          <w:tcPr>
            <w:tcW w:w="326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02432" w:rsidRPr="008E3B67" w:rsidRDefault="00F02432" w:rsidP="00F63F2F">
            <w:pPr>
              <w:rPr>
                <w:b/>
                <w:sz w:val="28"/>
                <w:szCs w:val="28"/>
              </w:rPr>
            </w:pPr>
          </w:p>
        </w:tc>
      </w:tr>
      <w:tr w:rsidR="00F02432" w:rsidRPr="00DE5029" w:rsidTr="00F63F2F">
        <w:trPr>
          <w:trHeight w:val="368"/>
        </w:trPr>
        <w:tc>
          <w:tcPr>
            <w:tcW w:w="3885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F02432" w:rsidRPr="008E3B67" w:rsidRDefault="00F02432" w:rsidP="00F63F2F">
            <w:pPr>
              <w:jc w:val="center"/>
              <w:rPr>
                <w:noProof/>
                <w:sz w:val="28"/>
                <w:szCs w:val="28"/>
              </w:rPr>
            </w:pPr>
          </w:p>
        </w:tc>
        <w:tc>
          <w:tcPr>
            <w:tcW w:w="3578" w:type="dxa"/>
            <w:gridSpan w:val="3"/>
            <w:tcBorders>
              <w:left w:val="single" w:sz="12" w:space="0" w:color="auto"/>
            </w:tcBorders>
            <w:shd w:val="clear" w:color="auto" w:fill="FEF2E8"/>
          </w:tcPr>
          <w:p w:rsidR="00F02432" w:rsidRPr="008E3B67" w:rsidRDefault="00F02432" w:rsidP="00F63F2F">
            <w:pPr>
              <w:rPr>
                <w:sz w:val="28"/>
                <w:szCs w:val="28"/>
              </w:rPr>
            </w:pPr>
            <w:r w:rsidRPr="008E3B67">
              <w:rPr>
                <w:b/>
                <w:sz w:val="28"/>
                <w:szCs w:val="28"/>
              </w:rPr>
              <w:t>FUSHA E KURRIKULËS:</w:t>
            </w:r>
          </w:p>
        </w:tc>
        <w:tc>
          <w:tcPr>
            <w:tcW w:w="3735" w:type="dxa"/>
            <w:gridSpan w:val="3"/>
            <w:tcBorders>
              <w:right w:val="single" w:sz="12" w:space="0" w:color="auto"/>
            </w:tcBorders>
            <w:shd w:val="clear" w:color="auto" w:fill="auto"/>
          </w:tcPr>
          <w:p w:rsidR="00516D86" w:rsidRPr="008E3B67" w:rsidRDefault="00000000">
            <w:pPr>
              <w:jc w:val="center"/>
              <w:rPr>
                <w:sz w:val="28"/>
                <w:szCs w:val="28"/>
              </w:rPr>
            </w:pPr>
            <w:r w:rsidRPr="008E3B67">
              <w:rPr>
                <w:rFonts w:eastAsia="Arial"/>
                <w:b/>
                <w:sz w:val="28"/>
                <w:szCs w:val="28"/>
              </w:rPr>
              <w:t>MATEMATIKË</w:t>
            </w:r>
          </w:p>
        </w:tc>
        <w:tc>
          <w:tcPr>
            <w:tcW w:w="326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02432" w:rsidRPr="008E3B67" w:rsidRDefault="00F02432" w:rsidP="00F63F2F">
            <w:pPr>
              <w:rPr>
                <w:b/>
                <w:sz w:val="28"/>
                <w:szCs w:val="28"/>
              </w:rPr>
            </w:pPr>
          </w:p>
        </w:tc>
      </w:tr>
      <w:tr w:rsidR="00F02432" w:rsidRPr="00DE5029" w:rsidTr="00F63F2F">
        <w:trPr>
          <w:trHeight w:val="345"/>
        </w:trPr>
        <w:tc>
          <w:tcPr>
            <w:tcW w:w="3885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F02432" w:rsidRPr="008E3B67" w:rsidRDefault="00F02432" w:rsidP="00F63F2F">
            <w:pPr>
              <w:jc w:val="center"/>
              <w:rPr>
                <w:noProof/>
                <w:sz w:val="28"/>
                <w:szCs w:val="28"/>
              </w:rPr>
            </w:pPr>
          </w:p>
        </w:tc>
        <w:tc>
          <w:tcPr>
            <w:tcW w:w="3578" w:type="dxa"/>
            <w:gridSpan w:val="3"/>
            <w:tcBorders>
              <w:left w:val="single" w:sz="12" w:space="0" w:color="auto"/>
            </w:tcBorders>
            <w:shd w:val="clear" w:color="auto" w:fill="FEF2E8"/>
          </w:tcPr>
          <w:p w:rsidR="00F02432" w:rsidRPr="008E3B67" w:rsidRDefault="00F02432" w:rsidP="00F63F2F">
            <w:pPr>
              <w:rPr>
                <w:sz w:val="28"/>
                <w:szCs w:val="28"/>
              </w:rPr>
            </w:pPr>
            <w:r w:rsidRPr="008E3B67">
              <w:rPr>
                <w:b/>
                <w:sz w:val="28"/>
                <w:szCs w:val="28"/>
              </w:rPr>
              <w:t>LËNDA :</w:t>
            </w:r>
          </w:p>
        </w:tc>
        <w:tc>
          <w:tcPr>
            <w:tcW w:w="3735" w:type="dxa"/>
            <w:gridSpan w:val="3"/>
            <w:tcBorders>
              <w:right w:val="single" w:sz="12" w:space="0" w:color="auto"/>
            </w:tcBorders>
            <w:shd w:val="clear" w:color="auto" w:fill="auto"/>
          </w:tcPr>
          <w:p w:rsidR="00516D86" w:rsidRPr="008E3B67" w:rsidRDefault="00000000">
            <w:pPr>
              <w:jc w:val="center"/>
              <w:rPr>
                <w:sz w:val="28"/>
                <w:szCs w:val="28"/>
              </w:rPr>
            </w:pPr>
            <w:r w:rsidRPr="008E3B67">
              <w:rPr>
                <w:rFonts w:eastAsia="Arial"/>
                <w:b/>
                <w:sz w:val="28"/>
                <w:szCs w:val="28"/>
              </w:rPr>
              <w:t>Matematikë</w:t>
            </w:r>
          </w:p>
        </w:tc>
        <w:tc>
          <w:tcPr>
            <w:tcW w:w="326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02432" w:rsidRPr="008E3B67" w:rsidRDefault="00F02432" w:rsidP="00F63F2F">
            <w:pPr>
              <w:rPr>
                <w:b/>
                <w:sz w:val="28"/>
                <w:szCs w:val="28"/>
              </w:rPr>
            </w:pPr>
          </w:p>
        </w:tc>
      </w:tr>
      <w:tr w:rsidR="00F02432" w:rsidRPr="00DE5029" w:rsidTr="00F63F2F">
        <w:trPr>
          <w:trHeight w:val="390"/>
        </w:trPr>
        <w:tc>
          <w:tcPr>
            <w:tcW w:w="3885" w:type="dxa"/>
            <w:gridSpan w:val="4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F02432" w:rsidRPr="008E3B67" w:rsidRDefault="00F02432" w:rsidP="00F63F2F">
            <w:pPr>
              <w:jc w:val="center"/>
              <w:rPr>
                <w:noProof/>
                <w:sz w:val="28"/>
                <w:szCs w:val="28"/>
              </w:rPr>
            </w:pPr>
          </w:p>
        </w:tc>
        <w:tc>
          <w:tcPr>
            <w:tcW w:w="3578" w:type="dxa"/>
            <w:gridSpan w:val="3"/>
            <w:tcBorders>
              <w:left w:val="single" w:sz="12" w:space="0" w:color="auto"/>
              <w:bottom w:val="single" w:sz="12" w:space="0" w:color="auto"/>
            </w:tcBorders>
            <w:shd w:val="clear" w:color="auto" w:fill="FEF2E8"/>
          </w:tcPr>
          <w:p w:rsidR="00F02432" w:rsidRPr="008E3B67" w:rsidRDefault="00F02432" w:rsidP="00F63F2F">
            <w:pPr>
              <w:rPr>
                <w:sz w:val="28"/>
                <w:szCs w:val="28"/>
              </w:rPr>
            </w:pPr>
            <w:r w:rsidRPr="008E3B67">
              <w:rPr>
                <w:b/>
                <w:sz w:val="28"/>
                <w:szCs w:val="28"/>
              </w:rPr>
              <w:t>KLASA :</w:t>
            </w:r>
          </w:p>
        </w:tc>
        <w:tc>
          <w:tcPr>
            <w:tcW w:w="3735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16D86" w:rsidRPr="008E3B67" w:rsidRDefault="00000000">
            <w:pPr>
              <w:jc w:val="center"/>
              <w:rPr>
                <w:sz w:val="28"/>
                <w:szCs w:val="28"/>
              </w:rPr>
            </w:pPr>
            <w:r w:rsidRPr="008E3B67">
              <w:rPr>
                <w:rFonts w:eastAsia="Arial"/>
                <w:b/>
                <w:sz w:val="28"/>
                <w:szCs w:val="28"/>
              </w:rPr>
              <w:t>IX</w:t>
            </w:r>
          </w:p>
        </w:tc>
        <w:tc>
          <w:tcPr>
            <w:tcW w:w="3260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02432" w:rsidRPr="008E3B67" w:rsidRDefault="00F02432" w:rsidP="00F63F2F">
            <w:pPr>
              <w:rPr>
                <w:b/>
                <w:sz w:val="28"/>
                <w:szCs w:val="28"/>
              </w:rPr>
            </w:pPr>
          </w:p>
        </w:tc>
      </w:tr>
      <w:tr w:rsidR="00F02432" w:rsidRPr="00DE5029" w:rsidTr="00F63F2F">
        <w:tc>
          <w:tcPr>
            <w:tcW w:w="28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EF2E8"/>
          </w:tcPr>
          <w:p w:rsidR="00F02432" w:rsidRPr="008E3B67" w:rsidRDefault="00F02432" w:rsidP="00F63F2F">
            <w:pPr>
              <w:rPr>
                <w:sz w:val="28"/>
                <w:szCs w:val="28"/>
              </w:rPr>
            </w:pPr>
            <w:r w:rsidRPr="008E3B67">
              <w:rPr>
                <w:b/>
                <w:sz w:val="28"/>
                <w:szCs w:val="28"/>
              </w:rPr>
              <w:t>TEMA-T  mësimore:</w:t>
            </w:r>
          </w:p>
        </w:tc>
        <w:tc>
          <w:tcPr>
            <w:tcW w:w="11578" w:type="dxa"/>
            <w:gridSpan w:val="10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16D86" w:rsidRPr="008E3B67" w:rsidRDefault="00000000">
            <w:pPr>
              <w:rPr>
                <w:sz w:val="28"/>
                <w:szCs w:val="28"/>
              </w:rPr>
            </w:pPr>
            <w:r w:rsidRPr="008E3B67">
              <w:rPr>
                <w:rFonts w:eastAsia="Arial"/>
                <w:b/>
                <w:sz w:val="28"/>
                <w:szCs w:val="28"/>
              </w:rPr>
              <w:t>9. Trigonometria në trekëndëshin kënddrejtë    10. Të dhënat dhe probabiliteti</w:t>
            </w:r>
          </w:p>
        </w:tc>
      </w:tr>
      <w:tr w:rsidR="00F02432" w:rsidRPr="00DE5029" w:rsidTr="00F63F2F">
        <w:tc>
          <w:tcPr>
            <w:tcW w:w="14458" w:type="dxa"/>
            <w:gridSpan w:val="12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F2F2F2"/>
          </w:tcPr>
          <w:p w:rsidR="00F02432" w:rsidRPr="008E3B67" w:rsidRDefault="00F02432" w:rsidP="00F63F2F">
            <w:pPr>
              <w:rPr>
                <w:sz w:val="28"/>
                <w:szCs w:val="28"/>
              </w:rPr>
            </w:pPr>
            <w:r w:rsidRPr="008E3B67">
              <w:rPr>
                <w:b/>
                <w:sz w:val="28"/>
                <w:szCs w:val="28"/>
              </w:rPr>
              <w:t>RNK- Rezultatet e të nxënit për kompetencat kryesore të shkallës që synohen të arrihen përmes shtjellimit të temës/ve:</w:t>
            </w:r>
          </w:p>
        </w:tc>
      </w:tr>
      <w:tr w:rsidR="00F02432" w:rsidRPr="00B62707" w:rsidTr="00F63F2F">
        <w:tc>
          <w:tcPr>
            <w:tcW w:w="14458" w:type="dxa"/>
            <w:gridSpan w:val="12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16D86" w:rsidRPr="008E3B67" w:rsidRDefault="008E3B67">
            <w:pPr>
              <w:rPr>
                <w:sz w:val="20"/>
                <w:szCs w:val="20"/>
              </w:rPr>
            </w:pPr>
            <w:r w:rsidRPr="008E3B67">
              <w:rPr>
                <w:rFonts w:eastAsia="Arial"/>
                <w:b/>
                <w:sz w:val="20"/>
                <w:szCs w:val="20"/>
              </w:rPr>
              <w:t xml:space="preserve">TEMA 9 dhe 10: </w:t>
            </w:r>
            <w:r w:rsidR="00000000" w:rsidRPr="008E3B67">
              <w:rPr>
                <w:rFonts w:eastAsia="Arial"/>
                <w:b/>
                <w:sz w:val="20"/>
                <w:szCs w:val="20"/>
              </w:rPr>
              <w:t>I.2, I.3, I.5, I.6; II.4, II.5, II.6, II.7, II.8; III.5, III.7.</w:t>
            </w:r>
          </w:p>
        </w:tc>
      </w:tr>
      <w:tr w:rsidR="00F02432" w:rsidRPr="00B62707" w:rsidTr="00F63F2F">
        <w:tc>
          <w:tcPr>
            <w:tcW w:w="14458" w:type="dxa"/>
            <w:gridSpan w:val="12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F2F2F2"/>
          </w:tcPr>
          <w:p w:rsidR="00F02432" w:rsidRPr="00280E86" w:rsidRDefault="00F02432" w:rsidP="00F63F2F">
            <w:pPr>
              <w:rPr>
                <w:sz w:val="28"/>
                <w:szCs w:val="28"/>
                <w:lang w:val="en-US"/>
              </w:rPr>
            </w:pPr>
            <w:r w:rsidRPr="00280E86">
              <w:rPr>
                <w:b/>
                <w:sz w:val="28"/>
                <w:szCs w:val="28"/>
                <w:lang w:val="en-US"/>
              </w:rPr>
              <w:t xml:space="preserve">RNF- </w:t>
            </w:r>
            <w:proofErr w:type="spellStart"/>
            <w:r w:rsidRPr="00280E86">
              <w:rPr>
                <w:b/>
                <w:sz w:val="28"/>
                <w:szCs w:val="28"/>
                <w:lang w:val="en-US"/>
              </w:rPr>
              <w:t>Rezultatet</w:t>
            </w:r>
            <w:proofErr w:type="spellEnd"/>
            <w:r w:rsidRPr="00280E86">
              <w:rPr>
                <w:b/>
                <w:sz w:val="28"/>
                <w:szCs w:val="28"/>
                <w:lang w:val="en-US"/>
              </w:rPr>
              <w:t xml:space="preserve"> e </w:t>
            </w:r>
            <w:proofErr w:type="spellStart"/>
            <w:r w:rsidRPr="00280E86">
              <w:rPr>
                <w:b/>
                <w:sz w:val="28"/>
                <w:szCs w:val="28"/>
                <w:lang w:val="en-US"/>
              </w:rPr>
              <w:t>të</w:t>
            </w:r>
            <w:proofErr w:type="spellEnd"/>
            <w:r w:rsidRPr="00280E86">
              <w:rPr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80E86">
              <w:rPr>
                <w:b/>
                <w:sz w:val="28"/>
                <w:szCs w:val="28"/>
                <w:lang w:val="en-US"/>
              </w:rPr>
              <w:t>nxënit</w:t>
            </w:r>
            <w:proofErr w:type="spellEnd"/>
            <w:r w:rsidRPr="00280E86">
              <w:rPr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80E86">
              <w:rPr>
                <w:b/>
                <w:sz w:val="28"/>
                <w:szCs w:val="28"/>
                <w:lang w:val="en-US"/>
              </w:rPr>
              <w:t>të</w:t>
            </w:r>
            <w:proofErr w:type="spellEnd"/>
            <w:r w:rsidRPr="00280E86">
              <w:rPr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80E86">
              <w:rPr>
                <w:b/>
                <w:sz w:val="28"/>
                <w:szCs w:val="28"/>
                <w:lang w:val="en-US"/>
              </w:rPr>
              <w:t>fushës</w:t>
            </w:r>
            <w:proofErr w:type="spellEnd"/>
            <w:r w:rsidRPr="00280E86">
              <w:rPr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80E86">
              <w:rPr>
                <w:b/>
                <w:sz w:val="28"/>
                <w:szCs w:val="28"/>
                <w:lang w:val="en-US"/>
              </w:rPr>
              <w:t>kurrikulare</w:t>
            </w:r>
            <w:proofErr w:type="spellEnd"/>
            <w:r w:rsidRPr="00280E86">
              <w:rPr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80E86">
              <w:rPr>
                <w:b/>
                <w:sz w:val="28"/>
                <w:szCs w:val="28"/>
                <w:lang w:val="en-US"/>
              </w:rPr>
              <w:t>të</w:t>
            </w:r>
            <w:proofErr w:type="spellEnd"/>
            <w:r w:rsidRPr="00280E86">
              <w:rPr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80E86">
              <w:rPr>
                <w:b/>
                <w:sz w:val="28"/>
                <w:szCs w:val="28"/>
                <w:lang w:val="en-US"/>
              </w:rPr>
              <w:t>shkallës</w:t>
            </w:r>
            <w:proofErr w:type="spellEnd"/>
            <w:r w:rsidRPr="00280E86">
              <w:rPr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80E86">
              <w:rPr>
                <w:b/>
                <w:sz w:val="28"/>
                <w:szCs w:val="28"/>
                <w:lang w:val="en-US"/>
              </w:rPr>
              <w:t>që</w:t>
            </w:r>
            <w:proofErr w:type="spellEnd"/>
            <w:r w:rsidRPr="00280E86">
              <w:rPr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80E86">
              <w:rPr>
                <w:b/>
                <w:sz w:val="28"/>
                <w:szCs w:val="28"/>
                <w:lang w:val="en-US"/>
              </w:rPr>
              <w:t>synohen</w:t>
            </w:r>
            <w:proofErr w:type="spellEnd"/>
            <w:r w:rsidRPr="00280E86">
              <w:rPr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80E86">
              <w:rPr>
                <w:b/>
                <w:sz w:val="28"/>
                <w:szCs w:val="28"/>
                <w:lang w:val="en-US"/>
              </w:rPr>
              <w:t>të</w:t>
            </w:r>
            <w:proofErr w:type="spellEnd"/>
            <w:r w:rsidRPr="00280E86">
              <w:rPr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80E86">
              <w:rPr>
                <w:b/>
                <w:sz w:val="28"/>
                <w:szCs w:val="28"/>
                <w:lang w:val="en-US"/>
              </w:rPr>
              <w:t>arrihen</w:t>
            </w:r>
            <w:proofErr w:type="spellEnd"/>
            <w:r w:rsidRPr="00280E86">
              <w:rPr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80E86">
              <w:rPr>
                <w:b/>
                <w:sz w:val="28"/>
                <w:szCs w:val="28"/>
                <w:lang w:val="en-US"/>
              </w:rPr>
              <w:t>përmes</w:t>
            </w:r>
            <w:proofErr w:type="spellEnd"/>
            <w:r w:rsidRPr="00280E86">
              <w:rPr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80E86">
              <w:rPr>
                <w:b/>
                <w:sz w:val="28"/>
                <w:szCs w:val="28"/>
                <w:lang w:val="en-US"/>
              </w:rPr>
              <w:t>shtjellimit</w:t>
            </w:r>
            <w:proofErr w:type="spellEnd"/>
            <w:r w:rsidRPr="00280E86">
              <w:rPr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80E86">
              <w:rPr>
                <w:b/>
                <w:sz w:val="28"/>
                <w:szCs w:val="28"/>
                <w:lang w:val="en-US"/>
              </w:rPr>
              <w:t>të</w:t>
            </w:r>
            <w:proofErr w:type="spellEnd"/>
            <w:r w:rsidRPr="00280E86">
              <w:rPr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80E86">
              <w:rPr>
                <w:b/>
                <w:sz w:val="28"/>
                <w:szCs w:val="28"/>
                <w:lang w:val="en-US"/>
              </w:rPr>
              <w:t>temës</w:t>
            </w:r>
            <w:proofErr w:type="spellEnd"/>
            <w:r w:rsidRPr="00280E86">
              <w:rPr>
                <w:b/>
                <w:sz w:val="28"/>
                <w:szCs w:val="28"/>
                <w:lang w:val="en-US"/>
              </w:rPr>
              <w:t>/</w:t>
            </w:r>
            <w:proofErr w:type="spellStart"/>
            <w:r w:rsidRPr="00280E86">
              <w:rPr>
                <w:b/>
                <w:sz w:val="28"/>
                <w:szCs w:val="28"/>
                <w:lang w:val="en-US"/>
              </w:rPr>
              <w:t>ve</w:t>
            </w:r>
            <w:proofErr w:type="spellEnd"/>
            <w:r w:rsidRPr="00280E86">
              <w:rPr>
                <w:b/>
                <w:sz w:val="28"/>
                <w:szCs w:val="28"/>
                <w:lang w:val="en-US"/>
              </w:rPr>
              <w:t>:</w:t>
            </w:r>
          </w:p>
        </w:tc>
      </w:tr>
      <w:tr w:rsidR="00F02432" w:rsidRPr="00B62707" w:rsidTr="00F63F2F">
        <w:tc>
          <w:tcPr>
            <w:tcW w:w="14458" w:type="dxa"/>
            <w:gridSpan w:val="12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D20552" w:rsidRPr="00817FFD" w:rsidRDefault="00D20552" w:rsidP="00D20552">
            <w:pPr>
              <w:rPr>
                <w:i/>
                <w:iCs/>
                <w:sz w:val="20"/>
                <w:szCs w:val="20"/>
              </w:rPr>
            </w:pPr>
            <w:r w:rsidRPr="00817FFD">
              <w:rPr>
                <w:rStyle w:val="Strong"/>
                <w:i/>
                <w:iCs/>
                <w:sz w:val="20"/>
                <w:szCs w:val="20"/>
              </w:rPr>
              <w:t>1.2</w:t>
            </w:r>
            <w:r w:rsidRPr="00817FFD">
              <w:rPr>
                <w:i/>
                <w:iCs/>
                <w:sz w:val="20"/>
                <w:szCs w:val="20"/>
              </w:rPr>
              <w:t xml:space="preserve"> </w:t>
            </w:r>
            <w:r w:rsidRPr="00817FFD">
              <w:rPr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817FFD">
              <w:rPr>
                <w:i/>
                <w:iCs/>
                <w:sz w:val="20"/>
                <w:szCs w:val="20"/>
              </w:rPr>
              <w:t xml:space="preserve">Demonstron zgjidhjen problemore që lidhet me </w:t>
            </w:r>
            <w:r w:rsidRPr="00817FFD">
              <w:rPr>
                <w:rStyle w:val="Strong"/>
                <w:i/>
                <w:iCs/>
                <w:sz w:val="20"/>
                <w:szCs w:val="20"/>
              </w:rPr>
              <w:t>shprehjet algjebrike dhe transformimet gjeometrike</w:t>
            </w:r>
            <w:r w:rsidRPr="00817FFD">
              <w:rPr>
                <w:i/>
                <w:iCs/>
                <w:sz w:val="20"/>
                <w:szCs w:val="20"/>
              </w:rPr>
              <w:t xml:space="preserve">. </w:t>
            </w:r>
          </w:p>
          <w:p w:rsidR="00D20552" w:rsidRPr="00817FFD" w:rsidRDefault="00D20552" w:rsidP="00D20552">
            <w:pPr>
              <w:rPr>
                <w:i/>
                <w:iCs/>
                <w:sz w:val="20"/>
                <w:szCs w:val="20"/>
              </w:rPr>
            </w:pPr>
            <w:r w:rsidRPr="00817FFD">
              <w:rPr>
                <w:rStyle w:val="Strong"/>
                <w:i/>
                <w:iCs/>
                <w:sz w:val="20"/>
                <w:szCs w:val="20"/>
              </w:rPr>
              <w:t>1.4</w:t>
            </w:r>
            <w:r w:rsidRPr="00817FFD">
              <w:rPr>
                <w:i/>
                <w:iCs/>
                <w:sz w:val="20"/>
                <w:szCs w:val="20"/>
              </w:rPr>
              <w:t xml:space="preserve">  Kryen vrojtime dhe hetime që ndihmojnë në të kuptuarit e njohurive dhe zotërimin e shprehive matematike. </w:t>
            </w:r>
          </w:p>
          <w:p w:rsidR="00D20552" w:rsidRPr="00817FFD" w:rsidRDefault="00D20552" w:rsidP="00D20552">
            <w:pPr>
              <w:rPr>
                <w:i/>
                <w:iCs/>
                <w:sz w:val="20"/>
                <w:szCs w:val="20"/>
              </w:rPr>
            </w:pPr>
            <w:r w:rsidRPr="00817FFD">
              <w:rPr>
                <w:rStyle w:val="Strong"/>
                <w:i/>
                <w:iCs/>
                <w:sz w:val="20"/>
                <w:szCs w:val="20"/>
              </w:rPr>
              <w:t>1.5</w:t>
            </w:r>
            <w:r w:rsidRPr="00817FFD">
              <w:rPr>
                <w:i/>
                <w:iCs/>
                <w:sz w:val="20"/>
                <w:szCs w:val="20"/>
              </w:rPr>
              <w:t xml:space="preserve">  Përshkruan dhe modelon matematikisht situata problemore që krijohen me </w:t>
            </w:r>
            <w:r w:rsidRPr="00817FFD">
              <w:rPr>
                <w:rStyle w:val="Strong"/>
                <w:i/>
                <w:iCs/>
                <w:sz w:val="20"/>
                <w:szCs w:val="20"/>
              </w:rPr>
              <w:t>numra realë, shprehje algjebrike, figura 2D dhe objekte 3D</w:t>
            </w:r>
            <w:r w:rsidRPr="00817FFD">
              <w:rPr>
                <w:i/>
                <w:iCs/>
                <w:sz w:val="20"/>
                <w:szCs w:val="20"/>
              </w:rPr>
              <w:t xml:space="preserve">, nga lëndët e tjera dhe nga përvojat e jetës së përditshme. </w:t>
            </w:r>
          </w:p>
          <w:p w:rsidR="00D20552" w:rsidRPr="00817FFD" w:rsidRDefault="00D20552" w:rsidP="00D20552">
            <w:pPr>
              <w:rPr>
                <w:i/>
                <w:iCs/>
                <w:sz w:val="20"/>
                <w:szCs w:val="20"/>
              </w:rPr>
            </w:pPr>
            <w:r w:rsidRPr="00817FFD">
              <w:rPr>
                <w:rStyle w:val="Strong"/>
                <w:i/>
                <w:iCs/>
                <w:sz w:val="20"/>
                <w:szCs w:val="20"/>
              </w:rPr>
              <w:t>2.1</w:t>
            </w:r>
            <w:r w:rsidRPr="00817FFD">
              <w:rPr>
                <w:i/>
                <w:iCs/>
                <w:sz w:val="20"/>
                <w:szCs w:val="20"/>
              </w:rPr>
              <w:t xml:space="preserve">  Argumenton shndërrimet direkte dhe indirekte, të zbatuara në veprimet me numra realë, transformime gjeometrike, matje, probabilitet dhe statistikë. </w:t>
            </w:r>
          </w:p>
          <w:p w:rsidR="00D20552" w:rsidRPr="00817FFD" w:rsidRDefault="00D20552" w:rsidP="00D20552">
            <w:pPr>
              <w:rPr>
                <w:i/>
                <w:iCs/>
                <w:sz w:val="20"/>
                <w:szCs w:val="20"/>
              </w:rPr>
            </w:pPr>
            <w:r w:rsidRPr="00817FFD">
              <w:rPr>
                <w:rStyle w:val="Strong"/>
                <w:i/>
                <w:iCs/>
                <w:sz w:val="20"/>
                <w:szCs w:val="20"/>
              </w:rPr>
              <w:t>2.4</w:t>
            </w:r>
            <w:r w:rsidRPr="00817FFD">
              <w:rPr>
                <w:i/>
                <w:iCs/>
                <w:sz w:val="20"/>
                <w:szCs w:val="20"/>
              </w:rPr>
              <w:t xml:space="preserve">  Planifikon dhe strukturon argumente matematike për përfundimet e gjetura. </w:t>
            </w:r>
          </w:p>
          <w:p w:rsidR="00D20552" w:rsidRPr="00817FFD" w:rsidRDefault="00D20552" w:rsidP="00D20552">
            <w:pPr>
              <w:rPr>
                <w:i/>
                <w:iCs/>
                <w:sz w:val="20"/>
                <w:szCs w:val="20"/>
              </w:rPr>
            </w:pPr>
            <w:r w:rsidRPr="00817FFD">
              <w:rPr>
                <w:rStyle w:val="Strong"/>
                <w:i/>
                <w:iCs/>
                <w:sz w:val="20"/>
                <w:szCs w:val="20"/>
              </w:rPr>
              <w:t>2.5</w:t>
            </w:r>
            <w:r w:rsidRPr="00817FFD">
              <w:rPr>
                <w:i/>
                <w:iCs/>
                <w:sz w:val="20"/>
                <w:szCs w:val="20"/>
              </w:rPr>
              <w:t xml:space="preserve">  Përdor kundërshembullin në rastet e mundshme. </w:t>
            </w:r>
          </w:p>
          <w:p w:rsidR="00D20552" w:rsidRPr="00817FFD" w:rsidRDefault="00D20552" w:rsidP="00D20552">
            <w:pPr>
              <w:rPr>
                <w:i/>
                <w:iCs/>
                <w:sz w:val="20"/>
                <w:szCs w:val="20"/>
              </w:rPr>
            </w:pPr>
            <w:r w:rsidRPr="00817FFD">
              <w:rPr>
                <w:rStyle w:val="Strong"/>
                <w:i/>
                <w:iCs/>
                <w:sz w:val="20"/>
                <w:szCs w:val="20"/>
              </w:rPr>
              <w:t>3.4</w:t>
            </w:r>
            <w:r w:rsidRPr="00817FFD">
              <w:rPr>
                <w:i/>
                <w:iCs/>
                <w:sz w:val="20"/>
                <w:szCs w:val="20"/>
              </w:rPr>
              <w:t xml:space="preserve">  Krijon shumëllojshmëri të paraqitjeve, me vizatime apo me përdorimin e teknologjisë, të koncepteve matematike </w:t>
            </w:r>
            <w:r w:rsidRPr="00817FFD">
              <w:rPr>
                <w:rStyle w:val="Strong"/>
                <w:i/>
                <w:iCs/>
                <w:sz w:val="20"/>
                <w:szCs w:val="20"/>
              </w:rPr>
              <w:t>numerike, gjeometrike, algjebrike dhe grafike</w:t>
            </w:r>
            <w:r w:rsidRPr="00817FFD">
              <w:rPr>
                <w:i/>
                <w:iCs/>
                <w:sz w:val="20"/>
                <w:szCs w:val="20"/>
              </w:rPr>
              <w:t xml:space="preserve">. </w:t>
            </w:r>
          </w:p>
          <w:p w:rsidR="00D20552" w:rsidRPr="00817FFD" w:rsidRDefault="00D20552" w:rsidP="00D20552">
            <w:pPr>
              <w:rPr>
                <w:i/>
                <w:iCs/>
                <w:sz w:val="20"/>
                <w:szCs w:val="20"/>
              </w:rPr>
            </w:pPr>
            <w:r w:rsidRPr="00817FFD">
              <w:rPr>
                <w:rStyle w:val="Strong"/>
                <w:i/>
                <w:iCs/>
                <w:sz w:val="20"/>
                <w:szCs w:val="20"/>
              </w:rPr>
              <w:t>3.5</w:t>
            </w:r>
            <w:r w:rsidRPr="00817FFD">
              <w:rPr>
                <w:i/>
                <w:iCs/>
                <w:sz w:val="20"/>
                <w:szCs w:val="20"/>
              </w:rPr>
              <w:t xml:space="preserve">  Krijon krahasime dhe zbaton paraqitje të përshtatshme në zgjidhjen e problemave. </w:t>
            </w:r>
          </w:p>
          <w:p w:rsidR="00D20552" w:rsidRPr="00817FFD" w:rsidRDefault="00D20552" w:rsidP="00D20552">
            <w:pPr>
              <w:rPr>
                <w:i/>
                <w:iCs/>
                <w:sz w:val="20"/>
                <w:szCs w:val="20"/>
              </w:rPr>
            </w:pPr>
            <w:r w:rsidRPr="00817FFD">
              <w:rPr>
                <w:rStyle w:val="Strong"/>
                <w:i/>
                <w:iCs/>
                <w:sz w:val="20"/>
                <w:szCs w:val="20"/>
              </w:rPr>
              <w:t>3.7</w:t>
            </w:r>
            <w:r w:rsidRPr="00817FFD">
              <w:rPr>
                <w:i/>
                <w:iCs/>
                <w:sz w:val="20"/>
                <w:szCs w:val="20"/>
              </w:rPr>
              <w:t xml:space="preserve">  Gjeneron konkludime të përshtatshme matematike duke grumbulluar dhe përpunuar të dhënat. </w:t>
            </w:r>
          </w:p>
          <w:p w:rsidR="00D20552" w:rsidRPr="00817FFD" w:rsidRDefault="00D20552" w:rsidP="00D20552">
            <w:pPr>
              <w:rPr>
                <w:i/>
                <w:iCs/>
                <w:sz w:val="20"/>
                <w:szCs w:val="20"/>
              </w:rPr>
            </w:pPr>
            <w:proofErr w:type="gramStart"/>
            <w:r w:rsidRPr="00817FFD">
              <w:rPr>
                <w:rFonts w:hAnsi="Symbol"/>
                <w:i/>
                <w:iCs/>
                <w:sz w:val="20"/>
                <w:szCs w:val="20"/>
                <w:lang w:val="en-US"/>
              </w:rPr>
              <w:t>4</w:t>
            </w:r>
            <w:r w:rsidRPr="00817FFD">
              <w:rPr>
                <w:rStyle w:val="Strong"/>
                <w:i/>
                <w:iCs/>
                <w:sz w:val="20"/>
                <w:szCs w:val="20"/>
              </w:rPr>
              <w:t>.1</w:t>
            </w:r>
            <w:r w:rsidRPr="00817FFD">
              <w:rPr>
                <w:i/>
                <w:iCs/>
                <w:sz w:val="20"/>
                <w:szCs w:val="20"/>
              </w:rPr>
              <w:t xml:space="preserve">  Bën</w:t>
            </w:r>
            <w:proofErr w:type="gramEnd"/>
            <w:r w:rsidRPr="00817FFD">
              <w:rPr>
                <w:i/>
                <w:iCs/>
                <w:sz w:val="20"/>
                <w:szCs w:val="20"/>
              </w:rPr>
              <w:t xml:space="preserve"> lidhje ndërmjet koncepteve dhe procedurave matematikore. </w:t>
            </w:r>
          </w:p>
          <w:p w:rsidR="00D20552" w:rsidRPr="00817FFD" w:rsidRDefault="00D20552" w:rsidP="00D20552">
            <w:pPr>
              <w:rPr>
                <w:i/>
                <w:iCs/>
                <w:sz w:val="20"/>
                <w:szCs w:val="20"/>
              </w:rPr>
            </w:pPr>
            <w:r w:rsidRPr="00817FFD">
              <w:rPr>
                <w:rStyle w:val="Strong"/>
                <w:i/>
                <w:iCs/>
                <w:sz w:val="20"/>
                <w:szCs w:val="20"/>
              </w:rPr>
              <w:t>4.3</w:t>
            </w:r>
            <w:r w:rsidRPr="00817FFD">
              <w:rPr>
                <w:i/>
                <w:iCs/>
                <w:sz w:val="20"/>
                <w:szCs w:val="20"/>
              </w:rPr>
              <w:t xml:space="preserve">  Integron njohuritë dhe shprehitë matematike me situata ose dukuri të marra nga kontekste të tjera, si </w:t>
            </w:r>
            <w:r w:rsidRPr="00817FFD">
              <w:rPr>
                <w:rStyle w:val="Strong"/>
                <w:i/>
                <w:iCs/>
                <w:sz w:val="20"/>
                <w:szCs w:val="20"/>
              </w:rPr>
              <w:t>jeta e përditshme, lëndët e tjera, sportet, arti, kultura dhe ngjarjet aktuale</w:t>
            </w:r>
            <w:r w:rsidRPr="00817FFD">
              <w:rPr>
                <w:i/>
                <w:iCs/>
                <w:sz w:val="20"/>
                <w:szCs w:val="20"/>
              </w:rPr>
              <w:t xml:space="preserve">. </w:t>
            </w:r>
          </w:p>
          <w:p w:rsidR="00D20552" w:rsidRPr="00817FFD" w:rsidRDefault="00D20552" w:rsidP="00D20552">
            <w:pPr>
              <w:rPr>
                <w:i/>
                <w:iCs/>
                <w:sz w:val="20"/>
                <w:szCs w:val="20"/>
              </w:rPr>
            </w:pPr>
            <w:r w:rsidRPr="00817FFD">
              <w:rPr>
                <w:rStyle w:val="Strong"/>
                <w:i/>
                <w:iCs/>
                <w:sz w:val="20"/>
                <w:szCs w:val="20"/>
              </w:rPr>
              <w:t>5.1</w:t>
            </w:r>
            <w:r w:rsidRPr="00817FFD">
              <w:rPr>
                <w:i/>
                <w:iCs/>
                <w:sz w:val="20"/>
                <w:szCs w:val="20"/>
              </w:rPr>
              <w:t xml:space="preserve">  Identifikon rregullat themelore për njehsimet me numra; kupton përdorimin e ndryshoreve për zgjidhjen e problemeve nga matematika dhe jeta e përditshme. </w:t>
            </w:r>
          </w:p>
          <w:p w:rsidR="00D20552" w:rsidRPr="00817FFD" w:rsidRDefault="00D20552" w:rsidP="00D20552">
            <w:pPr>
              <w:rPr>
                <w:i/>
                <w:iCs/>
                <w:sz w:val="20"/>
                <w:szCs w:val="20"/>
              </w:rPr>
            </w:pPr>
            <w:r w:rsidRPr="00817FFD">
              <w:rPr>
                <w:rStyle w:val="Strong"/>
                <w:i/>
                <w:iCs/>
                <w:sz w:val="20"/>
                <w:szCs w:val="20"/>
              </w:rPr>
              <w:t>6.1</w:t>
            </w:r>
            <w:r w:rsidRPr="00817FFD">
              <w:rPr>
                <w:i/>
                <w:iCs/>
                <w:sz w:val="20"/>
                <w:szCs w:val="20"/>
              </w:rPr>
              <w:t xml:space="preserve">  Përshkruan dhe krijon modele duke përdorur veprimet themelore matematikore në situata të përditshme, që lidhen me </w:t>
            </w:r>
            <w:r w:rsidRPr="00817FFD">
              <w:rPr>
                <w:rStyle w:val="Strong"/>
                <w:i/>
                <w:iCs/>
                <w:sz w:val="20"/>
                <w:szCs w:val="20"/>
              </w:rPr>
              <w:t>numrat, figurat 2D dhe objektet 3D</w:t>
            </w:r>
            <w:r w:rsidRPr="00817FFD">
              <w:rPr>
                <w:i/>
                <w:iCs/>
                <w:sz w:val="20"/>
                <w:szCs w:val="20"/>
              </w:rPr>
              <w:t xml:space="preserve">. </w:t>
            </w:r>
          </w:p>
          <w:p w:rsidR="00D20552" w:rsidRPr="00817FFD" w:rsidRDefault="00D20552" w:rsidP="00D20552">
            <w:pPr>
              <w:rPr>
                <w:i/>
                <w:iCs/>
                <w:sz w:val="20"/>
                <w:szCs w:val="20"/>
              </w:rPr>
            </w:pPr>
            <w:r w:rsidRPr="00817FFD">
              <w:rPr>
                <w:rStyle w:val="Strong"/>
                <w:i/>
                <w:iCs/>
                <w:sz w:val="20"/>
                <w:szCs w:val="20"/>
              </w:rPr>
              <w:t>6.2</w:t>
            </w:r>
            <w:r w:rsidRPr="00817FFD">
              <w:rPr>
                <w:i/>
                <w:iCs/>
                <w:sz w:val="20"/>
                <w:szCs w:val="20"/>
              </w:rPr>
              <w:t xml:space="preserve">  Kupton përdorimin e ndryshoreve për zgjidhjen e problemeve nga matematika dhe jeta e përditshme. </w:t>
            </w:r>
          </w:p>
          <w:p w:rsidR="00516D86" w:rsidRPr="00817FFD" w:rsidRDefault="00D20552">
            <w:pPr>
              <w:rPr>
                <w:rFonts w:ascii="Arial" w:eastAsia="Arial" w:hAnsi="Arial"/>
                <w:i/>
                <w:iCs/>
                <w:sz w:val="20"/>
                <w:szCs w:val="20"/>
              </w:rPr>
            </w:pPr>
            <w:r w:rsidRPr="00817FFD">
              <w:rPr>
                <w:rStyle w:val="Strong"/>
                <w:i/>
                <w:iCs/>
                <w:sz w:val="20"/>
                <w:szCs w:val="20"/>
              </w:rPr>
              <w:t>8.2</w:t>
            </w:r>
            <w:r w:rsidRPr="00817FFD">
              <w:rPr>
                <w:i/>
                <w:iCs/>
                <w:sz w:val="20"/>
                <w:szCs w:val="20"/>
              </w:rPr>
              <w:t xml:space="preserve">  Përdor kalkulatorin ose pajisjet e tjera teknologjike për </w:t>
            </w:r>
            <w:r w:rsidRPr="00817FFD">
              <w:rPr>
                <w:rStyle w:val="Strong"/>
                <w:i/>
                <w:iCs/>
                <w:sz w:val="20"/>
                <w:szCs w:val="20"/>
              </w:rPr>
              <w:t>verifikimin e saktësisë së zgjidhjeve matematikore</w:t>
            </w:r>
            <w:r w:rsidRPr="00817FFD">
              <w:rPr>
                <w:i/>
                <w:iCs/>
                <w:sz w:val="20"/>
                <w:szCs w:val="20"/>
              </w:rPr>
              <w:t>.</w:t>
            </w:r>
          </w:p>
        </w:tc>
      </w:tr>
      <w:tr w:rsidR="00F02432" w:rsidRPr="00B03652" w:rsidTr="00F63F2F">
        <w:trPr>
          <w:tblHeader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:rsidR="00F02432" w:rsidRPr="00B03652" w:rsidRDefault="00F02432" w:rsidP="00F63F2F">
            <w:pPr>
              <w:jc w:val="center"/>
              <w:rPr>
                <w:b/>
                <w:bCs/>
                <w:sz w:val="20"/>
                <w:szCs w:val="20"/>
              </w:rPr>
            </w:pPr>
            <w:r w:rsidRPr="00B03652">
              <w:rPr>
                <w:b/>
                <w:bCs/>
                <w:sz w:val="20"/>
                <w:szCs w:val="20"/>
              </w:rPr>
              <w:t>Tema-t mësimore</w:t>
            </w:r>
          </w:p>
        </w:tc>
        <w:tc>
          <w:tcPr>
            <w:tcW w:w="258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:rsidR="00F02432" w:rsidRPr="00B03652" w:rsidRDefault="00F02432" w:rsidP="00F63F2F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  <w:proofErr w:type="spellStart"/>
            <w:r w:rsidRPr="00B03652">
              <w:rPr>
                <w:b/>
                <w:bCs/>
                <w:sz w:val="20"/>
                <w:szCs w:val="20"/>
                <w:lang w:val="de-DE"/>
              </w:rPr>
              <w:t>Rezultatet</w:t>
            </w:r>
            <w:proofErr w:type="spellEnd"/>
            <w:r w:rsidRPr="00B03652">
              <w:rPr>
                <w:b/>
                <w:bCs/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B03652">
              <w:rPr>
                <w:b/>
                <w:bCs/>
                <w:sz w:val="20"/>
                <w:szCs w:val="20"/>
                <w:lang w:val="de-DE"/>
              </w:rPr>
              <w:t>të</w:t>
            </w:r>
            <w:proofErr w:type="spellEnd"/>
            <w:r w:rsidRPr="00B03652">
              <w:rPr>
                <w:b/>
                <w:b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03652">
              <w:rPr>
                <w:b/>
                <w:bCs/>
                <w:sz w:val="20"/>
                <w:szCs w:val="20"/>
                <w:lang w:val="de-DE"/>
              </w:rPr>
              <w:t>nxënit</w:t>
            </w:r>
            <w:proofErr w:type="spellEnd"/>
            <w:r w:rsidRPr="00B03652">
              <w:rPr>
                <w:b/>
                <w:b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03652">
              <w:rPr>
                <w:b/>
                <w:bCs/>
                <w:sz w:val="20"/>
                <w:szCs w:val="20"/>
                <w:lang w:val="de-DE"/>
              </w:rPr>
              <w:t>për</w:t>
            </w:r>
            <w:proofErr w:type="spellEnd"/>
            <w:r w:rsidRPr="00B03652">
              <w:rPr>
                <w:b/>
                <w:b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03652">
              <w:rPr>
                <w:b/>
                <w:bCs/>
                <w:sz w:val="20"/>
                <w:szCs w:val="20"/>
                <w:lang w:val="de-DE"/>
              </w:rPr>
              <w:t>tema</w:t>
            </w:r>
            <w:proofErr w:type="spellEnd"/>
            <w:r w:rsidRPr="00B03652">
              <w:rPr>
                <w:b/>
                <w:b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03652">
              <w:rPr>
                <w:b/>
                <w:bCs/>
                <w:sz w:val="20"/>
                <w:szCs w:val="20"/>
                <w:lang w:val="de-DE"/>
              </w:rPr>
              <w:t>mësimore</w:t>
            </w:r>
            <w:proofErr w:type="spellEnd"/>
          </w:p>
          <w:p w:rsidR="00F02432" w:rsidRPr="00B03652" w:rsidRDefault="00F02432" w:rsidP="00F63F2F">
            <w:pPr>
              <w:jc w:val="center"/>
              <w:rPr>
                <w:b/>
                <w:bCs/>
                <w:sz w:val="20"/>
                <w:szCs w:val="20"/>
              </w:rPr>
            </w:pPr>
            <w:r w:rsidRPr="00B03652">
              <w:rPr>
                <w:b/>
                <w:bCs/>
                <w:sz w:val="20"/>
                <w:szCs w:val="20"/>
                <w:shd w:val="clear" w:color="auto" w:fill="E0E0E0"/>
              </w:rPr>
              <w:t>RNL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:rsidR="00F02432" w:rsidRPr="00B03652" w:rsidRDefault="00F02432" w:rsidP="00F63F2F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03652">
              <w:rPr>
                <w:b/>
                <w:bCs/>
                <w:sz w:val="20"/>
                <w:szCs w:val="20"/>
              </w:rPr>
              <w:t>Njësitë</w:t>
            </w:r>
            <w:proofErr w:type="spellEnd"/>
            <w:r w:rsidRPr="00B03652">
              <w:rPr>
                <w:b/>
                <w:bCs/>
                <w:sz w:val="20"/>
                <w:szCs w:val="20"/>
              </w:rPr>
              <w:t xml:space="preserve"> </w:t>
            </w:r>
          </w:p>
          <w:p w:rsidR="00F02432" w:rsidRPr="00B03652" w:rsidRDefault="00F02432" w:rsidP="00F63F2F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03652">
              <w:rPr>
                <w:b/>
                <w:bCs/>
                <w:sz w:val="20"/>
                <w:szCs w:val="20"/>
              </w:rPr>
              <w:t>Mësimore</w:t>
            </w:r>
            <w:proofErr w:type="spellEnd"/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  <w:textDirection w:val="btLr"/>
          </w:tcPr>
          <w:p w:rsidR="00F02432" w:rsidRPr="00B03652" w:rsidRDefault="00F02432" w:rsidP="00F63F2F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B03652">
              <w:rPr>
                <w:b/>
                <w:bCs/>
                <w:sz w:val="20"/>
                <w:szCs w:val="20"/>
              </w:rPr>
              <w:t xml:space="preserve">Koha e </w:t>
            </w:r>
            <w:proofErr w:type="spellStart"/>
            <w:r w:rsidRPr="00B03652">
              <w:rPr>
                <w:b/>
                <w:bCs/>
                <w:sz w:val="20"/>
                <w:szCs w:val="20"/>
              </w:rPr>
              <w:t>mësimore</w:t>
            </w:r>
            <w:proofErr w:type="spellEnd"/>
            <w:r w:rsidRPr="00B03652">
              <w:rPr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B03652">
              <w:rPr>
                <w:b/>
                <w:bCs/>
                <w:sz w:val="20"/>
                <w:szCs w:val="20"/>
              </w:rPr>
              <w:t>orë</w:t>
            </w:r>
            <w:proofErr w:type="spellEnd"/>
            <w:r w:rsidRPr="00B03652">
              <w:rPr>
                <w:b/>
                <w:bCs/>
                <w:sz w:val="20"/>
                <w:szCs w:val="20"/>
              </w:rPr>
              <w:t xml:space="preserve">) </w:t>
            </w:r>
            <w:proofErr w:type="spellStart"/>
            <w:r w:rsidRPr="00B03652">
              <w:rPr>
                <w:b/>
                <w:bCs/>
                <w:sz w:val="20"/>
                <w:szCs w:val="20"/>
              </w:rPr>
              <w:t>mësimore</w:t>
            </w:r>
            <w:proofErr w:type="spellEnd"/>
            <w:r w:rsidRPr="00B03652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:rsidR="00F02432" w:rsidRPr="00B03652" w:rsidRDefault="00F02432" w:rsidP="00F63F2F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03652">
              <w:rPr>
                <w:b/>
                <w:bCs/>
                <w:sz w:val="20"/>
                <w:szCs w:val="20"/>
              </w:rPr>
              <w:t>Metodologjia</w:t>
            </w:r>
            <w:proofErr w:type="spellEnd"/>
            <w:r w:rsidRPr="00B03652">
              <w:rPr>
                <w:b/>
                <w:bCs/>
                <w:sz w:val="20"/>
                <w:szCs w:val="20"/>
              </w:rPr>
              <w:t xml:space="preserve">  e </w:t>
            </w:r>
            <w:proofErr w:type="spellStart"/>
            <w:r w:rsidRPr="00B03652">
              <w:rPr>
                <w:b/>
                <w:bCs/>
                <w:sz w:val="20"/>
                <w:szCs w:val="20"/>
              </w:rPr>
              <w:t>mësimdhënies</w:t>
            </w:r>
            <w:proofErr w:type="spellEnd"/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:rsidR="00F02432" w:rsidRPr="00B03652" w:rsidRDefault="00F02432" w:rsidP="00F63F2F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03652">
              <w:rPr>
                <w:b/>
                <w:bCs/>
                <w:sz w:val="20"/>
                <w:szCs w:val="20"/>
              </w:rPr>
              <w:t>Metodologjia</w:t>
            </w:r>
            <w:proofErr w:type="spellEnd"/>
            <w:r w:rsidRPr="00B03652">
              <w:rPr>
                <w:b/>
                <w:bCs/>
                <w:sz w:val="20"/>
                <w:szCs w:val="20"/>
              </w:rPr>
              <w:t xml:space="preserve">  e </w:t>
            </w:r>
            <w:proofErr w:type="spellStart"/>
            <w:r w:rsidRPr="00B03652">
              <w:rPr>
                <w:b/>
                <w:bCs/>
                <w:sz w:val="20"/>
                <w:szCs w:val="20"/>
              </w:rPr>
              <w:t>vlerësimit</w:t>
            </w:r>
            <w:proofErr w:type="spellEnd"/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:rsidR="00F02432" w:rsidRPr="00B03652" w:rsidRDefault="00F02432" w:rsidP="00F63F2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B03652">
              <w:rPr>
                <w:b/>
                <w:sz w:val="20"/>
                <w:szCs w:val="20"/>
              </w:rPr>
              <w:t>Ndërlidhja</w:t>
            </w:r>
            <w:proofErr w:type="spellEnd"/>
            <w:r w:rsidRPr="00B03652">
              <w:rPr>
                <w:b/>
                <w:sz w:val="20"/>
                <w:szCs w:val="20"/>
              </w:rPr>
              <w:t xml:space="preserve"> me </w:t>
            </w:r>
            <w:proofErr w:type="spellStart"/>
            <w:r w:rsidRPr="00B03652">
              <w:rPr>
                <w:b/>
                <w:sz w:val="20"/>
                <w:szCs w:val="20"/>
              </w:rPr>
              <w:t>lëndë</w:t>
            </w:r>
            <w:proofErr w:type="spellEnd"/>
            <w:r w:rsidRPr="00B03652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03652">
              <w:rPr>
                <w:b/>
                <w:sz w:val="20"/>
                <w:szCs w:val="20"/>
              </w:rPr>
              <w:t>tjera</w:t>
            </w:r>
            <w:proofErr w:type="spellEnd"/>
            <w:r w:rsidRPr="00B03652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03652">
              <w:rPr>
                <w:b/>
                <w:sz w:val="20"/>
                <w:szCs w:val="20"/>
              </w:rPr>
              <w:t>mësimore</w:t>
            </w:r>
            <w:proofErr w:type="spellEnd"/>
            <w:r w:rsidRPr="00B03652">
              <w:rPr>
                <w:b/>
                <w:sz w:val="20"/>
                <w:szCs w:val="20"/>
              </w:rPr>
              <w:t xml:space="preserve">, me  </w:t>
            </w:r>
            <w:proofErr w:type="spellStart"/>
            <w:r w:rsidRPr="00B03652">
              <w:rPr>
                <w:b/>
                <w:sz w:val="20"/>
                <w:szCs w:val="20"/>
              </w:rPr>
              <w:t>çështjet</w:t>
            </w:r>
            <w:proofErr w:type="spellEnd"/>
            <w:r w:rsidRPr="00B03652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03652">
              <w:rPr>
                <w:b/>
                <w:sz w:val="20"/>
                <w:szCs w:val="20"/>
              </w:rPr>
              <w:t>ndërkurrikulare</w:t>
            </w:r>
            <w:proofErr w:type="spellEnd"/>
            <w:r w:rsidRPr="00B03652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:rsidR="00F02432" w:rsidRPr="00B03652" w:rsidRDefault="00F02432" w:rsidP="00F63F2F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03652">
              <w:rPr>
                <w:b/>
                <w:bCs/>
                <w:sz w:val="20"/>
                <w:szCs w:val="20"/>
              </w:rPr>
              <w:t>Burimet</w:t>
            </w:r>
            <w:proofErr w:type="spellEnd"/>
          </w:p>
        </w:tc>
      </w:tr>
      <w:tr w:rsidR="000672E0" w:rsidRPr="00B03652" w:rsidTr="00F63F2F">
        <w:tc>
          <w:tcPr>
            <w:tcW w:w="15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16D86" w:rsidRPr="00B03652" w:rsidRDefault="00000000">
            <w:pPr>
              <w:rPr>
                <w:rFonts w:eastAsia="Arial"/>
                <w:b/>
                <w:sz w:val="20"/>
                <w:szCs w:val="20"/>
              </w:rPr>
            </w:pPr>
            <w:r w:rsidRPr="00B03652">
              <w:rPr>
                <w:rFonts w:eastAsia="Arial"/>
                <w:b/>
                <w:sz w:val="20"/>
                <w:szCs w:val="20"/>
              </w:rPr>
              <w:t>9. Trigonometria në trekëndëshin kënddrejtë</w:t>
            </w:r>
          </w:p>
          <w:p w:rsidR="008E3B67" w:rsidRPr="00B03652" w:rsidRDefault="008E3B67">
            <w:pPr>
              <w:rPr>
                <w:rFonts w:eastAsia="Arial"/>
                <w:b/>
                <w:sz w:val="20"/>
                <w:szCs w:val="20"/>
              </w:rPr>
            </w:pPr>
          </w:p>
          <w:p w:rsidR="008E3B67" w:rsidRPr="00B03652" w:rsidRDefault="008E3B67">
            <w:pPr>
              <w:rPr>
                <w:rFonts w:eastAsia="Arial"/>
                <w:b/>
                <w:sz w:val="20"/>
                <w:szCs w:val="20"/>
              </w:rPr>
            </w:pPr>
          </w:p>
          <w:p w:rsidR="008E3B67" w:rsidRPr="00B03652" w:rsidRDefault="008E3B67">
            <w:pPr>
              <w:rPr>
                <w:rFonts w:eastAsia="Arial"/>
                <w:b/>
                <w:sz w:val="20"/>
                <w:szCs w:val="20"/>
              </w:rPr>
            </w:pPr>
          </w:p>
          <w:p w:rsidR="008E3B67" w:rsidRPr="00B03652" w:rsidRDefault="008E3B67">
            <w:pPr>
              <w:rPr>
                <w:rFonts w:eastAsia="Arial"/>
                <w:b/>
                <w:sz w:val="20"/>
                <w:szCs w:val="20"/>
              </w:rPr>
            </w:pPr>
          </w:p>
          <w:p w:rsidR="008E3B67" w:rsidRPr="00B03652" w:rsidRDefault="008E3B67">
            <w:pPr>
              <w:rPr>
                <w:rFonts w:eastAsia="Arial"/>
                <w:b/>
                <w:sz w:val="20"/>
                <w:szCs w:val="20"/>
              </w:rPr>
            </w:pPr>
          </w:p>
          <w:p w:rsidR="008E3B67" w:rsidRPr="00B03652" w:rsidRDefault="008E3B67">
            <w:pPr>
              <w:rPr>
                <w:rFonts w:eastAsia="Arial"/>
                <w:b/>
                <w:sz w:val="20"/>
                <w:szCs w:val="20"/>
              </w:rPr>
            </w:pPr>
          </w:p>
          <w:p w:rsidR="008E3B67" w:rsidRPr="00B03652" w:rsidRDefault="008E3B67">
            <w:pPr>
              <w:rPr>
                <w:sz w:val="20"/>
                <w:szCs w:val="20"/>
              </w:rPr>
            </w:pPr>
          </w:p>
          <w:p w:rsidR="00516D86" w:rsidRPr="00B03652" w:rsidRDefault="00000000">
            <w:pPr>
              <w:rPr>
                <w:sz w:val="20"/>
                <w:szCs w:val="20"/>
              </w:rPr>
            </w:pPr>
            <w:r w:rsidRPr="00B03652">
              <w:rPr>
                <w:rFonts w:eastAsia="Arial"/>
                <w:b/>
                <w:sz w:val="20"/>
                <w:szCs w:val="20"/>
              </w:rPr>
              <w:lastRenderedPageBreak/>
              <w:t>10. Të dhënat dhe probabiliteti</w:t>
            </w:r>
          </w:p>
        </w:tc>
        <w:tc>
          <w:tcPr>
            <w:tcW w:w="258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516D86" w:rsidRPr="00B03652" w:rsidRDefault="00000000">
            <w:pPr>
              <w:rPr>
                <w:sz w:val="20"/>
                <w:szCs w:val="20"/>
              </w:rPr>
            </w:pPr>
            <w:r w:rsidRPr="00B03652">
              <w:rPr>
                <w:rFonts w:eastAsia="Arial"/>
                <w:sz w:val="20"/>
                <w:szCs w:val="20"/>
              </w:rPr>
              <w:lastRenderedPageBreak/>
              <w:t>TEMA 9:</w:t>
            </w:r>
          </w:p>
          <w:p w:rsidR="008E3B67" w:rsidRPr="00B03652" w:rsidRDefault="008E3B67" w:rsidP="008E3B67">
            <w:pPr>
              <w:pStyle w:val="ListParagraph"/>
              <w:numPr>
                <w:ilvl w:val="0"/>
                <w:numId w:val="40"/>
              </w:numPr>
              <w:ind w:left="306" w:hanging="142"/>
              <w:rPr>
                <w:sz w:val="20"/>
                <w:szCs w:val="20"/>
              </w:rPr>
            </w:pPr>
            <w:r w:rsidRPr="00B03652">
              <w:rPr>
                <w:sz w:val="20"/>
                <w:szCs w:val="20"/>
              </w:rPr>
              <w:t>Përkufizon funksionet trigonmetrike në trekëndëshin kënddrejtë;</w:t>
            </w:r>
          </w:p>
          <w:p w:rsidR="008E3B67" w:rsidRPr="00B03652" w:rsidRDefault="008E3B67" w:rsidP="008E3B67">
            <w:pPr>
              <w:pStyle w:val="ListParagraph"/>
              <w:numPr>
                <w:ilvl w:val="0"/>
                <w:numId w:val="40"/>
              </w:numPr>
              <w:ind w:left="306" w:hanging="142"/>
              <w:rPr>
                <w:sz w:val="20"/>
                <w:szCs w:val="20"/>
              </w:rPr>
            </w:pPr>
            <w:r w:rsidRPr="00B03652">
              <w:rPr>
                <w:sz w:val="20"/>
                <w:szCs w:val="20"/>
              </w:rPr>
              <w:t>Cakton vlerat numerike të funksioneve trigonometrike (sin, cos, tg)  të disa këndeve në trekëndëshin kënddrejtë (</w:t>
            </w:r>
            <w:r w:rsidRPr="00B03652">
              <w:rPr>
                <w:sz w:val="20"/>
                <w:szCs w:val="20"/>
              </w:rPr>
              <w:fldChar w:fldCharType="begin"/>
            </w:r>
            <w:r w:rsidRPr="00B03652">
              <w:rPr>
                <w:sz w:val="20"/>
                <w:szCs w:val="20"/>
              </w:rPr>
              <w:instrText xml:space="preserve"> QUOTE </w:instrText>
            </w:r>
            <w:r w:rsidR="00D7544E" w:rsidRPr="008E3B67">
              <w:rPr>
                <w:noProof/>
                <w:position w:val="-11"/>
                <w:sz w:val="20"/>
                <w:szCs w:val="2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8" type="#_x0000_t75" alt="" style="width:61.45pt;height:14.95pt;mso-width-percent:0;mso-height-percent:0;mso-width-percent:0;mso-height-percent:0" equationxml="&lt;?xml version=&quot;1.0&quot; encoding=&quot;UTF-8&quot; standalone=&quot;yes&quot;?&gt;&#13;&#10;&lt;?mso-application progid=&quot;Word.Document&quot;?&gt;&#13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doNotEmbedSystemFonts/&gt;&lt;w:defaultTabStop w:val=&quot;720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D4546&quot;/&gt;&lt;wsp:rsid wsp:val=&quot;0000017A&quot;/&gt;&lt;wsp:rsid wsp:val=&quot;00001290&quot;/&gt;&lt;wsp:rsid wsp:val=&quot;000057CB&quot;/&gt;&lt;wsp:rsid wsp:val=&quot;000472B3&quot;/&gt;&lt;wsp:rsid wsp:val=&quot;00061DF2&quot;/&gt;&lt;wsp:rsid wsp:val=&quot;0006756F&quot;/&gt;&lt;wsp:rsid wsp:val=&quot;00076ACE&quot;/&gt;&lt;wsp:rsid wsp:val=&quot;00077804&quot;/&gt;&lt;wsp:rsid wsp:val=&quot;00081B29&quot;/&gt;&lt;wsp:rsid wsp:val=&quot;000849F4&quot;/&gt;&lt;wsp:rsid wsp:val=&quot;00087218&quot;/&gt;&lt;wsp:rsid wsp:val=&quot;000F5451&quot;/&gt;&lt;wsp:rsid wsp:val=&quot;00101143&quot;/&gt;&lt;wsp:rsid wsp:val=&quot;00103079&quot;/&gt;&lt;wsp:rsid wsp:val=&quot;00107FB8&quot;/&gt;&lt;wsp:rsid wsp:val=&quot;00111682&quot;/&gt;&lt;wsp:rsid wsp:val=&quot;001238EF&quot;/&gt;&lt;wsp:rsid wsp:val=&quot;00130411&quot;/&gt;&lt;wsp:rsid wsp:val=&quot;001307D7&quot;/&gt;&lt;wsp:rsid wsp:val=&quot;001365F5&quot;/&gt;&lt;wsp:rsid wsp:val=&quot;00137D80&quot;/&gt;&lt;wsp:rsid wsp:val=&quot;001610FF&quot;/&gt;&lt;wsp:rsid wsp:val=&quot;001D4546&quot;/&gt;&lt;wsp:rsid wsp:val=&quot;001D5C72&quot;/&gt;&lt;wsp:rsid wsp:val=&quot;001D6253&quot;/&gt;&lt;wsp:rsid wsp:val=&quot;001E20D2&quot;/&gt;&lt;wsp:rsid wsp:val=&quot;001F3508&quot;/&gt;&lt;wsp:rsid wsp:val=&quot;00212B35&quot;/&gt;&lt;wsp:rsid wsp:val=&quot;00214E48&quot;/&gt;&lt;wsp:rsid wsp:val=&quot;002158E2&quot;/&gt;&lt;wsp:rsid wsp:val=&quot;00223535&quot;/&gt;&lt;wsp:rsid wsp:val=&quot;00235229&quot;/&gt;&lt;wsp:rsid wsp:val=&quot;00237738&quot;/&gt;&lt;wsp:rsid wsp:val=&quot;00237871&quot;/&gt;&lt;wsp:rsid wsp:val=&quot;00246711&quot;/&gt;&lt;wsp:rsid wsp:val=&quot;00264A22&quot;/&gt;&lt;wsp:rsid wsp:val=&quot;00267824&quot;/&gt;&lt;wsp:rsid wsp:val=&quot;0027452B&quot;/&gt;&lt;wsp:rsid wsp:val=&quot;00286441&quot;/&gt;&lt;wsp:rsid wsp:val=&quot;002866F0&quot;/&gt;&lt;wsp:rsid wsp:val=&quot;00286F31&quot;/&gt;&lt;wsp:rsid wsp:val=&quot;002943B4&quot;/&gt;&lt;wsp:rsid wsp:val=&quot;0029585E&quot;/&gt;&lt;wsp:rsid wsp:val=&quot;00297CC8&quot;/&gt;&lt;wsp:rsid wsp:val=&quot;002A5E57&quot;/&gt;&lt;wsp:rsid wsp:val=&quot;002D1FC2&quot;/&gt;&lt;wsp:rsid wsp:val=&quot;002D26FE&quot;/&gt;&lt;wsp:rsid wsp:val=&quot;002E3909&quot;/&gt;&lt;wsp:rsid wsp:val=&quot;002F1A88&quot;/&gt;&lt;wsp:rsid wsp:val=&quot;003047D7&quot;/&gt;&lt;wsp:rsid wsp:val=&quot;00323F79&quot;/&gt;&lt;wsp:rsid wsp:val=&quot;0033429A&quot;/&gt;&lt;wsp:rsid wsp:val=&quot;00342683&quot;/&gt;&lt;wsp:rsid wsp:val=&quot;00350CDD&quot;/&gt;&lt;wsp:rsid wsp:val=&quot;00353284&quot;/&gt;&lt;wsp:rsid wsp:val=&quot;00353BF4&quot;/&gt;&lt;wsp:rsid wsp:val=&quot;00370378&quot;/&gt;&lt;wsp:rsid wsp:val=&quot;00370777&quot;/&gt;&lt;wsp:rsid wsp:val=&quot;00370ED1&quot;/&gt;&lt;wsp:rsid wsp:val=&quot;00371D69&quot;/&gt;&lt;wsp:rsid wsp:val=&quot;00376F28&quot;/&gt;&lt;wsp:rsid wsp:val=&quot;0039227C&quot;/&gt;&lt;wsp:rsid wsp:val=&quot;003A5E62&quot;/&gt;&lt;wsp:rsid wsp:val=&quot;003E444F&quot;/&gt;&lt;wsp:rsid wsp:val=&quot;003F6DA1&quot;/&gt;&lt;wsp:rsid wsp:val=&quot;003F7910&quot;/&gt;&lt;wsp:rsid wsp:val=&quot;004005DB&quot;/&gt;&lt;wsp:rsid wsp:val=&quot;00424C10&quot;/&gt;&lt;wsp:rsid wsp:val=&quot;00451512&quot;/&gt;&lt;wsp:rsid wsp:val=&quot;004516DA&quot;/&gt;&lt;wsp:rsid wsp:val=&quot;00455035&quot;/&gt;&lt;wsp:rsid wsp:val=&quot;00467634&quot;/&gt;&lt;wsp:rsid wsp:val=&quot;00482313&quot;/&gt;&lt;wsp:rsid wsp:val=&quot;00482F79&quot;/&gt;&lt;wsp:rsid wsp:val=&quot;00484408&quot;/&gt;&lt;wsp:rsid wsp:val=&quot;004876E1&quot;/&gt;&lt;wsp:rsid wsp:val=&quot;004901B0&quot;/&gt;&lt;wsp:rsid wsp:val=&quot;0049799C&quot;/&gt;&lt;wsp:rsid wsp:val=&quot;004D1C90&quot;/&gt;&lt;wsp:rsid wsp:val=&quot;004F691F&quot;/&gt;&lt;wsp:rsid wsp:val=&quot;00504CE9&quot;/&gt;&lt;wsp:rsid wsp:val=&quot;0051150A&quot;/&gt;&lt;wsp:rsid wsp:val=&quot;00511BFC&quot;/&gt;&lt;wsp:rsid wsp:val=&quot;005156CD&quot;/&gt;&lt;wsp:rsid wsp:val=&quot;00516E3B&quot;/&gt;&lt;wsp:rsid wsp:val=&quot;0052301D&quot;/&gt;&lt;wsp:rsid wsp:val=&quot;00526504&quot;/&gt;&lt;wsp:rsid wsp:val=&quot;0052726A&quot;/&gt;&lt;wsp:rsid wsp:val=&quot;00547025&quot;/&gt;&lt;wsp:rsid wsp:val=&quot;00570310&quot;/&gt;&lt;wsp:rsid wsp:val=&quot;00572589&quot;/&gt;&lt;wsp:rsid wsp:val=&quot;00572E7E&quot;/&gt;&lt;wsp:rsid wsp:val=&quot;005877F8&quot;/&gt;&lt;wsp:rsid wsp:val=&quot;005923CC&quot;/&gt;&lt;wsp:rsid wsp:val=&quot;005A6319&quot;/&gt;&lt;wsp:rsid wsp:val=&quot;005C305E&quot;/&gt;&lt;wsp:rsid wsp:val=&quot;005D01BE&quot;/&gt;&lt;wsp:rsid wsp:val=&quot;005D6B66&quot;/&gt;&lt;wsp:rsid wsp:val=&quot;005E2983&quot;/&gt;&lt;wsp:rsid wsp:val=&quot;005E4C1A&quot;/&gt;&lt;wsp:rsid wsp:val=&quot;005F50EA&quot;/&gt;&lt;wsp:rsid wsp:val=&quot;005F533C&quot;/&gt;&lt;wsp:rsid wsp:val=&quot;006005FB&quot;/&gt;&lt;wsp:rsid wsp:val=&quot;0060199C&quot;/&gt;&lt;wsp:rsid wsp:val=&quot;006149C9&quot;/&gt;&lt;wsp:rsid wsp:val=&quot;00616AE0&quot;/&gt;&lt;wsp:rsid wsp:val=&quot;00617F40&quot;/&gt;&lt;wsp:rsid wsp:val=&quot;0063321D&quot;/&gt;&lt;wsp:rsid wsp:val=&quot;00633BB6&quot;/&gt;&lt;wsp:rsid wsp:val=&quot;00646B47&quot;/&gt;&lt;wsp:rsid wsp:val=&quot;00666CA1&quot;/&gt;&lt;wsp:rsid wsp:val=&quot;006B45B9&quot;/&gt;&lt;wsp:rsid wsp:val=&quot;006B5470&quot;/&gt;&lt;wsp:rsid wsp:val=&quot;006E082D&quot;/&gt;&lt;wsp:rsid wsp:val=&quot;007046F7&quot;/&gt;&lt;wsp:rsid wsp:val=&quot;00732158&quot;/&gt;&lt;wsp:rsid wsp:val=&quot;0073369B&quot;/&gt;&lt;wsp:rsid wsp:val=&quot;00733D47&quot;/&gt;&lt;wsp:rsid wsp:val=&quot;00746279&quot;/&gt;&lt;wsp:rsid wsp:val=&quot;007838E3&quot;/&gt;&lt;wsp:rsid wsp:val=&quot;007864E3&quot;/&gt;&lt;wsp:rsid wsp:val=&quot;007C71A2&quot;/&gt;&lt;wsp:rsid wsp:val=&quot;007D3DD7&quot;/&gt;&lt;wsp:rsid wsp:val=&quot;007F5E9F&quot;/&gt;&lt;wsp:rsid wsp:val=&quot;007F7DB4&quot;/&gt;&lt;wsp:rsid wsp:val=&quot;00802C7B&quot;/&gt;&lt;wsp:rsid wsp:val=&quot;00812364&quot;/&gt;&lt;wsp:rsid wsp:val=&quot;0081581A&quot;/&gt;&lt;wsp:rsid wsp:val=&quot;0082771A&quot;/&gt;&lt;wsp:rsid wsp:val=&quot;00865376&quot;/&gt;&lt;wsp:rsid wsp:val=&quot;00867A64&quot;/&gt;&lt;wsp:rsid wsp:val=&quot;008A748C&quot;/&gt;&lt;wsp:rsid wsp:val=&quot;008B32E8&quot;/&gt;&lt;wsp:rsid wsp:val=&quot;008B407D&quot;/&gt;&lt;wsp:rsid wsp:val=&quot;008B7A7A&quot;/&gt;&lt;wsp:rsid wsp:val=&quot;008E2EDB&quot;/&gt;&lt;wsp:rsid wsp:val=&quot;008E3FB2&quot;/&gt;&lt;wsp:rsid wsp:val=&quot;008F2E28&quot;/&gt;&lt;wsp:rsid wsp:val=&quot;008F537D&quot;/&gt;&lt;wsp:rsid wsp:val=&quot;008F5CC2&quot;/&gt;&lt;wsp:rsid wsp:val=&quot;00902612&quot;/&gt;&lt;wsp:rsid wsp:val=&quot;00912296&quot;/&gt;&lt;wsp:rsid wsp:val=&quot;009366A1&quot;/&gt;&lt;wsp:rsid wsp:val=&quot;00985328&quot;/&gt;&lt;wsp:rsid wsp:val=&quot;00997990&quot;/&gt;&lt;wsp:rsid wsp:val=&quot;009A4F98&quot;/&gt;&lt;wsp:rsid wsp:val=&quot;009E2737&quot;/&gt;&lt;wsp:rsid wsp:val=&quot;009E5426&quot;/&gt;&lt;wsp:rsid wsp:val=&quot;009F1B7D&quot;/&gt;&lt;wsp:rsid wsp:val=&quot;00A121D1&quot;/&gt;&lt;wsp:rsid wsp:val=&quot;00A5008F&quot;/&gt;&lt;wsp:rsid wsp:val=&quot;00A51747&quot;/&gt;&lt;wsp:rsid wsp:val=&quot;00A82D31&quot;/&gt;&lt;wsp:rsid wsp:val=&quot;00A83EBF&quot;/&gt;&lt;wsp:rsid wsp:val=&quot;00A847BC&quot;/&gt;&lt;wsp:rsid wsp:val=&quot;00A87DD1&quot;/&gt;&lt;wsp:rsid wsp:val=&quot;00A9075F&quot;/&gt;&lt;wsp:rsid wsp:val=&quot;00AB14B2&quot;/&gt;&lt;wsp:rsid wsp:val=&quot;00AB2983&quot;/&gt;&lt;wsp:rsid wsp:val=&quot;00AC3C9A&quot;/&gt;&lt;wsp:rsid wsp:val=&quot;00AC6F8E&quot;/&gt;&lt;wsp:rsid wsp:val=&quot;00AE499B&quot;/&gt;&lt;wsp:rsid wsp:val=&quot;00AF2BA9&quot;/&gt;&lt;wsp:rsid wsp:val=&quot;00B02D82&quot;/&gt;&lt;wsp:rsid wsp:val=&quot;00B3378A&quot;/&gt;&lt;wsp:rsid wsp:val=&quot;00B65BB6&quot;/&gt;&lt;wsp:rsid wsp:val=&quot;00B7059A&quot;/&gt;&lt;wsp:rsid wsp:val=&quot;00B755D3&quot;/&gt;&lt;wsp:rsid wsp:val=&quot;00B950ED&quot;/&gt;&lt;wsp:rsid wsp:val=&quot;00BA549E&quot;/&gt;&lt;wsp:rsid wsp:val=&quot;00BA7444&quot;/&gt;&lt;wsp:rsid wsp:val=&quot;00BC2E72&quot;/&gt;&lt;wsp:rsid wsp:val=&quot;00BF1016&quot;/&gt;&lt;wsp:rsid wsp:val=&quot;00BF69B9&quot;/&gt;&lt;wsp:rsid wsp:val=&quot;00C1040F&quot;/&gt;&lt;wsp:rsid wsp:val=&quot;00C15482&quot;/&gt;&lt;wsp:rsid wsp:val=&quot;00C21442&quot;/&gt;&lt;wsp:rsid wsp:val=&quot;00C2633A&quot;/&gt;&lt;wsp:rsid wsp:val=&quot;00C4781E&quot;/&gt;&lt;wsp:rsid wsp:val=&quot;00C47A21&quot;/&gt;&lt;wsp:rsid wsp:val=&quot;00C5688B&quot;/&gt;&lt;wsp:rsid wsp:val=&quot;00C62CE1&quot;/&gt;&lt;wsp:rsid wsp:val=&quot;00C70DFE&quot;/&gt;&lt;wsp:rsid wsp:val=&quot;00C8088A&quot;/&gt;&lt;wsp:rsid wsp:val=&quot;00CA328A&quot;/&gt;&lt;wsp:rsid wsp:val=&quot;00CC5832&quot;/&gt;&lt;wsp:rsid wsp:val=&quot;00CD50A2&quot;/&gt;&lt;wsp:rsid wsp:val=&quot;00CD7B8C&quot;/&gt;&lt;wsp:rsid wsp:val=&quot;00CE0470&quot;/&gt;&lt;wsp:rsid wsp:val=&quot;00CE4EF3&quot;/&gt;&lt;wsp:rsid wsp:val=&quot;00CF4F15&quot;/&gt;&lt;wsp:rsid wsp:val=&quot;00D1397D&quot;/&gt;&lt;wsp:rsid wsp:val=&quot;00D60F6F&quot;/&gt;&lt;wsp:rsid wsp:val=&quot;00DA78C0&quot;/&gt;&lt;wsp:rsid wsp:val=&quot;00DC11B1&quot;/&gt;&lt;wsp:rsid wsp:val=&quot;00DC4461&quot;/&gt;&lt;wsp:rsid wsp:val=&quot;00DD36E1&quot;/&gt;&lt;wsp:rsid wsp:val=&quot;00DF6C5C&quot;/&gt;&lt;wsp:rsid wsp:val=&quot;00E231C6&quot;/&gt;&lt;wsp:rsid wsp:val=&quot;00E25C7A&quot;/&gt;&lt;wsp:rsid wsp:val=&quot;00E30BF3&quot;/&gt;&lt;wsp:rsid wsp:val=&quot;00E365D2&quot;/&gt;&lt;wsp:rsid wsp:val=&quot;00E42E13&quot;/&gt;&lt;wsp:rsid wsp:val=&quot;00E66471&quot;/&gt;&lt;wsp:rsid wsp:val=&quot;00E71505&quot;/&gt;&lt;wsp:rsid wsp:val=&quot;00E8498C&quot;/&gt;&lt;wsp:rsid wsp:val=&quot;00E92089&quot;/&gt;&lt;wsp:rsid wsp:val=&quot;00E9641B&quot;/&gt;&lt;wsp:rsid wsp:val=&quot;00EA1C55&quot;/&gt;&lt;wsp:rsid wsp:val=&quot;00EB51BF&quot;/&gt;&lt;wsp:rsid wsp:val=&quot;00ED021B&quot;/&gt;&lt;wsp:rsid wsp:val=&quot;00F1562C&quot;/&gt;&lt;wsp:rsid wsp:val=&quot;00F21045&quot;/&gt;&lt;wsp:rsid wsp:val=&quot;00F265D0&quot;/&gt;&lt;wsp:rsid wsp:val=&quot;00F46D19&quot;/&gt;&lt;wsp:rsid wsp:val=&quot;00F608BE&quot;/&gt;&lt;wsp:rsid wsp:val=&quot;00F837CA&quot;/&gt;&lt;wsp:rsid wsp:val=&quot;00FA29C6&quot;/&gt;&lt;wsp:rsid wsp:val=&quot;00FA68E5&quot;/&gt;&lt;wsp:rsid wsp:val=&quot;00FB3637&quot;/&gt;&lt;wsp:rsid wsp:val=&quot;00FB5052&quot;/&gt;&lt;wsp:rsid wsp:val=&quot;00FC53B3&quot;/&gt;&lt;wsp:rsid wsp:val=&quot;00FD1276&quot;/&gt;&lt;wsp:rsid wsp:val=&quot;00FD3515&quot;/&gt;&lt;wsp:rsid wsp:val=&quot;00FE0495&quot;/&gt;&lt;wsp:rsid wsp:val=&quot;00FE0A41&quot;/&gt;&lt;wsp:rsid wsp:val=&quot;00FF675A&quot;/&gt;&lt;/wsp:rsids&gt;&lt;/w:docPr&gt;&lt;w:body&gt;&lt;wx:sect&gt;&lt;w:p wsp:rsidR=&quot;00000000&quot; wsp:rsidRDefault=&quot;00FD3515&quot; wsp:rsidP=&quot;00FD3515&quot;&gt;&lt;m:oMathPara&gt;&lt;m:oMath&gt;&lt;m:r&gt;&lt;w:rPr&gt;&lt;w:rFonts w:ascii=&quot;Cambria Math&quot; w:h-ansi=&quot;Cambria Math&quot;/&gt;&lt;wx:font wx:val=&quot;Cambria Math&quot;/&gt;&lt;w:i/&gt;&lt;w:color w:val=&quot;000000&quot;/&gt;&lt;/w:rPr&gt;&lt;m:t&gt;30¬∞, 45¬∞, 60¬∞)&lt;/m:t&gt;&lt;/m:r&gt;&lt;/m:oMath&gt;&lt;/m:oMathPara&gt;&lt;/w:p&gt;&lt;w:sectPr wsp:rsidR=&quot;00000000&quot;&gt;&lt;w:pgSz w:w=&quot;12240&quot; w:h=&quot;15840&quot;/&gt;&lt;w:pgMar w:top=&quot;1440&quot; w:right=&quot;1440&quot; w:bottom=&quot;1440&quot; w:left=&quot;1440&quot; w:header=&quot;720&quot; w:footer=&quot;720&quot; w:gutter=&quot;0&quot;/&gt;&lt;w:cols w:space=&quot;720&quot;/&gt;&lt;/w:sectPr&gt;&lt;/wx:sect&gt;&lt;/w:body&gt;&lt;/w:wordDocument&gt;">
                  <v:imagedata r:id="rId8" o:title="" chromakey="white"/>
                </v:shape>
              </w:pict>
            </w:r>
            <w:r w:rsidRPr="00B03652">
              <w:rPr>
                <w:sz w:val="20"/>
                <w:szCs w:val="20"/>
              </w:rPr>
              <w:instrText xml:space="preserve"> </w:instrText>
            </w:r>
            <w:r w:rsidRPr="00B03652">
              <w:rPr>
                <w:sz w:val="20"/>
                <w:szCs w:val="20"/>
              </w:rPr>
              <w:fldChar w:fldCharType="separate"/>
            </w:r>
            <w:r w:rsidR="00D7544E" w:rsidRPr="008E3B67">
              <w:rPr>
                <w:noProof/>
                <w:position w:val="-11"/>
                <w:sz w:val="20"/>
                <w:szCs w:val="20"/>
              </w:rPr>
              <w:pict>
                <v:shape id="_x0000_i1027" type="#_x0000_t75" alt="" style="width:61.45pt;height:14.95pt;mso-width-percent:0;mso-height-percent:0;mso-width-percent:0;mso-height-percent:0" equationxml="&lt;?xml version=&quot;1.0&quot; encoding=&quot;UTF-8&quot; standalone=&quot;yes&quot;?&gt;&#13;&#10;&lt;?mso-application progid=&quot;Word.Document&quot;?&gt;&#13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doNotEmbedSystemFonts/&gt;&lt;w:defaultTabStop w:val=&quot;720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D4546&quot;/&gt;&lt;wsp:rsid wsp:val=&quot;0000017A&quot;/&gt;&lt;wsp:rsid wsp:val=&quot;00001290&quot;/&gt;&lt;wsp:rsid wsp:val=&quot;000057CB&quot;/&gt;&lt;wsp:rsid wsp:val=&quot;000472B3&quot;/&gt;&lt;wsp:rsid wsp:val=&quot;00061DF2&quot;/&gt;&lt;wsp:rsid wsp:val=&quot;0006756F&quot;/&gt;&lt;wsp:rsid wsp:val=&quot;00076ACE&quot;/&gt;&lt;wsp:rsid wsp:val=&quot;00077804&quot;/&gt;&lt;wsp:rsid wsp:val=&quot;00081B29&quot;/&gt;&lt;wsp:rsid wsp:val=&quot;000849F4&quot;/&gt;&lt;wsp:rsid wsp:val=&quot;00087218&quot;/&gt;&lt;wsp:rsid wsp:val=&quot;000F5451&quot;/&gt;&lt;wsp:rsid wsp:val=&quot;00101143&quot;/&gt;&lt;wsp:rsid wsp:val=&quot;00103079&quot;/&gt;&lt;wsp:rsid wsp:val=&quot;00107FB8&quot;/&gt;&lt;wsp:rsid wsp:val=&quot;00111682&quot;/&gt;&lt;wsp:rsid wsp:val=&quot;001238EF&quot;/&gt;&lt;wsp:rsid wsp:val=&quot;00130411&quot;/&gt;&lt;wsp:rsid wsp:val=&quot;001307D7&quot;/&gt;&lt;wsp:rsid wsp:val=&quot;001365F5&quot;/&gt;&lt;wsp:rsid wsp:val=&quot;00137D80&quot;/&gt;&lt;wsp:rsid wsp:val=&quot;001610FF&quot;/&gt;&lt;wsp:rsid wsp:val=&quot;001D4546&quot;/&gt;&lt;wsp:rsid wsp:val=&quot;001D5C72&quot;/&gt;&lt;wsp:rsid wsp:val=&quot;001D6253&quot;/&gt;&lt;wsp:rsid wsp:val=&quot;001E20D2&quot;/&gt;&lt;wsp:rsid wsp:val=&quot;001F3508&quot;/&gt;&lt;wsp:rsid wsp:val=&quot;00212B35&quot;/&gt;&lt;wsp:rsid wsp:val=&quot;00214E48&quot;/&gt;&lt;wsp:rsid wsp:val=&quot;002158E2&quot;/&gt;&lt;wsp:rsid wsp:val=&quot;00223535&quot;/&gt;&lt;wsp:rsid wsp:val=&quot;00235229&quot;/&gt;&lt;wsp:rsid wsp:val=&quot;00237738&quot;/&gt;&lt;wsp:rsid wsp:val=&quot;00237871&quot;/&gt;&lt;wsp:rsid wsp:val=&quot;00246711&quot;/&gt;&lt;wsp:rsid wsp:val=&quot;00264A22&quot;/&gt;&lt;wsp:rsid wsp:val=&quot;00267824&quot;/&gt;&lt;wsp:rsid wsp:val=&quot;0027452B&quot;/&gt;&lt;wsp:rsid wsp:val=&quot;00286441&quot;/&gt;&lt;wsp:rsid wsp:val=&quot;002866F0&quot;/&gt;&lt;wsp:rsid wsp:val=&quot;00286F31&quot;/&gt;&lt;wsp:rsid wsp:val=&quot;002943B4&quot;/&gt;&lt;wsp:rsid wsp:val=&quot;0029585E&quot;/&gt;&lt;wsp:rsid wsp:val=&quot;00297CC8&quot;/&gt;&lt;wsp:rsid wsp:val=&quot;002A5E57&quot;/&gt;&lt;wsp:rsid wsp:val=&quot;002D1FC2&quot;/&gt;&lt;wsp:rsid wsp:val=&quot;002D26FE&quot;/&gt;&lt;wsp:rsid wsp:val=&quot;002E3909&quot;/&gt;&lt;wsp:rsid wsp:val=&quot;002F1A88&quot;/&gt;&lt;wsp:rsid wsp:val=&quot;003047D7&quot;/&gt;&lt;wsp:rsid wsp:val=&quot;00323F79&quot;/&gt;&lt;wsp:rsid wsp:val=&quot;0033429A&quot;/&gt;&lt;wsp:rsid wsp:val=&quot;00342683&quot;/&gt;&lt;wsp:rsid wsp:val=&quot;00350CDD&quot;/&gt;&lt;wsp:rsid wsp:val=&quot;00353284&quot;/&gt;&lt;wsp:rsid wsp:val=&quot;00353BF4&quot;/&gt;&lt;wsp:rsid wsp:val=&quot;00370378&quot;/&gt;&lt;wsp:rsid wsp:val=&quot;00370777&quot;/&gt;&lt;wsp:rsid wsp:val=&quot;00370ED1&quot;/&gt;&lt;wsp:rsid wsp:val=&quot;00371D69&quot;/&gt;&lt;wsp:rsid wsp:val=&quot;00376F28&quot;/&gt;&lt;wsp:rsid wsp:val=&quot;0039227C&quot;/&gt;&lt;wsp:rsid wsp:val=&quot;003A5E62&quot;/&gt;&lt;wsp:rsid wsp:val=&quot;003E444F&quot;/&gt;&lt;wsp:rsid wsp:val=&quot;003F6DA1&quot;/&gt;&lt;wsp:rsid wsp:val=&quot;003F7910&quot;/&gt;&lt;wsp:rsid wsp:val=&quot;004005DB&quot;/&gt;&lt;wsp:rsid wsp:val=&quot;00424C10&quot;/&gt;&lt;wsp:rsid wsp:val=&quot;00451512&quot;/&gt;&lt;wsp:rsid wsp:val=&quot;004516DA&quot;/&gt;&lt;wsp:rsid wsp:val=&quot;00455035&quot;/&gt;&lt;wsp:rsid wsp:val=&quot;00467634&quot;/&gt;&lt;wsp:rsid wsp:val=&quot;00482313&quot;/&gt;&lt;wsp:rsid wsp:val=&quot;00482F79&quot;/&gt;&lt;wsp:rsid wsp:val=&quot;00484408&quot;/&gt;&lt;wsp:rsid wsp:val=&quot;004876E1&quot;/&gt;&lt;wsp:rsid wsp:val=&quot;004901B0&quot;/&gt;&lt;wsp:rsid wsp:val=&quot;0049799C&quot;/&gt;&lt;wsp:rsid wsp:val=&quot;004D1C90&quot;/&gt;&lt;wsp:rsid wsp:val=&quot;004F691F&quot;/&gt;&lt;wsp:rsid wsp:val=&quot;00504CE9&quot;/&gt;&lt;wsp:rsid wsp:val=&quot;0051150A&quot;/&gt;&lt;wsp:rsid wsp:val=&quot;00511BFC&quot;/&gt;&lt;wsp:rsid wsp:val=&quot;005156CD&quot;/&gt;&lt;wsp:rsid wsp:val=&quot;00516E3B&quot;/&gt;&lt;wsp:rsid wsp:val=&quot;0052301D&quot;/&gt;&lt;wsp:rsid wsp:val=&quot;00526504&quot;/&gt;&lt;wsp:rsid wsp:val=&quot;0052726A&quot;/&gt;&lt;wsp:rsid wsp:val=&quot;00547025&quot;/&gt;&lt;wsp:rsid wsp:val=&quot;00570310&quot;/&gt;&lt;wsp:rsid wsp:val=&quot;00572589&quot;/&gt;&lt;wsp:rsid wsp:val=&quot;00572E7E&quot;/&gt;&lt;wsp:rsid wsp:val=&quot;005877F8&quot;/&gt;&lt;wsp:rsid wsp:val=&quot;005923CC&quot;/&gt;&lt;wsp:rsid wsp:val=&quot;005A6319&quot;/&gt;&lt;wsp:rsid wsp:val=&quot;005C305E&quot;/&gt;&lt;wsp:rsid wsp:val=&quot;005D01BE&quot;/&gt;&lt;wsp:rsid wsp:val=&quot;005D6B66&quot;/&gt;&lt;wsp:rsid wsp:val=&quot;005E2983&quot;/&gt;&lt;wsp:rsid wsp:val=&quot;005E4C1A&quot;/&gt;&lt;wsp:rsid wsp:val=&quot;005F50EA&quot;/&gt;&lt;wsp:rsid wsp:val=&quot;005F533C&quot;/&gt;&lt;wsp:rsid wsp:val=&quot;006005FB&quot;/&gt;&lt;wsp:rsid wsp:val=&quot;0060199C&quot;/&gt;&lt;wsp:rsid wsp:val=&quot;006149C9&quot;/&gt;&lt;wsp:rsid wsp:val=&quot;00616AE0&quot;/&gt;&lt;wsp:rsid wsp:val=&quot;00617F40&quot;/&gt;&lt;wsp:rsid wsp:val=&quot;0063321D&quot;/&gt;&lt;wsp:rsid wsp:val=&quot;00633BB6&quot;/&gt;&lt;wsp:rsid wsp:val=&quot;00646B47&quot;/&gt;&lt;wsp:rsid wsp:val=&quot;00666CA1&quot;/&gt;&lt;wsp:rsid wsp:val=&quot;006B45B9&quot;/&gt;&lt;wsp:rsid wsp:val=&quot;006B5470&quot;/&gt;&lt;wsp:rsid wsp:val=&quot;006E082D&quot;/&gt;&lt;wsp:rsid wsp:val=&quot;007046F7&quot;/&gt;&lt;wsp:rsid wsp:val=&quot;00732158&quot;/&gt;&lt;wsp:rsid wsp:val=&quot;0073369B&quot;/&gt;&lt;wsp:rsid wsp:val=&quot;00733D47&quot;/&gt;&lt;wsp:rsid wsp:val=&quot;00746279&quot;/&gt;&lt;wsp:rsid wsp:val=&quot;007838E3&quot;/&gt;&lt;wsp:rsid wsp:val=&quot;007864E3&quot;/&gt;&lt;wsp:rsid wsp:val=&quot;007C71A2&quot;/&gt;&lt;wsp:rsid wsp:val=&quot;007D3DD7&quot;/&gt;&lt;wsp:rsid wsp:val=&quot;007F5E9F&quot;/&gt;&lt;wsp:rsid wsp:val=&quot;007F7DB4&quot;/&gt;&lt;wsp:rsid wsp:val=&quot;00802C7B&quot;/&gt;&lt;wsp:rsid wsp:val=&quot;00812364&quot;/&gt;&lt;wsp:rsid wsp:val=&quot;0081581A&quot;/&gt;&lt;wsp:rsid wsp:val=&quot;0082771A&quot;/&gt;&lt;wsp:rsid wsp:val=&quot;00865376&quot;/&gt;&lt;wsp:rsid wsp:val=&quot;00867A64&quot;/&gt;&lt;wsp:rsid wsp:val=&quot;008A748C&quot;/&gt;&lt;wsp:rsid wsp:val=&quot;008B32E8&quot;/&gt;&lt;wsp:rsid wsp:val=&quot;008B407D&quot;/&gt;&lt;wsp:rsid wsp:val=&quot;008B7A7A&quot;/&gt;&lt;wsp:rsid wsp:val=&quot;008E2EDB&quot;/&gt;&lt;wsp:rsid wsp:val=&quot;008E3FB2&quot;/&gt;&lt;wsp:rsid wsp:val=&quot;008F2E28&quot;/&gt;&lt;wsp:rsid wsp:val=&quot;008F537D&quot;/&gt;&lt;wsp:rsid wsp:val=&quot;008F5CC2&quot;/&gt;&lt;wsp:rsid wsp:val=&quot;00902612&quot;/&gt;&lt;wsp:rsid wsp:val=&quot;00912296&quot;/&gt;&lt;wsp:rsid wsp:val=&quot;009366A1&quot;/&gt;&lt;wsp:rsid wsp:val=&quot;00985328&quot;/&gt;&lt;wsp:rsid wsp:val=&quot;00997990&quot;/&gt;&lt;wsp:rsid wsp:val=&quot;009A4F98&quot;/&gt;&lt;wsp:rsid wsp:val=&quot;009E2737&quot;/&gt;&lt;wsp:rsid wsp:val=&quot;009E5426&quot;/&gt;&lt;wsp:rsid wsp:val=&quot;009F1B7D&quot;/&gt;&lt;wsp:rsid wsp:val=&quot;00A121D1&quot;/&gt;&lt;wsp:rsid wsp:val=&quot;00A5008F&quot;/&gt;&lt;wsp:rsid wsp:val=&quot;00A51747&quot;/&gt;&lt;wsp:rsid wsp:val=&quot;00A82D31&quot;/&gt;&lt;wsp:rsid wsp:val=&quot;00A83EBF&quot;/&gt;&lt;wsp:rsid wsp:val=&quot;00A847BC&quot;/&gt;&lt;wsp:rsid wsp:val=&quot;00A87DD1&quot;/&gt;&lt;wsp:rsid wsp:val=&quot;00A9075F&quot;/&gt;&lt;wsp:rsid wsp:val=&quot;00AB14B2&quot;/&gt;&lt;wsp:rsid wsp:val=&quot;00AB2983&quot;/&gt;&lt;wsp:rsid wsp:val=&quot;00AC3C9A&quot;/&gt;&lt;wsp:rsid wsp:val=&quot;00AC6F8E&quot;/&gt;&lt;wsp:rsid wsp:val=&quot;00AE499B&quot;/&gt;&lt;wsp:rsid wsp:val=&quot;00AF2BA9&quot;/&gt;&lt;wsp:rsid wsp:val=&quot;00B02D82&quot;/&gt;&lt;wsp:rsid wsp:val=&quot;00B3378A&quot;/&gt;&lt;wsp:rsid wsp:val=&quot;00B65BB6&quot;/&gt;&lt;wsp:rsid wsp:val=&quot;00B7059A&quot;/&gt;&lt;wsp:rsid wsp:val=&quot;00B755D3&quot;/&gt;&lt;wsp:rsid wsp:val=&quot;00B950ED&quot;/&gt;&lt;wsp:rsid wsp:val=&quot;00BA549E&quot;/&gt;&lt;wsp:rsid wsp:val=&quot;00BA7444&quot;/&gt;&lt;wsp:rsid wsp:val=&quot;00BC2E72&quot;/&gt;&lt;wsp:rsid wsp:val=&quot;00BF1016&quot;/&gt;&lt;wsp:rsid wsp:val=&quot;00BF69B9&quot;/&gt;&lt;wsp:rsid wsp:val=&quot;00C1040F&quot;/&gt;&lt;wsp:rsid wsp:val=&quot;00C15482&quot;/&gt;&lt;wsp:rsid wsp:val=&quot;00C21442&quot;/&gt;&lt;wsp:rsid wsp:val=&quot;00C2633A&quot;/&gt;&lt;wsp:rsid wsp:val=&quot;00C4781E&quot;/&gt;&lt;wsp:rsid wsp:val=&quot;00C47A21&quot;/&gt;&lt;wsp:rsid wsp:val=&quot;00C5688B&quot;/&gt;&lt;wsp:rsid wsp:val=&quot;00C62CE1&quot;/&gt;&lt;wsp:rsid wsp:val=&quot;00C70DFE&quot;/&gt;&lt;wsp:rsid wsp:val=&quot;00C8088A&quot;/&gt;&lt;wsp:rsid wsp:val=&quot;00CA328A&quot;/&gt;&lt;wsp:rsid wsp:val=&quot;00CC5832&quot;/&gt;&lt;wsp:rsid wsp:val=&quot;00CD50A2&quot;/&gt;&lt;wsp:rsid wsp:val=&quot;00CD7B8C&quot;/&gt;&lt;wsp:rsid wsp:val=&quot;00CE0470&quot;/&gt;&lt;wsp:rsid wsp:val=&quot;00CE4EF3&quot;/&gt;&lt;wsp:rsid wsp:val=&quot;00CF4F15&quot;/&gt;&lt;wsp:rsid wsp:val=&quot;00D1397D&quot;/&gt;&lt;wsp:rsid wsp:val=&quot;00D60F6F&quot;/&gt;&lt;wsp:rsid wsp:val=&quot;00DA78C0&quot;/&gt;&lt;wsp:rsid wsp:val=&quot;00DC11B1&quot;/&gt;&lt;wsp:rsid wsp:val=&quot;00DC4461&quot;/&gt;&lt;wsp:rsid wsp:val=&quot;00DD36E1&quot;/&gt;&lt;wsp:rsid wsp:val=&quot;00DF6C5C&quot;/&gt;&lt;wsp:rsid wsp:val=&quot;00E231C6&quot;/&gt;&lt;wsp:rsid wsp:val=&quot;00E25C7A&quot;/&gt;&lt;wsp:rsid wsp:val=&quot;00E30BF3&quot;/&gt;&lt;wsp:rsid wsp:val=&quot;00E365D2&quot;/&gt;&lt;wsp:rsid wsp:val=&quot;00E42E13&quot;/&gt;&lt;wsp:rsid wsp:val=&quot;00E66471&quot;/&gt;&lt;wsp:rsid wsp:val=&quot;00E71505&quot;/&gt;&lt;wsp:rsid wsp:val=&quot;00E8498C&quot;/&gt;&lt;wsp:rsid wsp:val=&quot;00E92089&quot;/&gt;&lt;wsp:rsid wsp:val=&quot;00E9641B&quot;/&gt;&lt;wsp:rsid wsp:val=&quot;00EA1C55&quot;/&gt;&lt;wsp:rsid wsp:val=&quot;00EB51BF&quot;/&gt;&lt;wsp:rsid wsp:val=&quot;00ED021B&quot;/&gt;&lt;wsp:rsid wsp:val=&quot;00F1562C&quot;/&gt;&lt;wsp:rsid wsp:val=&quot;00F21045&quot;/&gt;&lt;wsp:rsid wsp:val=&quot;00F265D0&quot;/&gt;&lt;wsp:rsid wsp:val=&quot;00F46D19&quot;/&gt;&lt;wsp:rsid wsp:val=&quot;00F608BE&quot;/&gt;&lt;wsp:rsid wsp:val=&quot;00F837CA&quot;/&gt;&lt;wsp:rsid wsp:val=&quot;00FA29C6&quot;/&gt;&lt;wsp:rsid wsp:val=&quot;00FA68E5&quot;/&gt;&lt;wsp:rsid wsp:val=&quot;00FB3637&quot;/&gt;&lt;wsp:rsid wsp:val=&quot;00FB5052&quot;/&gt;&lt;wsp:rsid wsp:val=&quot;00FC53B3&quot;/&gt;&lt;wsp:rsid wsp:val=&quot;00FD1276&quot;/&gt;&lt;wsp:rsid wsp:val=&quot;00FD3515&quot;/&gt;&lt;wsp:rsid wsp:val=&quot;00FE0495&quot;/&gt;&lt;wsp:rsid wsp:val=&quot;00FE0A41&quot;/&gt;&lt;wsp:rsid wsp:val=&quot;00FF675A&quot;/&gt;&lt;/wsp:rsids&gt;&lt;/w:docPr&gt;&lt;w:body&gt;&lt;wx:sect&gt;&lt;w:p wsp:rsidR=&quot;00000000&quot; wsp:rsidRDefault=&quot;00FD3515&quot; wsp:rsidP=&quot;00FD3515&quot;&gt;&lt;m:oMathPara&gt;&lt;m:oMath&gt;&lt;m:r&gt;&lt;w:rPr&gt;&lt;w:rFonts w:ascii=&quot;Cambria Math&quot; w:h-ansi=&quot;Cambria Math&quot;/&gt;&lt;wx:font wx:val=&quot;Cambria Math&quot;/&gt;&lt;w:i/&gt;&lt;w:color w:val=&quot;000000&quot;/&gt;&lt;/w:rPr&gt;&lt;m:t&gt;30¬∞, 45¬∞, 60¬∞)&lt;/m:t&gt;&lt;/m:r&gt;&lt;/m:oMath&gt;&lt;/m:oMathPara&gt;&lt;/w:p&gt;&lt;w:sectPr wsp:rsidR=&quot;00000000&quot;&gt;&lt;w:pgSz w:w=&quot;12240&quot; w:h=&quot;15840&quot;/&gt;&lt;w:pgMar w:top=&quot;1440&quot; w:right=&quot;1440&quot; w:bottom=&quot;1440&quot; w:left=&quot;1440&quot; w:header=&quot;720&quot; w:footer=&quot;720&quot; w:gutter=&quot;0&quot;/&gt;&lt;w:cols w:space=&quot;720&quot;/&gt;&lt;/w:sectPr&gt;&lt;/wx:sect&gt;&lt;/w:body&gt;&lt;/w:wordDocument&gt;">
                  <v:imagedata r:id="rId8" o:title="" chromakey="white"/>
                </v:shape>
              </w:pict>
            </w:r>
            <w:r w:rsidRPr="00B03652">
              <w:rPr>
                <w:sz w:val="20"/>
                <w:szCs w:val="20"/>
              </w:rPr>
              <w:fldChar w:fldCharType="end"/>
            </w:r>
            <w:r w:rsidRPr="00B03652">
              <w:rPr>
                <w:sz w:val="20"/>
                <w:szCs w:val="20"/>
              </w:rPr>
              <w:t>;</w:t>
            </w:r>
          </w:p>
          <w:p w:rsidR="008E3B67" w:rsidRPr="00B03652" w:rsidRDefault="008E3B67" w:rsidP="008E3B67">
            <w:pPr>
              <w:pStyle w:val="ListParagraph"/>
              <w:numPr>
                <w:ilvl w:val="0"/>
                <w:numId w:val="40"/>
              </w:numPr>
              <w:tabs>
                <w:tab w:val="left" w:pos="30"/>
                <w:tab w:val="left" w:pos="202"/>
              </w:tabs>
              <w:autoSpaceDE w:val="0"/>
              <w:autoSpaceDN w:val="0"/>
              <w:adjustRightInd w:val="0"/>
              <w:ind w:left="306" w:hanging="142"/>
              <w:rPr>
                <w:sz w:val="20"/>
                <w:szCs w:val="20"/>
              </w:rPr>
            </w:pPr>
            <w:r w:rsidRPr="00B03652">
              <w:rPr>
                <w:sz w:val="20"/>
                <w:szCs w:val="20"/>
              </w:rPr>
              <w:t xml:space="preserve">Cakton funksionet </w:t>
            </w:r>
            <w:r w:rsidRPr="00B03652">
              <w:rPr>
                <w:sz w:val="20"/>
                <w:szCs w:val="20"/>
              </w:rPr>
              <w:lastRenderedPageBreak/>
              <w:t>trigonometrike të këndeve</w:t>
            </w:r>
          </w:p>
          <w:p w:rsidR="008E3B67" w:rsidRPr="00B03652" w:rsidRDefault="008E3B67" w:rsidP="008E3B67">
            <w:pPr>
              <w:pStyle w:val="ListParagraph"/>
              <w:numPr>
                <w:ilvl w:val="0"/>
                <w:numId w:val="40"/>
              </w:numPr>
              <w:ind w:left="306" w:hanging="142"/>
              <w:rPr>
                <w:sz w:val="20"/>
                <w:szCs w:val="20"/>
              </w:rPr>
            </w:pPr>
            <w:r w:rsidRPr="00B03652">
              <w:rPr>
                <w:sz w:val="20"/>
                <w:szCs w:val="20"/>
              </w:rPr>
              <w:t>komplementare;</w:t>
            </w:r>
          </w:p>
          <w:p w:rsidR="008E3B67" w:rsidRPr="00B03652" w:rsidRDefault="008E3B67" w:rsidP="008E3B67">
            <w:pPr>
              <w:pStyle w:val="ListParagraph"/>
              <w:numPr>
                <w:ilvl w:val="0"/>
                <w:numId w:val="40"/>
              </w:numPr>
              <w:ind w:left="306" w:hanging="142"/>
              <w:rPr>
                <w:sz w:val="20"/>
                <w:szCs w:val="20"/>
              </w:rPr>
            </w:pPr>
            <w:r w:rsidRPr="00B03652">
              <w:rPr>
                <w:sz w:val="20"/>
                <w:szCs w:val="20"/>
              </w:rPr>
              <w:t>Vërteton dhe zbaton identitetet  themelore trigonometrike;</w:t>
            </w:r>
          </w:p>
          <w:p w:rsidR="008E3B67" w:rsidRPr="00B03652" w:rsidRDefault="008E3B67" w:rsidP="008E3B67">
            <w:pPr>
              <w:pStyle w:val="ListParagraph"/>
              <w:numPr>
                <w:ilvl w:val="0"/>
                <w:numId w:val="40"/>
              </w:numPr>
              <w:tabs>
                <w:tab w:val="left" w:pos="30"/>
                <w:tab w:val="left" w:pos="202"/>
              </w:tabs>
              <w:autoSpaceDE w:val="0"/>
              <w:autoSpaceDN w:val="0"/>
              <w:adjustRightInd w:val="0"/>
              <w:ind w:left="306" w:hanging="142"/>
              <w:rPr>
                <w:sz w:val="20"/>
                <w:szCs w:val="20"/>
              </w:rPr>
            </w:pPr>
            <w:r w:rsidRPr="00B03652">
              <w:rPr>
                <w:sz w:val="20"/>
                <w:szCs w:val="20"/>
              </w:rPr>
              <w:t>Zbaton kuptimet elementare të trigonometrisë te detyrat  problemore me trekëndësh kënddrejtë</w:t>
            </w:r>
          </w:p>
          <w:p w:rsidR="008E3B67" w:rsidRPr="00B03652" w:rsidRDefault="008E3B67" w:rsidP="008E3B67">
            <w:pPr>
              <w:pStyle w:val="ListParagraph"/>
              <w:numPr>
                <w:ilvl w:val="0"/>
                <w:numId w:val="40"/>
              </w:numPr>
              <w:spacing w:before="120" w:after="120"/>
              <w:ind w:left="306" w:hanging="142"/>
              <w:rPr>
                <w:sz w:val="20"/>
                <w:szCs w:val="20"/>
                <w:lang w:val="sq-AL"/>
              </w:rPr>
            </w:pPr>
            <w:r w:rsidRPr="00B03652">
              <w:rPr>
                <w:sz w:val="20"/>
                <w:szCs w:val="20"/>
                <w:lang w:val="sq-AL"/>
              </w:rPr>
              <w:t>Cakton vlerat numerike të funksioneve trigonometrike (sin, cos, tg)  të disa këndeve në trekëndëshin kënddrejtë (</w:t>
            </w:r>
            <w:r w:rsidRPr="00B03652">
              <w:rPr>
                <w:sz w:val="20"/>
                <w:szCs w:val="20"/>
              </w:rPr>
              <w:fldChar w:fldCharType="begin"/>
            </w:r>
            <w:r w:rsidRPr="00B03652">
              <w:rPr>
                <w:sz w:val="20"/>
                <w:szCs w:val="20"/>
                <w:lang w:val="sq-AL"/>
              </w:rPr>
              <w:instrText xml:space="preserve"> QUOTE </w:instrText>
            </w:r>
            <w:r w:rsidR="00D7544E" w:rsidRPr="008E3B67">
              <w:rPr>
                <w:noProof/>
                <w:position w:val="-11"/>
                <w:sz w:val="20"/>
                <w:szCs w:val="20"/>
              </w:rPr>
              <w:pict>
                <v:shape id="_x0000_i1026" type="#_x0000_t75" alt="" style="width:67.6pt;height:16.7pt;mso-width-percent:0;mso-height-percent:0;mso-width-percent:0;mso-height-percent:0" equationxml="&lt;?xml version=&quot;1.0&quot; encoding=&quot;UTF-8&quot; standalone=&quot;yes&quot;?&gt;&#13;&#10;&lt;?mso-application progid=&quot;Word.Document&quot;?&gt;&#13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doNotEmbedSystemFonts/&gt;&lt;w:defaultTabStop w:val=&quot;720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D4546&quot;/&gt;&lt;wsp:rsid wsp:val=&quot;0000017A&quot;/&gt;&lt;wsp:rsid wsp:val=&quot;00001290&quot;/&gt;&lt;wsp:rsid wsp:val=&quot;000057CB&quot;/&gt;&lt;wsp:rsid wsp:val=&quot;000472B3&quot;/&gt;&lt;wsp:rsid wsp:val=&quot;00061DF2&quot;/&gt;&lt;wsp:rsid wsp:val=&quot;0006756F&quot;/&gt;&lt;wsp:rsid wsp:val=&quot;00076ACE&quot;/&gt;&lt;wsp:rsid wsp:val=&quot;00077804&quot;/&gt;&lt;wsp:rsid wsp:val=&quot;00081B29&quot;/&gt;&lt;wsp:rsid wsp:val=&quot;000849F4&quot;/&gt;&lt;wsp:rsid wsp:val=&quot;00087218&quot;/&gt;&lt;wsp:rsid wsp:val=&quot;000F5451&quot;/&gt;&lt;wsp:rsid wsp:val=&quot;00101143&quot;/&gt;&lt;wsp:rsid wsp:val=&quot;00103079&quot;/&gt;&lt;wsp:rsid wsp:val=&quot;00107FB8&quot;/&gt;&lt;wsp:rsid wsp:val=&quot;00111682&quot;/&gt;&lt;wsp:rsid wsp:val=&quot;001238EF&quot;/&gt;&lt;wsp:rsid wsp:val=&quot;00130411&quot;/&gt;&lt;wsp:rsid wsp:val=&quot;001307D7&quot;/&gt;&lt;wsp:rsid wsp:val=&quot;001365F5&quot;/&gt;&lt;wsp:rsid wsp:val=&quot;00137D80&quot;/&gt;&lt;wsp:rsid wsp:val=&quot;001610FF&quot;/&gt;&lt;wsp:rsid wsp:val=&quot;001D4546&quot;/&gt;&lt;wsp:rsid wsp:val=&quot;001D5C72&quot;/&gt;&lt;wsp:rsid wsp:val=&quot;001D6253&quot;/&gt;&lt;wsp:rsid wsp:val=&quot;001E20D2&quot;/&gt;&lt;wsp:rsid wsp:val=&quot;001F3508&quot;/&gt;&lt;wsp:rsid wsp:val=&quot;00212B35&quot;/&gt;&lt;wsp:rsid wsp:val=&quot;00214E48&quot;/&gt;&lt;wsp:rsid wsp:val=&quot;002158E2&quot;/&gt;&lt;wsp:rsid wsp:val=&quot;00223535&quot;/&gt;&lt;wsp:rsid wsp:val=&quot;00235229&quot;/&gt;&lt;wsp:rsid wsp:val=&quot;00237738&quot;/&gt;&lt;wsp:rsid wsp:val=&quot;00237871&quot;/&gt;&lt;wsp:rsid wsp:val=&quot;00246711&quot;/&gt;&lt;wsp:rsid wsp:val=&quot;00264A22&quot;/&gt;&lt;wsp:rsid wsp:val=&quot;00267824&quot;/&gt;&lt;wsp:rsid wsp:val=&quot;0027452B&quot;/&gt;&lt;wsp:rsid wsp:val=&quot;00286441&quot;/&gt;&lt;wsp:rsid wsp:val=&quot;002866F0&quot;/&gt;&lt;wsp:rsid wsp:val=&quot;00286F31&quot;/&gt;&lt;wsp:rsid wsp:val=&quot;002943B4&quot;/&gt;&lt;wsp:rsid wsp:val=&quot;0029585E&quot;/&gt;&lt;wsp:rsid wsp:val=&quot;00297CC8&quot;/&gt;&lt;wsp:rsid wsp:val=&quot;002A5E57&quot;/&gt;&lt;wsp:rsid wsp:val=&quot;002D1FC2&quot;/&gt;&lt;wsp:rsid wsp:val=&quot;002D26FE&quot;/&gt;&lt;wsp:rsid wsp:val=&quot;002E3909&quot;/&gt;&lt;wsp:rsid wsp:val=&quot;002F1A88&quot;/&gt;&lt;wsp:rsid wsp:val=&quot;003047D7&quot;/&gt;&lt;wsp:rsid wsp:val=&quot;00323F79&quot;/&gt;&lt;wsp:rsid wsp:val=&quot;0033429A&quot;/&gt;&lt;wsp:rsid wsp:val=&quot;00342683&quot;/&gt;&lt;wsp:rsid wsp:val=&quot;00350CDD&quot;/&gt;&lt;wsp:rsid wsp:val=&quot;00353284&quot;/&gt;&lt;wsp:rsid wsp:val=&quot;00353BF4&quot;/&gt;&lt;wsp:rsid wsp:val=&quot;00364936&quot;/&gt;&lt;wsp:rsid wsp:val=&quot;00370378&quot;/&gt;&lt;wsp:rsid wsp:val=&quot;00370777&quot;/&gt;&lt;wsp:rsid wsp:val=&quot;00370ED1&quot;/&gt;&lt;wsp:rsid wsp:val=&quot;00371D69&quot;/&gt;&lt;wsp:rsid wsp:val=&quot;00376F28&quot;/&gt;&lt;wsp:rsid wsp:val=&quot;0039227C&quot;/&gt;&lt;wsp:rsid wsp:val=&quot;003A5E62&quot;/&gt;&lt;wsp:rsid wsp:val=&quot;003E444F&quot;/&gt;&lt;wsp:rsid wsp:val=&quot;003F6DA1&quot;/&gt;&lt;wsp:rsid wsp:val=&quot;003F7910&quot;/&gt;&lt;wsp:rsid wsp:val=&quot;004005DB&quot;/&gt;&lt;wsp:rsid wsp:val=&quot;00424C10&quot;/&gt;&lt;wsp:rsid wsp:val=&quot;00451512&quot;/&gt;&lt;wsp:rsid wsp:val=&quot;004516DA&quot;/&gt;&lt;wsp:rsid wsp:val=&quot;00455035&quot;/&gt;&lt;wsp:rsid wsp:val=&quot;00467634&quot;/&gt;&lt;wsp:rsid wsp:val=&quot;00482313&quot;/&gt;&lt;wsp:rsid wsp:val=&quot;00482F79&quot;/&gt;&lt;wsp:rsid wsp:val=&quot;00484408&quot;/&gt;&lt;wsp:rsid wsp:val=&quot;004876E1&quot;/&gt;&lt;wsp:rsid wsp:val=&quot;004901B0&quot;/&gt;&lt;wsp:rsid wsp:val=&quot;0049799C&quot;/&gt;&lt;wsp:rsid wsp:val=&quot;004D1C90&quot;/&gt;&lt;wsp:rsid wsp:val=&quot;004F691F&quot;/&gt;&lt;wsp:rsid wsp:val=&quot;00504CE9&quot;/&gt;&lt;wsp:rsid wsp:val=&quot;0051150A&quot;/&gt;&lt;wsp:rsid wsp:val=&quot;00511BFC&quot;/&gt;&lt;wsp:rsid wsp:val=&quot;005156CD&quot;/&gt;&lt;wsp:rsid wsp:val=&quot;00516E3B&quot;/&gt;&lt;wsp:rsid wsp:val=&quot;0052301D&quot;/&gt;&lt;wsp:rsid wsp:val=&quot;00526504&quot;/&gt;&lt;wsp:rsid wsp:val=&quot;0052726A&quot;/&gt;&lt;wsp:rsid wsp:val=&quot;00547025&quot;/&gt;&lt;wsp:rsid wsp:val=&quot;00570310&quot;/&gt;&lt;wsp:rsid wsp:val=&quot;00572589&quot;/&gt;&lt;wsp:rsid wsp:val=&quot;00572E7E&quot;/&gt;&lt;wsp:rsid wsp:val=&quot;005877F8&quot;/&gt;&lt;wsp:rsid wsp:val=&quot;005923CC&quot;/&gt;&lt;wsp:rsid wsp:val=&quot;005A6319&quot;/&gt;&lt;wsp:rsid wsp:val=&quot;005C305E&quot;/&gt;&lt;wsp:rsid wsp:val=&quot;005D01BE&quot;/&gt;&lt;wsp:rsid wsp:val=&quot;005D6B66&quot;/&gt;&lt;wsp:rsid wsp:val=&quot;005E2983&quot;/&gt;&lt;wsp:rsid wsp:val=&quot;005E4C1A&quot;/&gt;&lt;wsp:rsid wsp:val=&quot;005F50EA&quot;/&gt;&lt;wsp:rsid wsp:val=&quot;005F533C&quot;/&gt;&lt;wsp:rsid wsp:val=&quot;006005FB&quot;/&gt;&lt;wsp:rsid wsp:val=&quot;0060199C&quot;/&gt;&lt;wsp:rsid wsp:val=&quot;006149C9&quot;/&gt;&lt;wsp:rsid wsp:val=&quot;00616AE0&quot;/&gt;&lt;wsp:rsid wsp:val=&quot;00617F40&quot;/&gt;&lt;wsp:rsid wsp:val=&quot;0063321D&quot;/&gt;&lt;wsp:rsid wsp:val=&quot;00633BB6&quot;/&gt;&lt;wsp:rsid wsp:val=&quot;00646B47&quot;/&gt;&lt;wsp:rsid wsp:val=&quot;00666CA1&quot;/&gt;&lt;wsp:rsid wsp:val=&quot;006B45B9&quot;/&gt;&lt;wsp:rsid wsp:val=&quot;006B5470&quot;/&gt;&lt;wsp:rsid wsp:val=&quot;006E082D&quot;/&gt;&lt;wsp:rsid wsp:val=&quot;007046F7&quot;/&gt;&lt;wsp:rsid wsp:val=&quot;00732158&quot;/&gt;&lt;wsp:rsid wsp:val=&quot;0073369B&quot;/&gt;&lt;wsp:rsid wsp:val=&quot;00733D47&quot;/&gt;&lt;wsp:rsid wsp:val=&quot;00746279&quot;/&gt;&lt;wsp:rsid wsp:val=&quot;007838E3&quot;/&gt;&lt;wsp:rsid wsp:val=&quot;007864E3&quot;/&gt;&lt;wsp:rsid wsp:val=&quot;007C71A2&quot;/&gt;&lt;wsp:rsid wsp:val=&quot;007D3DD7&quot;/&gt;&lt;wsp:rsid wsp:val=&quot;007F5E9F&quot;/&gt;&lt;wsp:rsid wsp:val=&quot;007F7DB4&quot;/&gt;&lt;wsp:rsid wsp:val=&quot;00802C7B&quot;/&gt;&lt;wsp:rsid wsp:val=&quot;00812364&quot;/&gt;&lt;wsp:rsid wsp:val=&quot;0081581A&quot;/&gt;&lt;wsp:rsid wsp:val=&quot;0082771A&quot;/&gt;&lt;wsp:rsid wsp:val=&quot;00865376&quot;/&gt;&lt;wsp:rsid wsp:val=&quot;00867A64&quot;/&gt;&lt;wsp:rsid wsp:val=&quot;008A748C&quot;/&gt;&lt;wsp:rsid wsp:val=&quot;008B32E8&quot;/&gt;&lt;wsp:rsid wsp:val=&quot;008B407D&quot;/&gt;&lt;wsp:rsid wsp:val=&quot;008B7A7A&quot;/&gt;&lt;wsp:rsid wsp:val=&quot;008E2EDB&quot;/&gt;&lt;wsp:rsid wsp:val=&quot;008E3FB2&quot;/&gt;&lt;wsp:rsid wsp:val=&quot;008F2E28&quot;/&gt;&lt;wsp:rsid wsp:val=&quot;008F537D&quot;/&gt;&lt;wsp:rsid wsp:val=&quot;008F5CC2&quot;/&gt;&lt;wsp:rsid wsp:val=&quot;00902612&quot;/&gt;&lt;wsp:rsid wsp:val=&quot;00912296&quot;/&gt;&lt;wsp:rsid wsp:val=&quot;009366A1&quot;/&gt;&lt;wsp:rsid wsp:val=&quot;00985328&quot;/&gt;&lt;wsp:rsid wsp:val=&quot;00997990&quot;/&gt;&lt;wsp:rsid wsp:val=&quot;009A4F98&quot;/&gt;&lt;wsp:rsid wsp:val=&quot;009E2737&quot;/&gt;&lt;wsp:rsid wsp:val=&quot;009E5426&quot;/&gt;&lt;wsp:rsid wsp:val=&quot;009F1B7D&quot;/&gt;&lt;wsp:rsid wsp:val=&quot;00A121D1&quot;/&gt;&lt;wsp:rsid wsp:val=&quot;00A5008F&quot;/&gt;&lt;wsp:rsid wsp:val=&quot;00A51747&quot;/&gt;&lt;wsp:rsid wsp:val=&quot;00A82D31&quot;/&gt;&lt;wsp:rsid wsp:val=&quot;00A83EBF&quot;/&gt;&lt;wsp:rsid wsp:val=&quot;00A847BC&quot;/&gt;&lt;wsp:rsid wsp:val=&quot;00A87DD1&quot;/&gt;&lt;wsp:rsid wsp:val=&quot;00A9075F&quot;/&gt;&lt;wsp:rsid wsp:val=&quot;00AB14B2&quot;/&gt;&lt;wsp:rsid wsp:val=&quot;00AB2983&quot;/&gt;&lt;wsp:rsid wsp:val=&quot;00AC3C9A&quot;/&gt;&lt;wsp:rsid wsp:val=&quot;00AC6F8E&quot;/&gt;&lt;wsp:rsid wsp:val=&quot;00AE499B&quot;/&gt;&lt;wsp:rsid wsp:val=&quot;00AF2BA9&quot;/&gt;&lt;wsp:rsid wsp:val=&quot;00B02D82&quot;/&gt;&lt;wsp:rsid wsp:val=&quot;00B3378A&quot;/&gt;&lt;wsp:rsid wsp:val=&quot;00B65BB6&quot;/&gt;&lt;wsp:rsid wsp:val=&quot;00B7059A&quot;/&gt;&lt;wsp:rsid wsp:val=&quot;00B755D3&quot;/&gt;&lt;wsp:rsid wsp:val=&quot;00B950ED&quot;/&gt;&lt;wsp:rsid wsp:val=&quot;00BA549E&quot;/&gt;&lt;wsp:rsid wsp:val=&quot;00BA7444&quot;/&gt;&lt;wsp:rsid wsp:val=&quot;00BC2E72&quot;/&gt;&lt;wsp:rsid wsp:val=&quot;00BF1016&quot;/&gt;&lt;wsp:rsid wsp:val=&quot;00BF69B9&quot;/&gt;&lt;wsp:rsid wsp:val=&quot;00C1040F&quot;/&gt;&lt;wsp:rsid wsp:val=&quot;00C15482&quot;/&gt;&lt;wsp:rsid wsp:val=&quot;00C21442&quot;/&gt;&lt;wsp:rsid wsp:val=&quot;00C2633A&quot;/&gt;&lt;wsp:rsid wsp:val=&quot;00C4781E&quot;/&gt;&lt;wsp:rsid wsp:val=&quot;00C47A21&quot;/&gt;&lt;wsp:rsid wsp:val=&quot;00C5688B&quot;/&gt;&lt;wsp:rsid wsp:val=&quot;00C62CE1&quot;/&gt;&lt;wsp:rsid wsp:val=&quot;00C70DFE&quot;/&gt;&lt;wsp:rsid wsp:val=&quot;00C8088A&quot;/&gt;&lt;wsp:rsid wsp:val=&quot;00CA328A&quot;/&gt;&lt;wsp:rsid wsp:val=&quot;00CC5832&quot;/&gt;&lt;wsp:rsid wsp:val=&quot;00CD50A2&quot;/&gt;&lt;wsp:rsid wsp:val=&quot;00CD7B8C&quot;/&gt;&lt;wsp:rsid wsp:val=&quot;00CE0470&quot;/&gt;&lt;wsp:rsid wsp:val=&quot;00CE4EF3&quot;/&gt;&lt;wsp:rsid wsp:val=&quot;00CF4F15&quot;/&gt;&lt;wsp:rsid wsp:val=&quot;00D1397D&quot;/&gt;&lt;wsp:rsid wsp:val=&quot;00D60F6F&quot;/&gt;&lt;wsp:rsid wsp:val=&quot;00DA78C0&quot;/&gt;&lt;wsp:rsid wsp:val=&quot;00DC11B1&quot;/&gt;&lt;wsp:rsid wsp:val=&quot;00DC4461&quot;/&gt;&lt;wsp:rsid wsp:val=&quot;00DD36E1&quot;/&gt;&lt;wsp:rsid wsp:val=&quot;00DF6C5C&quot;/&gt;&lt;wsp:rsid wsp:val=&quot;00E231C6&quot;/&gt;&lt;wsp:rsid wsp:val=&quot;00E25C7A&quot;/&gt;&lt;wsp:rsid wsp:val=&quot;00E30BF3&quot;/&gt;&lt;wsp:rsid wsp:val=&quot;00E365D2&quot;/&gt;&lt;wsp:rsid wsp:val=&quot;00E42E13&quot;/&gt;&lt;wsp:rsid wsp:val=&quot;00E66471&quot;/&gt;&lt;wsp:rsid wsp:val=&quot;00E71505&quot;/&gt;&lt;wsp:rsid wsp:val=&quot;00E8498C&quot;/&gt;&lt;wsp:rsid wsp:val=&quot;00E92089&quot;/&gt;&lt;wsp:rsid wsp:val=&quot;00E9641B&quot;/&gt;&lt;wsp:rsid wsp:val=&quot;00EA1C55&quot;/&gt;&lt;wsp:rsid wsp:val=&quot;00EB51BF&quot;/&gt;&lt;wsp:rsid wsp:val=&quot;00ED021B&quot;/&gt;&lt;wsp:rsid wsp:val=&quot;00F1562C&quot;/&gt;&lt;wsp:rsid wsp:val=&quot;00F21045&quot;/&gt;&lt;wsp:rsid wsp:val=&quot;00F265D0&quot;/&gt;&lt;wsp:rsid wsp:val=&quot;00F46D19&quot;/&gt;&lt;wsp:rsid wsp:val=&quot;00F608BE&quot;/&gt;&lt;wsp:rsid wsp:val=&quot;00F837CA&quot;/&gt;&lt;wsp:rsid wsp:val=&quot;00FA29C6&quot;/&gt;&lt;wsp:rsid wsp:val=&quot;00FA68E5&quot;/&gt;&lt;wsp:rsid wsp:val=&quot;00FB3637&quot;/&gt;&lt;wsp:rsid wsp:val=&quot;00FB5052&quot;/&gt;&lt;wsp:rsid wsp:val=&quot;00FC53B3&quot;/&gt;&lt;wsp:rsid wsp:val=&quot;00FD1276&quot;/&gt;&lt;wsp:rsid wsp:val=&quot;00FE0495&quot;/&gt;&lt;wsp:rsid wsp:val=&quot;00FE0A41&quot;/&gt;&lt;wsp:rsid wsp:val=&quot;00FF675A&quot;/&gt;&lt;/wsp:rsids&gt;&lt;/w:docPr&gt;&lt;w:body&gt;&lt;wx:sect&gt;&lt;w:p wsp:rsidR=&quot;00000000&quot; wsp:rsidRDefault=&quot;00364936&quot; wsp:rsidP=&quot;00364936&quot;&gt;&lt;m:oMathPara&gt;&lt;m:oMath&gt;&lt;m:r&gt;&lt;w:rPr&gt;&lt;w:rFonts w:ascii=&quot;Cambria Math&quot; w:h-ansi=&quot;Cambria Math&quot;/&gt;&lt;wx:font wx:val=&quot;Cambria Math&quot;/&gt;&lt;w:i/&gt;&lt;w:color w:val=&quot;000000&quot;/&gt;&lt;w:sz w:val=&quot;24&quot;/&gt;&lt;w:sz-cs w:val=&quot;24&quot;/&gt;&lt;/w:rPr&gt;&lt;m:t&gt;30¬∞, 45¬∞, 60¬∞)&lt;/m:t&gt;&lt;/m:r&gt;&lt;/m:oMath&gt;&lt;/m:oMathPara&gt;&lt;/w:p&gt;&lt;w:sectPr wsp:rsidR=&quot;00000000&quot;&gt;&lt;w:pgSz w:w=&quot;12240&quot; w:h=&quot;15840&quot;/&gt;&lt;w:pgMar w:top=&quot;1440&quot; w:right=&quot;1440&quot; w:bottom=&quot;1440&quot; w:left=&quot;1440&quot; w:header=&quot;720&quot; w:footer=&quot;720&quot; w:gutter=&quot;0&quot;/&gt;&lt;w:cols w:space=&quot;720&quot;/&gt;&lt;/w:sectPr&gt;&lt;/wx:sect&gt;&lt;/w:body&gt;&lt;/w:wordDocument&gt;">
                  <v:imagedata r:id="rId9" o:title="" chromakey="white"/>
                </v:shape>
              </w:pict>
            </w:r>
            <w:r w:rsidRPr="00B03652">
              <w:rPr>
                <w:sz w:val="20"/>
                <w:szCs w:val="20"/>
                <w:lang w:val="sq-AL"/>
              </w:rPr>
              <w:instrText xml:space="preserve"> </w:instrText>
            </w:r>
            <w:r w:rsidRPr="00B03652">
              <w:rPr>
                <w:sz w:val="20"/>
                <w:szCs w:val="20"/>
              </w:rPr>
              <w:fldChar w:fldCharType="separate"/>
            </w:r>
            <w:r w:rsidR="00D7544E" w:rsidRPr="008E3B67">
              <w:rPr>
                <w:noProof/>
                <w:position w:val="-11"/>
                <w:sz w:val="20"/>
                <w:szCs w:val="20"/>
              </w:rPr>
              <w:pict>
                <v:shape id="_x0000_i1025" type="#_x0000_t75" alt="" style="width:67.6pt;height:16.7pt;mso-width-percent:0;mso-height-percent:0;mso-width-percent:0;mso-height-percent:0" equationxml="&lt;?xml version=&quot;1.0&quot; encoding=&quot;UTF-8&quot; standalone=&quot;yes&quot;?&gt;&#13;&#10;&lt;?mso-application progid=&quot;Word.Document&quot;?&gt;&#13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doNotEmbedSystemFonts/&gt;&lt;w:defaultTabStop w:val=&quot;720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D4546&quot;/&gt;&lt;wsp:rsid wsp:val=&quot;0000017A&quot;/&gt;&lt;wsp:rsid wsp:val=&quot;00001290&quot;/&gt;&lt;wsp:rsid wsp:val=&quot;000057CB&quot;/&gt;&lt;wsp:rsid wsp:val=&quot;000472B3&quot;/&gt;&lt;wsp:rsid wsp:val=&quot;00061DF2&quot;/&gt;&lt;wsp:rsid wsp:val=&quot;0006756F&quot;/&gt;&lt;wsp:rsid wsp:val=&quot;00076ACE&quot;/&gt;&lt;wsp:rsid wsp:val=&quot;00077804&quot;/&gt;&lt;wsp:rsid wsp:val=&quot;00081B29&quot;/&gt;&lt;wsp:rsid wsp:val=&quot;000849F4&quot;/&gt;&lt;wsp:rsid wsp:val=&quot;00087218&quot;/&gt;&lt;wsp:rsid wsp:val=&quot;000F5451&quot;/&gt;&lt;wsp:rsid wsp:val=&quot;00101143&quot;/&gt;&lt;wsp:rsid wsp:val=&quot;00103079&quot;/&gt;&lt;wsp:rsid wsp:val=&quot;00107FB8&quot;/&gt;&lt;wsp:rsid wsp:val=&quot;00111682&quot;/&gt;&lt;wsp:rsid wsp:val=&quot;001238EF&quot;/&gt;&lt;wsp:rsid wsp:val=&quot;00130411&quot;/&gt;&lt;wsp:rsid wsp:val=&quot;001307D7&quot;/&gt;&lt;wsp:rsid wsp:val=&quot;001365F5&quot;/&gt;&lt;wsp:rsid wsp:val=&quot;00137D80&quot;/&gt;&lt;wsp:rsid wsp:val=&quot;001610FF&quot;/&gt;&lt;wsp:rsid wsp:val=&quot;001D4546&quot;/&gt;&lt;wsp:rsid wsp:val=&quot;001D5C72&quot;/&gt;&lt;wsp:rsid wsp:val=&quot;001D6253&quot;/&gt;&lt;wsp:rsid wsp:val=&quot;001E20D2&quot;/&gt;&lt;wsp:rsid wsp:val=&quot;001F3508&quot;/&gt;&lt;wsp:rsid wsp:val=&quot;00212B35&quot;/&gt;&lt;wsp:rsid wsp:val=&quot;00214E48&quot;/&gt;&lt;wsp:rsid wsp:val=&quot;002158E2&quot;/&gt;&lt;wsp:rsid wsp:val=&quot;00223535&quot;/&gt;&lt;wsp:rsid wsp:val=&quot;00235229&quot;/&gt;&lt;wsp:rsid wsp:val=&quot;00237738&quot;/&gt;&lt;wsp:rsid wsp:val=&quot;00237871&quot;/&gt;&lt;wsp:rsid wsp:val=&quot;00246711&quot;/&gt;&lt;wsp:rsid wsp:val=&quot;00264A22&quot;/&gt;&lt;wsp:rsid wsp:val=&quot;00267824&quot;/&gt;&lt;wsp:rsid wsp:val=&quot;0027452B&quot;/&gt;&lt;wsp:rsid wsp:val=&quot;00286441&quot;/&gt;&lt;wsp:rsid wsp:val=&quot;002866F0&quot;/&gt;&lt;wsp:rsid wsp:val=&quot;00286F31&quot;/&gt;&lt;wsp:rsid wsp:val=&quot;002943B4&quot;/&gt;&lt;wsp:rsid wsp:val=&quot;0029585E&quot;/&gt;&lt;wsp:rsid wsp:val=&quot;00297CC8&quot;/&gt;&lt;wsp:rsid wsp:val=&quot;002A5E57&quot;/&gt;&lt;wsp:rsid wsp:val=&quot;002D1FC2&quot;/&gt;&lt;wsp:rsid wsp:val=&quot;002D26FE&quot;/&gt;&lt;wsp:rsid wsp:val=&quot;002E3909&quot;/&gt;&lt;wsp:rsid wsp:val=&quot;002F1A88&quot;/&gt;&lt;wsp:rsid wsp:val=&quot;003047D7&quot;/&gt;&lt;wsp:rsid wsp:val=&quot;00323F79&quot;/&gt;&lt;wsp:rsid wsp:val=&quot;0033429A&quot;/&gt;&lt;wsp:rsid wsp:val=&quot;00342683&quot;/&gt;&lt;wsp:rsid wsp:val=&quot;00350CDD&quot;/&gt;&lt;wsp:rsid wsp:val=&quot;00353284&quot;/&gt;&lt;wsp:rsid wsp:val=&quot;00353BF4&quot;/&gt;&lt;wsp:rsid wsp:val=&quot;00364936&quot;/&gt;&lt;wsp:rsid wsp:val=&quot;00370378&quot;/&gt;&lt;wsp:rsid wsp:val=&quot;00370777&quot;/&gt;&lt;wsp:rsid wsp:val=&quot;00370ED1&quot;/&gt;&lt;wsp:rsid wsp:val=&quot;00371D69&quot;/&gt;&lt;wsp:rsid wsp:val=&quot;00376F28&quot;/&gt;&lt;wsp:rsid wsp:val=&quot;0039227C&quot;/&gt;&lt;wsp:rsid wsp:val=&quot;003A5E62&quot;/&gt;&lt;wsp:rsid wsp:val=&quot;003E444F&quot;/&gt;&lt;wsp:rsid wsp:val=&quot;003F6DA1&quot;/&gt;&lt;wsp:rsid wsp:val=&quot;003F7910&quot;/&gt;&lt;wsp:rsid wsp:val=&quot;004005DB&quot;/&gt;&lt;wsp:rsid wsp:val=&quot;00424C10&quot;/&gt;&lt;wsp:rsid wsp:val=&quot;00451512&quot;/&gt;&lt;wsp:rsid wsp:val=&quot;004516DA&quot;/&gt;&lt;wsp:rsid wsp:val=&quot;00455035&quot;/&gt;&lt;wsp:rsid wsp:val=&quot;00467634&quot;/&gt;&lt;wsp:rsid wsp:val=&quot;00482313&quot;/&gt;&lt;wsp:rsid wsp:val=&quot;00482F79&quot;/&gt;&lt;wsp:rsid wsp:val=&quot;00484408&quot;/&gt;&lt;wsp:rsid wsp:val=&quot;004876E1&quot;/&gt;&lt;wsp:rsid wsp:val=&quot;004901B0&quot;/&gt;&lt;wsp:rsid wsp:val=&quot;0049799C&quot;/&gt;&lt;wsp:rsid wsp:val=&quot;004D1C90&quot;/&gt;&lt;wsp:rsid wsp:val=&quot;004F691F&quot;/&gt;&lt;wsp:rsid wsp:val=&quot;00504CE9&quot;/&gt;&lt;wsp:rsid wsp:val=&quot;0051150A&quot;/&gt;&lt;wsp:rsid wsp:val=&quot;00511BFC&quot;/&gt;&lt;wsp:rsid wsp:val=&quot;005156CD&quot;/&gt;&lt;wsp:rsid wsp:val=&quot;00516E3B&quot;/&gt;&lt;wsp:rsid wsp:val=&quot;0052301D&quot;/&gt;&lt;wsp:rsid wsp:val=&quot;00526504&quot;/&gt;&lt;wsp:rsid wsp:val=&quot;0052726A&quot;/&gt;&lt;wsp:rsid wsp:val=&quot;00547025&quot;/&gt;&lt;wsp:rsid wsp:val=&quot;00570310&quot;/&gt;&lt;wsp:rsid wsp:val=&quot;00572589&quot;/&gt;&lt;wsp:rsid wsp:val=&quot;00572E7E&quot;/&gt;&lt;wsp:rsid wsp:val=&quot;005877F8&quot;/&gt;&lt;wsp:rsid wsp:val=&quot;005923CC&quot;/&gt;&lt;wsp:rsid wsp:val=&quot;005A6319&quot;/&gt;&lt;wsp:rsid wsp:val=&quot;005C305E&quot;/&gt;&lt;wsp:rsid wsp:val=&quot;005D01BE&quot;/&gt;&lt;wsp:rsid wsp:val=&quot;005D6B66&quot;/&gt;&lt;wsp:rsid wsp:val=&quot;005E2983&quot;/&gt;&lt;wsp:rsid wsp:val=&quot;005E4C1A&quot;/&gt;&lt;wsp:rsid wsp:val=&quot;005F50EA&quot;/&gt;&lt;wsp:rsid wsp:val=&quot;005F533C&quot;/&gt;&lt;wsp:rsid wsp:val=&quot;006005FB&quot;/&gt;&lt;wsp:rsid wsp:val=&quot;0060199C&quot;/&gt;&lt;wsp:rsid wsp:val=&quot;006149C9&quot;/&gt;&lt;wsp:rsid wsp:val=&quot;00616AE0&quot;/&gt;&lt;wsp:rsid wsp:val=&quot;00617F40&quot;/&gt;&lt;wsp:rsid wsp:val=&quot;0063321D&quot;/&gt;&lt;wsp:rsid wsp:val=&quot;00633BB6&quot;/&gt;&lt;wsp:rsid wsp:val=&quot;00646B47&quot;/&gt;&lt;wsp:rsid wsp:val=&quot;00666CA1&quot;/&gt;&lt;wsp:rsid wsp:val=&quot;006B45B9&quot;/&gt;&lt;wsp:rsid wsp:val=&quot;006B5470&quot;/&gt;&lt;wsp:rsid wsp:val=&quot;006E082D&quot;/&gt;&lt;wsp:rsid wsp:val=&quot;007046F7&quot;/&gt;&lt;wsp:rsid wsp:val=&quot;00732158&quot;/&gt;&lt;wsp:rsid wsp:val=&quot;0073369B&quot;/&gt;&lt;wsp:rsid wsp:val=&quot;00733D47&quot;/&gt;&lt;wsp:rsid wsp:val=&quot;00746279&quot;/&gt;&lt;wsp:rsid wsp:val=&quot;007838E3&quot;/&gt;&lt;wsp:rsid wsp:val=&quot;007864E3&quot;/&gt;&lt;wsp:rsid wsp:val=&quot;007C71A2&quot;/&gt;&lt;wsp:rsid wsp:val=&quot;007D3DD7&quot;/&gt;&lt;wsp:rsid wsp:val=&quot;007F5E9F&quot;/&gt;&lt;wsp:rsid wsp:val=&quot;007F7DB4&quot;/&gt;&lt;wsp:rsid wsp:val=&quot;00802C7B&quot;/&gt;&lt;wsp:rsid wsp:val=&quot;00812364&quot;/&gt;&lt;wsp:rsid wsp:val=&quot;0081581A&quot;/&gt;&lt;wsp:rsid wsp:val=&quot;0082771A&quot;/&gt;&lt;wsp:rsid wsp:val=&quot;00865376&quot;/&gt;&lt;wsp:rsid wsp:val=&quot;00867A64&quot;/&gt;&lt;wsp:rsid wsp:val=&quot;008A748C&quot;/&gt;&lt;wsp:rsid wsp:val=&quot;008B32E8&quot;/&gt;&lt;wsp:rsid wsp:val=&quot;008B407D&quot;/&gt;&lt;wsp:rsid wsp:val=&quot;008B7A7A&quot;/&gt;&lt;wsp:rsid wsp:val=&quot;008E2EDB&quot;/&gt;&lt;wsp:rsid wsp:val=&quot;008E3FB2&quot;/&gt;&lt;wsp:rsid wsp:val=&quot;008F2E28&quot;/&gt;&lt;wsp:rsid wsp:val=&quot;008F537D&quot;/&gt;&lt;wsp:rsid wsp:val=&quot;008F5CC2&quot;/&gt;&lt;wsp:rsid wsp:val=&quot;00902612&quot;/&gt;&lt;wsp:rsid wsp:val=&quot;00912296&quot;/&gt;&lt;wsp:rsid wsp:val=&quot;009366A1&quot;/&gt;&lt;wsp:rsid wsp:val=&quot;00985328&quot;/&gt;&lt;wsp:rsid wsp:val=&quot;00997990&quot;/&gt;&lt;wsp:rsid wsp:val=&quot;009A4F98&quot;/&gt;&lt;wsp:rsid wsp:val=&quot;009E2737&quot;/&gt;&lt;wsp:rsid wsp:val=&quot;009E5426&quot;/&gt;&lt;wsp:rsid wsp:val=&quot;009F1B7D&quot;/&gt;&lt;wsp:rsid wsp:val=&quot;00A121D1&quot;/&gt;&lt;wsp:rsid wsp:val=&quot;00A5008F&quot;/&gt;&lt;wsp:rsid wsp:val=&quot;00A51747&quot;/&gt;&lt;wsp:rsid wsp:val=&quot;00A82D31&quot;/&gt;&lt;wsp:rsid wsp:val=&quot;00A83EBF&quot;/&gt;&lt;wsp:rsid wsp:val=&quot;00A847BC&quot;/&gt;&lt;wsp:rsid wsp:val=&quot;00A87DD1&quot;/&gt;&lt;wsp:rsid wsp:val=&quot;00A9075F&quot;/&gt;&lt;wsp:rsid wsp:val=&quot;00AB14B2&quot;/&gt;&lt;wsp:rsid wsp:val=&quot;00AB2983&quot;/&gt;&lt;wsp:rsid wsp:val=&quot;00AC3C9A&quot;/&gt;&lt;wsp:rsid wsp:val=&quot;00AC6F8E&quot;/&gt;&lt;wsp:rsid wsp:val=&quot;00AE499B&quot;/&gt;&lt;wsp:rsid wsp:val=&quot;00AF2BA9&quot;/&gt;&lt;wsp:rsid wsp:val=&quot;00B02D82&quot;/&gt;&lt;wsp:rsid wsp:val=&quot;00B3378A&quot;/&gt;&lt;wsp:rsid wsp:val=&quot;00B65BB6&quot;/&gt;&lt;wsp:rsid wsp:val=&quot;00B7059A&quot;/&gt;&lt;wsp:rsid wsp:val=&quot;00B755D3&quot;/&gt;&lt;wsp:rsid wsp:val=&quot;00B950ED&quot;/&gt;&lt;wsp:rsid wsp:val=&quot;00BA549E&quot;/&gt;&lt;wsp:rsid wsp:val=&quot;00BA7444&quot;/&gt;&lt;wsp:rsid wsp:val=&quot;00BC2E72&quot;/&gt;&lt;wsp:rsid wsp:val=&quot;00BF1016&quot;/&gt;&lt;wsp:rsid wsp:val=&quot;00BF69B9&quot;/&gt;&lt;wsp:rsid wsp:val=&quot;00C1040F&quot;/&gt;&lt;wsp:rsid wsp:val=&quot;00C15482&quot;/&gt;&lt;wsp:rsid wsp:val=&quot;00C21442&quot;/&gt;&lt;wsp:rsid wsp:val=&quot;00C2633A&quot;/&gt;&lt;wsp:rsid wsp:val=&quot;00C4781E&quot;/&gt;&lt;wsp:rsid wsp:val=&quot;00C47A21&quot;/&gt;&lt;wsp:rsid wsp:val=&quot;00C5688B&quot;/&gt;&lt;wsp:rsid wsp:val=&quot;00C62CE1&quot;/&gt;&lt;wsp:rsid wsp:val=&quot;00C70DFE&quot;/&gt;&lt;wsp:rsid wsp:val=&quot;00C8088A&quot;/&gt;&lt;wsp:rsid wsp:val=&quot;00CA328A&quot;/&gt;&lt;wsp:rsid wsp:val=&quot;00CC5832&quot;/&gt;&lt;wsp:rsid wsp:val=&quot;00CD50A2&quot;/&gt;&lt;wsp:rsid wsp:val=&quot;00CD7B8C&quot;/&gt;&lt;wsp:rsid wsp:val=&quot;00CE0470&quot;/&gt;&lt;wsp:rsid wsp:val=&quot;00CE4EF3&quot;/&gt;&lt;wsp:rsid wsp:val=&quot;00CF4F15&quot;/&gt;&lt;wsp:rsid wsp:val=&quot;00D1397D&quot;/&gt;&lt;wsp:rsid wsp:val=&quot;00D60F6F&quot;/&gt;&lt;wsp:rsid wsp:val=&quot;00DA78C0&quot;/&gt;&lt;wsp:rsid wsp:val=&quot;00DC11B1&quot;/&gt;&lt;wsp:rsid wsp:val=&quot;00DC4461&quot;/&gt;&lt;wsp:rsid wsp:val=&quot;00DD36E1&quot;/&gt;&lt;wsp:rsid wsp:val=&quot;00DF6C5C&quot;/&gt;&lt;wsp:rsid wsp:val=&quot;00E231C6&quot;/&gt;&lt;wsp:rsid wsp:val=&quot;00E25C7A&quot;/&gt;&lt;wsp:rsid wsp:val=&quot;00E30BF3&quot;/&gt;&lt;wsp:rsid wsp:val=&quot;00E365D2&quot;/&gt;&lt;wsp:rsid wsp:val=&quot;00E42E13&quot;/&gt;&lt;wsp:rsid wsp:val=&quot;00E66471&quot;/&gt;&lt;wsp:rsid wsp:val=&quot;00E71505&quot;/&gt;&lt;wsp:rsid wsp:val=&quot;00E8498C&quot;/&gt;&lt;wsp:rsid wsp:val=&quot;00E92089&quot;/&gt;&lt;wsp:rsid wsp:val=&quot;00E9641B&quot;/&gt;&lt;wsp:rsid wsp:val=&quot;00EA1C55&quot;/&gt;&lt;wsp:rsid wsp:val=&quot;00EB51BF&quot;/&gt;&lt;wsp:rsid wsp:val=&quot;00ED021B&quot;/&gt;&lt;wsp:rsid wsp:val=&quot;00F1562C&quot;/&gt;&lt;wsp:rsid wsp:val=&quot;00F21045&quot;/&gt;&lt;wsp:rsid wsp:val=&quot;00F265D0&quot;/&gt;&lt;wsp:rsid wsp:val=&quot;00F46D19&quot;/&gt;&lt;wsp:rsid wsp:val=&quot;00F608BE&quot;/&gt;&lt;wsp:rsid wsp:val=&quot;00F837CA&quot;/&gt;&lt;wsp:rsid wsp:val=&quot;00FA29C6&quot;/&gt;&lt;wsp:rsid wsp:val=&quot;00FA68E5&quot;/&gt;&lt;wsp:rsid wsp:val=&quot;00FB3637&quot;/&gt;&lt;wsp:rsid wsp:val=&quot;00FB5052&quot;/&gt;&lt;wsp:rsid wsp:val=&quot;00FC53B3&quot;/&gt;&lt;wsp:rsid wsp:val=&quot;00FD1276&quot;/&gt;&lt;wsp:rsid wsp:val=&quot;00FE0495&quot;/&gt;&lt;wsp:rsid wsp:val=&quot;00FE0A41&quot;/&gt;&lt;wsp:rsid wsp:val=&quot;00FF675A&quot;/&gt;&lt;/wsp:rsids&gt;&lt;/w:docPr&gt;&lt;w:body&gt;&lt;wx:sect&gt;&lt;w:p wsp:rsidR=&quot;00000000&quot; wsp:rsidRDefault=&quot;00364936&quot; wsp:rsidP=&quot;00364936&quot;&gt;&lt;m:oMathPara&gt;&lt;m:oMath&gt;&lt;m:r&gt;&lt;w:rPr&gt;&lt;w:rFonts w:ascii=&quot;Cambria Math&quot; w:h-ansi=&quot;Cambria Math&quot;/&gt;&lt;wx:font wx:val=&quot;Cambria Math&quot;/&gt;&lt;w:i/&gt;&lt;w:color w:val=&quot;000000&quot;/&gt;&lt;w:sz w:val=&quot;24&quot;/&gt;&lt;w:sz-cs w:val=&quot;24&quot;/&gt;&lt;/w:rPr&gt;&lt;m:t&gt;30¬∞, 45¬∞, 60¬∞)&lt;/m:t&gt;&lt;/m:r&gt;&lt;/m:oMath&gt;&lt;/m:oMathPara&gt;&lt;/w:p&gt;&lt;w:sectPr wsp:rsidR=&quot;00000000&quot;&gt;&lt;w:pgSz w:w=&quot;12240&quot; w:h=&quot;15840&quot;/&gt;&lt;w:pgMar w:top=&quot;1440&quot; w:right=&quot;1440&quot; w:bottom=&quot;1440&quot; w:left=&quot;1440&quot; w:header=&quot;720&quot; w:footer=&quot;720&quot; w:gutter=&quot;0&quot;/&gt;&lt;w:cols w:space=&quot;720&quot;/&gt;&lt;/w:sectPr&gt;&lt;/wx:sect&gt;&lt;/w:body&gt;&lt;/w:wordDocument&gt;">
                  <v:imagedata r:id="rId9" o:title="" chromakey="white"/>
                </v:shape>
              </w:pict>
            </w:r>
            <w:r w:rsidRPr="00B03652">
              <w:rPr>
                <w:sz w:val="20"/>
                <w:szCs w:val="20"/>
              </w:rPr>
              <w:fldChar w:fldCharType="end"/>
            </w:r>
            <w:r w:rsidRPr="00B03652">
              <w:rPr>
                <w:sz w:val="20"/>
                <w:szCs w:val="20"/>
                <w:lang w:val="sq-AL"/>
              </w:rPr>
              <w:t>;</w:t>
            </w:r>
          </w:p>
          <w:p w:rsidR="008E3B67" w:rsidRPr="00B03652" w:rsidRDefault="008E3B67" w:rsidP="008E3B67">
            <w:pPr>
              <w:pStyle w:val="ListParagraph"/>
              <w:numPr>
                <w:ilvl w:val="0"/>
                <w:numId w:val="40"/>
              </w:numPr>
              <w:spacing w:before="120" w:after="120"/>
              <w:ind w:left="306" w:hanging="142"/>
              <w:rPr>
                <w:sz w:val="20"/>
                <w:szCs w:val="20"/>
                <w:lang w:val="sq-AL"/>
              </w:rPr>
            </w:pPr>
            <w:r w:rsidRPr="00B03652">
              <w:rPr>
                <w:sz w:val="20"/>
                <w:szCs w:val="20"/>
              </w:rPr>
              <w:t>Cakton funksionet trigonometrike të këndeve komplementare;</w:t>
            </w:r>
          </w:p>
          <w:p w:rsidR="008E3B67" w:rsidRPr="00B03652" w:rsidRDefault="008E3B67" w:rsidP="008E3B67">
            <w:pPr>
              <w:pStyle w:val="ListParagraph"/>
              <w:numPr>
                <w:ilvl w:val="0"/>
                <w:numId w:val="40"/>
              </w:numPr>
              <w:spacing w:before="120" w:after="120"/>
              <w:ind w:left="306" w:hanging="142"/>
              <w:rPr>
                <w:sz w:val="20"/>
                <w:szCs w:val="20"/>
              </w:rPr>
            </w:pPr>
            <w:r w:rsidRPr="00B03652">
              <w:rPr>
                <w:sz w:val="20"/>
                <w:szCs w:val="20"/>
              </w:rPr>
              <w:t>Vërteton dhe zbaton identitetet  themelore trigonometrike;</w:t>
            </w:r>
          </w:p>
          <w:p w:rsidR="00516D86" w:rsidRPr="00B03652" w:rsidRDefault="008E3B67" w:rsidP="008E3B67">
            <w:pPr>
              <w:pStyle w:val="ListParagraph"/>
              <w:numPr>
                <w:ilvl w:val="0"/>
                <w:numId w:val="40"/>
              </w:numPr>
              <w:ind w:left="306" w:hanging="142"/>
              <w:rPr>
                <w:sz w:val="20"/>
                <w:szCs w:val="20"/>
              </w:rPr>
            </w:pPr>
            <w:r w:rsidRPr="00B03652">
              <w:rPr>
                <w:sz w:val="20"/>
                <w:szCs w:val="20"/>
                <w:lang w:val="sq-AL"/>
              </w:rPr>
              <w:t>Zbaton kuptimet elementare të trigonometrisë te detyrat  problemore me trekëndësh kënddrejtë.</w:t>
            </w:r>
          </w:p>
          <w:p w:rsidR="00516D86" w:rsidRPr="00B03652" w:rsidRDefault="00516D86">
            <w:pPr>
              <w:rPr>
                <w:sz w:val="20"/>
                <w:szCs w:val="20"/>
              </w:rPr>
            </w:pPr>
          </w:p>
          <w:p w:rsidR="00516D86" w:rsidRPr="00B03652" w:rsidRDefault="00000000">
            <w:pPr>
              <w:rPr>
                <w:sz w:val="20"/>
                <w:szCs w:val="20"/>
                <w:lang w:val="de-DE"/>
              </w:rPr>
            </w:pPr>
            <w:r w:rsidRPr="00B03652">
              <w:rPr>
                <w:rFonts w:eastAsia="Arial"/>
                <w:sz w:val="20"/>
                <w:szCs w:val="20"/>
                <w:lang w:val="de-DE"/>
              </w:rPr>
              <w:t>TEMA 10 – TË DHËNAT DHE PROBABILITETI:</w:t>
            </w:r>
          </w:p>
          <w:p w:rsidR="00B03652" w:rsidRPr="00B03652" w:rsidRDefault="00B03652" w:rsidP="00B03652">
            <w:pPr>
              <w:numPr>
                <w:ilvl w:val="0"/>
                <w:numId w:val="42"/>
              </w:numPr>
              <w:ind w:left="306" w:hanging="142"/>
              <w:rPr>
                <w:sz w:val="20"/>
                <w:szCs w:val="20"/>
              </w:rPr>
            </w:pPr>
            <w:r w:rsidRPr="00B03652">
              <w:rPr>
                <w:sz w:val="20"/>
                <w:szCs w:val="20"/>
              </w:rPr>
              <w:t>Përcakton populacionin dhe mostrën gjatë një hulumtimi;</w:t>
            </w:r>
          </w:p>
          <w:p w:rsidR="00B03652" w:rsidRPr="00B03652" w:rsidRDefault="00B03652" w:rsidP="00B03652">
            <w:pPr>
              <w:numPr>
                <w:ilvl w:val="0"/>
                <w:numId w:val="42"/>
              </w:numPr>
              <w:ind w:left="306" w:hanging="142"/>
              <w:rPr>
                <w:sz w:val="20"/>
                <w:szCs w:val="20"/>
              </w:rPr>
            </w:pPr>
            <w:r w:rsidRPr="00B03652">
              <w:rPr>
                <w:sz w:val="20"/>
                <w:szCs w:val="20"/>
              </w:rPr>
              <w:t xml:space="preserve">Interpreton në forma të ndryshme të dhënat statistikore (liston rezultatet, i paraqet në formë tabelare dhe me diagrame në forma të ndryshme duke i vizatuar në fletore ose duke përdorur teknologjinë-programet aplikative) dhe përcakton vlerat mesatare të tyre (vlerën mesatare, modën dhe </w:t>
            </w:r>
            <w:r w:rsidRPr="00B03652">
              <w:rPr>
                <w:sz w:val="20"/>
                <w:szCs w:val="20"/>
              </w:rPr>
              <w:lastRenderedPageBreak/>
              <w:t>medianën);</w:t>
            </w:r>
          </w:p>
          <w:p w:rsidR="00B03652" w:rsidRPr="00B03652" w:rsidRDefault="00B03652" w:rsidP="00B03652">
            <w:pPr>
              <w:numPr>
                <w:ilvl w:val="0"/>
                <w:numId w:val="42"/>
              </w:numPr>
              <w:ind w:left="306" w:hanging="142"/>
              <w:rPr>
                <w:sz w:val="20"/>
                <w:szCs w:val="20"/>
              </w:rPr>
            </w:pPr>
            <w:r w:rsidRPr="00B03652">
              <w:rPr>
                <w:sz w:val="20"/>
                <w:szCs w:val="20"/>
              </w:rPr>
              <w:t xml:space="preserve">Klasifikon ngjarjet e provave dhe i llogaritë ato; </w:t>
            </w:r>
          </w:p>
          <w:p w:rsidR="00B03652" w:rsidRPr="00B03652" w:rsidRDefault="00B03652" w:rsidP="00B03652">
            <w:pPr>
              <w:numPr>
                <w:ilvl w:val="0"/>
                <w:numId w:val="42"/>
              </w:numPr>
              <w:ind w:left="306" w:hanging="142"/>
              <w:rPr>
                <w:sz w:val="20"/>
                <w:szCs w:val="20"/>
                <w:lang w:val="de-DE"/>
              </w:rPr>
            </w:pPr>
            <w:proofErr w:type="spellStart"/>
            <w:r w:rsidRPr="00B03652">
              <w:rPr>
                <w:sz w:val="20"/>
                <w:szCs w:val="20"/>
                <w:lang w:val="de-DE"/>
              </w:rPr>
              <w:t>Interpreton</w:t>
            </w:r>
            <w:proofErr w:type="spellEnd"/>
            <w:r w:rsidRPr="00B03652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03652">
              <w:rPr>
                <w:sz w:val="20"/>
                <w:szCs w:val="20"/>
                <w:lang w:val="de-DE"/>
              </w:rPr>
              <w:t>përkufizimin</w:t>
            </w:r>
            <w:proofErr w:type="spellEnd"/>
            <w:r w:rsidRPr="00B03652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03652">
              <w:rPr>
                <w:sz w:val="20"/>
                <w:szCs w:val="20"/>
                <w:lang w:val="de-DE"/>
              </w:rPr>
              <w:t>klasik</w:t>
            </w:r>
            <w:proofErr w:type="spellEnd"/>
            <w:r w:rsidRPr="00B03652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03652">
              <w:rPr>
                <w:sz w:val="20"/>
                <w:szCs w:val="20"/>
                <w:lang w:val="de-DE"/>
              </w:rPr>
              <w:t>dhe</w:t>
            </w:r>
            <w:proofErr w:type="spellEnd"/>
            <w:r w:rsidRPr="00B03652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03652">
              <w:rPr>
                <w:sz w:val="20"/>
                <w:szCs w:val="20"/>
                <w:lang w:val="de-DE"/>
              </w:rPr>
              <w:t>statistikor</w:t>
            </w:r>
            <w:proofErr w:type="spellEnd"/>
            <w:r w:rsidRPr="00B03652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03652">
              <w:rPr>
                <w:sz w:val="20"/>
                <w:szCs w:val="20"/>
                <w:lang w:val="de-DE"/>
              </w:rPr>
              <w:t>të</w:t>
            </w:r>
            <w:proofErr w:type="spellEnd"/>
            <w:r w:rsidRPr="00B03652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03652">
              <w:rPr>
                <w:sz w:val="20"/>
                <w:szCs w:val="20"/>
                <w:lang w:val="de-DE"/>
              </w:rPr>
              <w:t>probabilitetit</w:t>
            </w:r>
            <w:proofErr w:type="spellEnd"/>
            <w:r w:rsidRPr="00B03652">
              <w:rPr>
                <w:sz w:val="20"/>
                <w:szCs w:val="20"/>
                <w:lang w:val="de-DE"/>
              </w:rPr>
              <w:t>;</w:t>
            </w:r>
          </w:p>
          <w:p w:rsidR="00516D86" w:rsidRPr="00B03652" w:rsidRDefault="00B03652" w:rsidP="00B03652">
            <w:pPr>
              <w:numPr>
                <w:ilvl w:val="0"/>
                <w:numId w:val="42"/>
              </w:numPr>
              <w:ind w:left="306" w:hanging="142"/>
              <w:rPr>
                <w:sz w:val="20"/>
                <w:szCs w:val="20"/>
                <w:lang w:val="de-DE"/>
              </w:rPr>
            </w:pPr>
            <w:proofErr w:type="spellStart"/>
            <w:r w:rsidRPr="00B03652">
              <w:rPr>
                <w:sz w:val="20"/>
                <w:szCs w:val="20"/>
                <w:lang w:val="de-DE"/>
              </w:rPr>
              <w:t>Identifikon</w:t>
            </w:r>
            <w:proofErr w:type="spellEnd"/>
            <w:r w:rsidRPr="00B03652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03652">
              <w:rPr>
                <w:sz w:val="20"/>
                <w:szCs w:val="20"/>
                <w:lang w:val="de-DE"/>
              </w:rPr>
              <w:t>vetitë</w:t>
            </w:r>
            <w:proofErr w:type="spellEnd"/>
            <w:r w:rsidRPr="00B03652">
              <w:rPr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B03652">
              <w:rPr>
                <w:sz w:val="20"/>
                <w:szCs w:val="20"/>
                <w:lang w:val="de-DE"/>
              </w:rPr>
              <w:t>probabilitetit</w:t>
            </w:r>
            <w:proofErr w:type="spellEnd"/>
            <w:r w:rsidRPr="00B03652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03652">
              <w:rPr>
                <w:sz w:val="20"/>
                <w:szCs w:val="20"/>
                <w:lang w:val="de-DE"/>
              </w:rPr>
              <w:t>dhe</w:t>
            </w:r>
            <w:proofErr w:type="spellEnd"/>
            <w:r w:rsidRPr="00B03652">
              <w:rPr>
                <w:sz w:val="20"/>
                <w:szCs w:val="20"/>
                <w:lang w:val="de-DE"/>
              </w:rPr>
              <w:t xml:space="preserve"> i </w:t>
            </w:r>
            <w:proofErr w:type="spellStart"/>
            <w:proofErr w:type="gramStart"/>
            <w:r w:rsidRPr="00B03652">
              <w:rPr>
                <w:sz w:val="20"/>
                <w:szCs w:val="20"/>
                <w:lang w:val="de-DE"/>
              </w:rPr>
              <w:t>zbaton</w:t>
            </w:r>
            <w:proofErr w:type="spellEnd"/>
            <w:r w:rsidRPr="00B03652">
              <w:rPr>
                <w:sz w:val="20"/>
                <w:szCs w:val="20"/>
                <w:lang w:val="de-DE"/>
              </w:rPr>
              <w:t xml:space="preserve">  </w:t>
            </w:r>
            <w:proofErr w:type="spellStart"/>
            <w:r w:rsidRPr="00B03652">
              <w:rPr>
                <w:sz w:val="20"/>
                <w:szCs w:val="20"/>
                <w:lang w:val="de-DE"/>
              </w:rPr>
              <w:t>ato</w:t>
            </w:r>
            <w:proofErr w:type="spellEnd"/>
            <w:proofErr w:type="gramEnd"/>
            <w:r w:rsidRPr="00B03652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03652">
              <w:rPr>
                <w:sz w:val="20"/>
                <w:szCs w:val="20"/>
                <w:lang w:val="de-DE"/>
              </w:rPr>
              <w:t>gjatë</w:t>
            </w:r>
            <w:proofErr w:type="spellEnd"/>
            <w:r w:rsidRPr="00B03652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03652">
              <w:rPr>
                <w:sz w:val="20"/>
                <w:szCs w:val="20"/>
                <w:lang w:val="de-DE"/>
              </w:rPr>
              <w:t>zgjidhjes</w:t>
            </w:r>
            <w:proofErr w:type="spellEnd"/>
            <w:r w:rsidRPr="00B03652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03652">
              <w:rPr>
                <w:sz w:val="20"/>
                <w:szCs w:val="20"/>
                <w:lang w:val="de-DE"/>
              </w:rPr>
              <w:t>së</w:t>
            </w:r>
            <w:proofErr w:type="spellEnd"/>
            <w:r w:rsidRPr="00B03652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03652">
              <w:rPr>
                <w:sz w:val="20"/>
                <w:szCs w:val="20"/>
                <w:lang w:val="de-DE"/>
              </w:rPr>
              <w:t>problemeve</w:t>
            </w:r>
            <w:proofErr w:type="spellEnd"/>
            <w:r w:rsidRPr="00B03652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03652">
              <w:rPr>
                <w:sz w:val="20"/>
                <w:szCs w:val="20"/>
                <w:lang w:val="de-DE"/>
              </w:rPr>
              <w:t>matematikore</w:t>
            </w:r>
            <w:proofErr w:type="spellEnd"/>
            <w:r w:rsidRPr="00B03652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03652">
              <w:rPr>
                <w:sz w:val="20"/>
                <w:szCs w:val="20"/>
                <w:lang w:val="de-DE"/>
              </w:rPr>
              <w:t>dhe</w:t>
            </w:r>
            <w:proofErr w:type="spellEnd"/>
            <w:r w:rsidRPr="00B03652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03652">
              <w:rPr>
                <w:sz w:val="20"/>
                <w:szCs w:val="20"/>
                <w:lang w:val="de-DE"/>
              </w:rPr>
              <w:t>atyre</w:t>
            </w:r>
            <w:proofErr w:type="spellEnd"/>
            <w:r w:rsidRPr="00B03652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03652">
              <w:rPr>
                <w:sz w:val="20"/>
                <w:szCs w:val="20"/>
                <w:lang w:val="de-DE"/>
              </w:rPr>
              <w:t>nga</w:t>
            </w:r>
            <w:proofErr w:type="spellEnd"/>
            <w:r w:rsidRPr="00B03652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03652">
              <w:rPr>
                <w:sz w:val="20"/>
                <w:szCs w:val="20"/>
                <w:lang w:val="de-DE"/>
              </w:rPr>
              <w:t>situata</w:t>
            </w:r>
            <w:proofErr w:type="spellEnd"/>
            <w:r w:rsidRPr="00B03652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03652">
              <w:rPr>
                <w:sz w:val="20"/>
                <w:szCs w:val="20"/>
                <w:lang w:val="de-DE"/>
              </w:rPr>
              <w:t>jetësore</w:t>
            </w:r>
            <w:proofErr w:type="spellEnd"/>
            <w:r w:rsidRPr="00B03652">
              <w:rPr>
                <w:sz w:val="20"/>
                <w:szCs w:val="20"/>
                <w:lang w:val="de-DE"/>
              </w:rPr>
              <w:t>.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E3B67" w:rsidRPr="00B03652" w:rsidRDefault="008E3B67">
            <w:pPr>
              <w:rPr>
                <w:rFonts w:eastAsia="Arial"/>
                <w:sz w:val="20"/>
                <w:szCs w:val="20"/>
                <w:lang w:val="de-DE"/>
              </w:rPr>
            </w:pPr>
            <w:r w:rsidRPr="00B03652">
              <w:rPr>
                <w:rFonts w:eastAsia="Arial"/>
                <w:sz w:val="20"/>
                <w:szCs w:val="20"/>
                <w:lang w:val="de-DE"/>
              </w:rPr>
              <w:lastRenderedPageBreak/>
              <w:t>TEMA 9:</w:t>
            </w:r>
          </w:p>
          <w:p w:rsidR="008E3B67" w:rsidRPr="00B03652" w:rsidRDefault="008E3B67">
            <w:pPr>
              <w:rPr>
                <w:rFonts w:eastAsia="Arial"/>
                <w:sz w:val="20"/>
                <w:szCs w:val="20"/>
              </w:rPr>
            </w:pPr>
          </w:p>
          <w:p w:rsidR="00516D86" w:rsidRPr="00B03652" w:rsidRDefault="00000000">
            <w:pPr>
              <w:rPr>
                <w:sz w:val="20"/>
                <w:szCs w:val="20"/>
              </w:rPr>
            </w:pPr>
            <w:r w:rsidRPr="00B03652">
              <w:rPr>
                <w:rFonts w:eastAsia="Arial"/>
                <w:sz w:val="20"/>
                <w:szCs w:val="20"/>
              </w:rPr>
              <w:t>1. Matja e këndeve dhe harqeve</w:t>
            </w:r>
          </w:p>
          <w:p w:rsidR="00516D86" w:rsidRPr="00B03652" w:rsidRDefault="00000000">
            <w:pPr>
              <w:rPr>
                <w:sz w:val="20"/>
                <w:szCs w:val="20"/>
              </w:rPr>
            </w:pPr>
            <w:r w:rsidRPr="00B03652">
              <w:rPr>
                <w:rFonts w:eastAsia="Arial"/>
                <w:sz w:val="20"/>
                <w:szCs w:val="20"/>
              </w:rPr>
              <w:t>2. Përkufizimet e funksioneve trigonometrike të këndit të ngushtë</w:t>
            </w:r>
          </w:p>
          <w:p w:rsidR="00516D86" w:rsidRPr="00B03652" w:rsidRDefault="00000000">
            <w:pPr>
              <w:rPr>
                <w:sz w:val="20"/>
                <w:szCs w:val="20"/>
              </w:rPr>
            </w:pPr>
            <w:r w:rsidRPr="00B03652">
              <w:rPr>
                <w:rFonts w:eastAsia="Arial"/>
                <w:sz w:val="20"/>
                <w:szCs w:val="20"/>
              </w:rPr>
              <w:t>3. Lidhjet e funksioneve trigonometrike të këndit të ngushtë</w:t>
            </w:r>
          </w:p>
          <w:p w:rsidR="00516D86" w:rsidRPr="00B03652" w:rsidRDefault="00000000">
            <w:pPr>
              <w:rPr>
                <w:rFonts w:eastAsia="Arial"/>
                <w:sz w:val="20"/>
                <w:szCs w:val="20"/>
              </w:rPr>
            </w:pPr>
            <w:r w:rsidRPr="00B03652">
              <w:rPr>
                <w:rFonts w:eastAsia="Arial"/>
                <w:sz w:val="20"/>
                <w:szCs w:val="20"/>
              </w:rPr>
              <w:t xml:space="preserve">4. Lidhjet ndërmjet funksioneve trigonometrike të </w:t>
            </w:r>
            <w:r w:rsidRPr="00B03652">
              <w:rPr>
                <w:rFonts w:eastAsia="Arial"/>
                <w:sz w:val="20"/>
                <w:szCs w:val="20"/>
              </w:rPr>
              <w:lastRenderedPageBreak/>
              <w:t>këndeve komplementare</w:t>
            </w:r>
          </w:p>
          <w:p w:rsidR="008E3B67" w:rsidRPr="00B03652" w:rsidRDefault="008E3B67">
            <w:pPr>
              <w:rPr>
                <w:sz w:val="20"/>
                <w:szCs w:val="20"/>
              </w:rPr>
            </w:pPr>
            <w:r w:rsidRPr="00B03652">
              <w:rPr>
                <w:rFonts w:eastAsia="Arial"/>
                <w:sz w:val="20"/>
                <w:szCs w:val="20"/>
              </w:rPr>
              <w:t>5. Ushtrime</w:t>
            </w:r>
          </w:p>
          <w:p w:rsidR="00516D86" w:rsidRPr="00B03652" w:rsidRDefault="008E3B67">
            <w:pPr>
              <w:rPr>
                <w:sz w:val="20"/>
                <w:szCs w:val="20"/>
              </w:rPr>
            </w:pPr>
            <w:r w:rsidRPr="00B03652">
              <w:rPr>
                <w:rFonts w:eastAsia="Arial"/>
                <w:sz w:val="20"/>
                <w:szCs w:val="20"/>
              </w:rPr>
              <w:t>6</w:t>
            </w:r>
            <w:r w:rsidR="00000000" w:rsidRPr="00B03652">
              <w:rPr>
                <w:rFonts w:eastAsia="Arial"/>
                <w:sz w:val="20"/>
                <w:szCs w:val="20"/>
              </w:rPr>
              <w:t>. Vlerat e funksioneve trigonometrike të këndeve 30°, 45° dhe 60°</w:t>
            </w:r>
          </w:p>
          <w:p w:rsidR="00516D86" w:rsidRPr="00B03652" w:rsidRDefault="008E3B67">
            <w:pPr>
              <w:rPr>
                <w:sz w:val="20"/>
                <w:szCs w:val="20"/>
              </w:rPr>
            </w:pPr>
            <w:r w:rsidRPr="00B03652">
              <w:rPr>
                <w:rFonts w:eastAsia="Arial"/>
                <w:sz w:val="20"/>
                <w:szCs w:val="20"/>
              </w:rPr>
              <w:t>7</w:t>
            </w:r>
            <w:r w:rsidR="00000000" w:rsidRPr="00B03652">
              <w:rPr>
                <w:rFonts w:eastAsia="Arial"/>
                <w:sz w:val="20"/>
                <w:szCs w:val="20"/>
              </w:rPr>
              <w:t>. Vlerat e funksioneve trigonometrike të këndeve</w:t>
            </w:r>
          </w:p>
          <w:p w:rsidR="00516D86" w:rsidRPr="00B03652" w:rsidRDefault="008E3B67">
            <w:pPr>
              <w:rPr>
                <w:sz w:val="20"/>
                <w:szCs w:val="20"/>
              </w:rPr>
            </w:pPr>
            <w:r w:rsidRPr="00B03652">
              <w:rPr>
                <w:rFonts w:eastAsia="Arial"/>
                <w:sz w:val="20"/>
                <w:szCs w:val="20"/>
              </w:rPr>
              <w:t>8</w:t>
            </w:r>
            <w:r w:rsidR="00000000" w:rsidRPr="00B03652">
              <w:rPr>
                <w:rFonts w:eastAsia="Arial"/>
                <w:sz w:val="20"/>
                <w:szCs w:val="20"/>
              </w:rPr>
              <w:t>. Lidhjet ndërmjet brinjëve dhe këndeve në trekëndëshin kënddrejtë</w:t>
            </w:r>
          </w:p>
          <w:p w:rsidR="00516D86" w:rsidRPr="00B03652" w:rsidRDefault="008E3B67">
            <w:pPr>
              <w:rPr>
                <w:sz w:val="20"/>
                <w:szCs w:val="20"/>
              </w:rPr>
            </w:pPr>
            <w:r w:rsidRPr="00B03652">
              <w:rPr>
                <w:rFonts w:eastAsia="Arial"/>
                <w:sz w:val="20"/>
                <w:szCs w:val="20"/>
                <w:lang w:val="en-US"/>
              </w:rPr>
              <w:t>9</w:t>
            </w:r>
            <w:r w:rsidR="00000000" w:rsidRPr="00B03652">
              <w:rPr>
                <w:rFonts w:eastAsia="Arial"/>
                <w:sz w:val="20"/>
                <w:szCs w:val="20"/>
              </w:rPr>
              <w:t>. Ushtrime – funksionet trigonometrike</w:t>
            </w:r>
          </w:p>
          <w:p w:rsidR="00516D86" w:rsidRPr="00B03652" w:rsidRDefault="008E3B67">
            <w:pPr>
              <w:rPr>
                <w:sz w:val="20"/>
                <w:szCs w:val="20"/>
              </w:rPr>
            </w:pPr>
            <w:r w:rsidRPr="00B03652">
              <w:rPr>
                <w:rFonts w:eastAsia="Arial"/>
                <w:sz w:val="20"/>
                <w:szCs w:val="20"/>
                <w:lang w:val="en-US"/>
              </w:rPr>
              <w:t>10</w:t>
            </w:r>
            <w:r w:rsidR="00000000" w:rsidRPr="00B03652">
              <w:rPr>
                <w:rFonts w:eastAsia="Arial"/>
                <w:sz w:val="20"/>
                <w:szCs w:val="20"/>
              </w:rPr>
              <w:t>. Zbatime të trigonometrisë në problema</w:t>
            </w:r>
          </w:p>
          <w:p w:rsidR="00516D86" w:rsidRPr="00B03652" w:rsidRDefault="00000000">
            <w:pPr>
              <w:rPr>
                <w:rFonts w:eastAsia="Arial"/>
                <w:sz w:val="20"/>
                <w:szCs w:val="20"/>
              </w:rPr>
            </w:pPr>
            <w:r w:rsidRPr="00B03652">
              <w:rPr>
                <w:rFonts w:eastAsia="Arial"/>
                <w:sz w:val="20"/>
                <w:szCs w:val="20"/>
              </w:rPr>
              <w:t>1</w:t>
            </w:r>
            <w:r w:rsidR="008E3B67" w:rsidRPr="00B03652">
              <w:rPr>
                <w:rFonts w:eastAsia="Arial"/>
                <w:sz w:val="20"/>
                <w:szCs w:val="20"/>
                <w:lang w:val="en-US"/>
              </w:rPr>
              <w:t>1</w:t>
            </w:r>
            <w:r w:rsidRPr="00B03652">
              <w:rPr>
                <w:rFonts w:eastAsia="Arial"/>
                <w:sz w:val="20"/>
                <w:szCs w:val="20"/>
              </w:rPr>
              <w:t>. Ushtrime – Trigonometria</w:t>
            </w:r>
          </w:p>
          <w:p w:rsidR="008E3B67" w:rsidRPr="00B03652" w:rsidRDefault="008E3B67">
            <w:pPr>
              <w:rPr>
                <w:rFonts w:eastAsia="Arial"/>
                <w:sz w:val="20"/>
                <w:szCs w:val="20"/>
              </w:rPr>
            </w:pPr>
          </w:p>
          <w:p w:rsidR="008E3B67" w:rsidRPr="00B03652" w:rsidRDefault="008E3B67">
            <w:pPr>
              <w:rPr>
                <w:rFonts w:eastAsia="Arial"/>
                <w:sz w:val="20"/>
                <w:szCs w:val="20"/>
                <w:lang w:val="en-US"/>
              </w:rPr>
            </w:pPr>
            <w:r w:rsidRPr="00B03652">
              <w:rPr>
                <w:rFonts w:eastAsia="Arial"/>
                <w:sz w:val="20"/>
                <w:szCs w:val="20"/>
                <w:lang w:val="en-US"/>
              </w:rPr>
              <w:t>TEMA 10:</w:t>
            </w:r>
          </w:p>
          <w:p w:rsidR="00516D86" w:rsidRPr="00B03652" w:rsidRDefault="00516D86">
            <w:pPr>
              <w:rPr>
                <w:sz w:val="20"/>
                <w:szCs w:val="20"/>
              </w:rPr>
            </w:pPr>
          </w:p>
          <w:p w:rsidR="00516D86" w:rsidRPr="00B03652" w:rsidRDefault="00000000">
            <w:pPr>
              <w:rPr>
                <w:sz w:val="20"/>
                <w:szCs w:val="20"/>
              </w:rPr>
            </w:pPr>
            <w:r w:rsidRPr="00B03652">
              <w:rPr>
                <w:rFonts w:eastAsia="Arial"/>
                <w:sz w:val="20"/>
                <w:szCs w:val="20"/>
              </w:rPr>
              <w:t>12. Mbledhja dhe paraqitja e të dhënave</w:t>
            </w:r>
          </w:p>
          <w:p w:rsidR="00516D86" w:rsidRPr="00B03652" w:rsidRDefault="00000000">
            <w:pPr>
              <w:rPr>
                <w:sz w:val="20"/>
                <w:szCs w:val="20"/>
                <w:lang w:val="de-DE"/>
              </w:rPr>
            </w:pPr>
            <w:r w:rsidRPr="00B03652">
              <w:rPr>
                <w:rFonts w:eastAsia="Arial"/>
                <w:sz w:val="20"/>
                <w:szCs w:val="20"/>
                <w:lang w:val="de-DE"/>
              </w:rPr>
              <w:t xml:space="preserve">13. </w:t>
            </w:r>
            <w:proofErr w:type="spellStart"/>
            <w:r w:rsidRPr="00B03652">
              <w:rPr>
                <w:rFonts w:eastAsia="Arial"/>
                <w:sz w:val="20"/>
                <w:szCs w:val="20"/>
                <w:lang w:val="de-DE"/>
              </w:rPr>
              <w:t>Paraqitja</w:t>
            </w:r>
            <w:proofErr w:type="spellEnd"/>
            <w:r w:rsidRPr="00B03652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03652">
              <w:rPr>
                <w:rFonts w:eastAsia="Arial"/>
                <w:sz w:val="20"/>
                <w:szCs w:val="20"/>
                <w:lang w:val="de-DE"/>
              </w:rPr>
              <w:t>grafike</w:t>
            </w:r>
            <w:proofErr w:type="spellEnd"/>
            <w:r w:rsidRPr="00B03652">
              <w:rPr>
                <w:rFonts w:eastAsia="Arial"/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B03652">
              <w:rPr>
                <w:rFonts w:eastAsia="Arial"/>
                <w:sz w:val="20"/>
                <w:szCs w:val="20"/>
                <w:lang w:val="de-DE"/>
              </w:rPr>
              <w:t>të</w:t>
            </w:r>
            <w:proofErr w:type="spellEnd"/>
            <w:r w:rsidRPr="00B03652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03652">
              <w:rPr>
                <w:rFonts w:eastAsia="Arial"/>
                <w:sz w:val="20"/>
                <w:szCs w:val="20"/>
                <w:lang w:val="de-DE"/>
              </w:rPr>
              <w:t>dhënave</w:t>
            </w:r>
            <w:proofErr w:type="spellEnd"/>
          </w:p>
          <w:p w:rsidR="00516D86" w:rsidRPr="00B03652" w:rsidRDefault="00000000">
            <w:pPr>
              <w:rPr>
                <w:sz w:val="20"/>
                <w:szCs w:val="20"/>
                <w:lang w:val="de-DE"/>
              </w:rPr>
            </w:pPr>
            <w:r w:rsidRPr="00B03652">
              <w:rPr>
                <w:rFonts w:eastAsia="Arial"/>
                <w:sz w:val="20"/>
                <w:szCs w:val="20"/>
                <w:lang w:val="de-DE"/>
              </w:rPr>
              <w:t xml:space="preserve">14. </w:t>
            </w:r>
            <w:proofErr w:type="spellStart"/>
            <w:r w:rsidR="00B03652" w:rsidRPr="00B03652">
              <w:rPr>
                <w:rFonts w:eastAsia="Arial"/>
                <w:sz w:val="20"/>
                <w:szCs w:val="20"/>
                <w:lang w:val="de-DE"/>
              </w:rPr>
              <w:t>Paraqitja</w:t>
            </w:r>
            <w:proofErr w:type="spellEnd"/>
            <w:r w:rsidR="00B03652" w:rsidRPr="00B03652">
              <w:rPr>
                <w:rFonts w:eastAsia="Arial"/>
                <w:sz w:val="20"/>
                <w:szCs w:val="20"/>
                <w:lang w:val="de-DE"/>
              </w:rPr>
              <w:t xml:space="preserve"> e </w:t>
            </w:r>
            <w:proofErr w:type="spellStart"/>
            <w:r w:rsidR="00B03652" w:rsidRPr="00B03652">
              <w:rPr>
                <w:rFonts w:eastAsia="Arial"/>
                <w:sz w:val="20"/>
                <w:szCs w:val="20"/>
                <w:lang w:val="de-DE"/>
              </w:rPr>
              <w:t>të</w:t>
            </w:r>
            <w:proofErr w:type="spellEnd"/>
            <w:r w:rsidR="00B03652" w:rsidRPr="00B03652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="00B03652" w:rsidRPr="00B03652">
              <w:rPr>
                <w:rFonts w:eastAsia="Arial"/>
                <w:sz w:val="20"/>
                <w:szCs w:val="20"/>
                <w:lang w:val="de-DE"/>
              </w:rPr>
              <w:t>dhënave</w:t>
            </w:r>
            <w:proofErr w:type="spellEnd"/>
          </w:p>
          <w:p w:rsidR="00516D86" w:rsidRPr="00B03652" w:rsidRDefault="00000000">
            <w:pPr>
              <w:rPr>
                <w:sz w:val="20"/>
                <w:szCs w:val="20"/>
                <w:lang w:val="de-DE"/>
              </w:rPr>
            </w:pPr>
            <w:r w:rsidRPr="00B03652">
              <w:rPr>
                <w:rFonts w:eastAsia="Arial"/>
                <w:sz w:val="20"/>
                <w:szCs w:val="20"/>
                <w:lang w:val="de-DE"/>
              </w:rPr>
              <w:t xml:space="preserve">15. </w:t>
            </w:r>
            <w:proofErr w:type="spellStart"/>
            <w:r w:rsidRPr="00B03652">
              <w:rPr>
                <w:rFonts w:eastAsia="Arial"/>
                <w:sz w:val="20"/>
                <w:szCs w:val="20"/>
                <w:lang w:val="de-DE"/>
              </w:rPr>
              <w:t>Mesata</w:t>
            </w:r>
            <w:r w:rsidR="00B03652" w:rsidRPr="00B03652">
              <w:rPr>
                <w:rFonts w:eastAsia="Arial"/>
                <w:sz w:val="20"/>
                <w:szCs w:val="20"/>
                <w:lang w:val="de-DE"/>
              </w:rPr>
              <w:t>ret</w:t>
            </w:r>
            <w:proofErr w:type="spellEnd"/>
          </w:p>
          <w:p w:rsidR="00516D86" w:rsidRPr="00B03652" w:rsidRDefault="00000000">
            <w:pPr>
              <w:rPr>
                <w:sz w:val="20"/>
                <w:szCs w:val="20"/>
                <w:lang w:val="de-DE"/>
              </w:rPr>
            </w:pPr>
            <w:r w:rsidRPr="00B03652">
              <w:rPr>
                <w:rFonts w:eastAsia="Arial"/>
                <w:sz w:val="20"/>
                <w:szCs w:val="20"/>
                <w:lang w:val="de-DE"/>
              </w:rPr>
              <w:t xml:space="preserve">16. </w:t>
            </w:r>
            <w:proofErr w:type="spellStart"/>
            <w:r w:rsidRPr="00B03652">
              <w:rPr>
                <w:rFonts w:eastAsia="Arial"/>
                <w:sz w:val="20"/>
                <w:szCs w:val="20"/>
                <w:lang w:val="de-DE"/>
              </w:rPr>
              <w:t>Moda</w:t>
            </w:r>
            <w:proofErr w:type="spellEnd"/>
            <w:r w:rsidRPr="00B03652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03652">
              <w:rPr>
                <w:rFonts w:eastAsia="Arial"/>
                <w:sz w:val="20"/>
                <w:szCs w:val="20"/>
                <w:lang w:val="de-DE"/>
              </w:rPr>
              <w:t>dhe</w:t>
            </w:r>
            <w:proofErr w:type="spellEnd"/>
            <w:r w:rsidRPr="00B03652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03652">
              <w:rPr>
                <w:rFonts w:eastAsia="Arial"/>
                <w:sz w:val="20"/>
                <w:szCs w:val="20"/>
                <w:lang w:val="de-DE"/>
              </w:rPr>
              <w:t>mediana</w:t>
            </w:r>
            <w:proofErr w:type="spellEnd"/>
          </w:p>
          <w:p w:rsidR="00516D86" w:rsidRPr="00B03652" w:rsidRDefault="00000000">
            <w:pPr>
              <w:rPr>
                <w:sz w:val="20"/>
                <w:szCs w:val="20"/>
                <w:lang w:val="de-DE"/>
              </w:rPr>
            </w:pPr>
            <w:r w:rsidRPr="00B03652">
              <w:rPr>
                <w:rFonts w:eastAsia="Arial"/>
                <w:sz w:val="20"/>
                <w:szCs w:val="20"/>
                <w:lang w:val="de-DE"/>
              </w:rPr>
              <w:t xml:space="preserve">17. </w:t>
            </w:r>
            <w:proofErr w:type="spellStart"/>
            <w:r w:rsidRPr="00B03652">
              <w:rPr>
                <w:rFonts w:eastAsia="Arial"/>
                <w:sz w:val="20"/>
                <w:szCs w:val="20"/>
                <w:lang w:val="de-DE"/>
              </w:rPr>
              <w:t>Ushtrime</w:t>
            </w:r>
            <w:proofErr w:type="spellEnd"/>
            <w:r w:rsidRPr="00B03652">
              <w:rPr>
                <w:rFonts w:eastAsia="Arial"/>
                <w:sz w:val="20"/>
                <w:szCs w:val="20"/>
                <w:lang w:val="de-DE"/>
              </w:rPr>
              <w:t xml:space="preserve"> – </w:t>
            </w:r>
            <w:proofErr w:type="spellStart"/>
            <w:r w:rsidRPr="00B03652">
              <w:rPr>
                <w:rFonts w:eastAsia="Arial"/>
                <w:sz w:val="20"/>
                <w:szCs w:val="20"/>
                <w:lang w:val="de-DE"/>
              </w:rPr>
              <w:t>vlerat</w:t>
            </w:r>
            <w:proofErr w:type="spellEnd"/>
            <w:r w:rsidRPr="00B03652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03652">
              <w:rPr>
                <w:rFonts w:eastAsia="Arial"/>
                <w:sz w:val="20"/>
                <w:szCs w:val="20"/>
                <w:lang w:val="de-DE"/>
              </w:rPr>
              <w:t>mesatare</w:t>
            </w:r>
            <w:proofErr w:type="spellEnd"/>
          </w:p>
          <w:p w:rsidR="00516D86" w:rsidRPr="00B03652" w:rsidRDefault="00000000">
            <w:pPr>
              <w:rPr>
                <w:sz w:val="20"/>
                <w:szCs w:val="20"/>
                <w:lang w:val="de-DE"/>
              </w:rPr>
            </w:pPr>
            <w:r w:rsidRPr="00B03652">
              <w:rPr>
                <w:rFonts w:eastAsia="Arial"/>
                <w:sz w:val="20"/>
                <w:szCs w:val="20"/>
                <w:lang w:val="de-DE"/>
              </w:rPr>
              <w:t xml:space="preserve">18. </w:t>
            </w:r>
            <w:proofErr w:type="spellStart"/>
            <w:r w:rsidRPr="00B03652">
              <w:rPr>
                <w:rFonts w:eastAsia="Arial"/>
                <w:sz w:val="20"/>
                <w:szCs w:val="20"/>
                <w:lang w:val="de-DE"/>
              </w:rPr>
              <w:t>Hapësira</w:t>
            </w:r>
            <w:proofErr w:type="spellEnd"/>
            <w:r w:rsidRPr="00B03652">
              <w:rPr>
                <w:rFonts w:eastAsia="Arial"/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B03652">
              <w:rPr>
                <w:rFonts w:eastAsia="Arial"/>
                <w:sz w:val="20"/>
                <w:szCs w:val="20"/>
                <w:lang w:val="de-DE"/>
              </w:rPr>
              <w:t>rezultateve</w:t>
            </w:r>
            <w:proofErr w:type="spellEnd"/>
            <w:r w:rsidRPr="00B03652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03652">
              <w:rPr>
                <w:rFonts w:eastAsia="Arial"/>
                <w:sz w:val="20"/>
                <w:szCs w:val="20"/>
                <w:lang w:val="de-DE"/>
              </w:rPr>
              <w:t>dhe</w:t>
            </w:r>
            <w:proofErr w:type="spellEnd"/>
            <w:r w:rsidRPr="00B03652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03652">
              <w:rPr>
                <w:rFonts w:eastAsia="Arial"/>
                <w:sz w:val="20"/>
                <w:szCs w:val="20"/>
                <w:lang w:val="de-DE"/>
              </w:rPr>
              <w:t>ngjarjet</w:t>
            </w:r>
            <w:proofErr w:type="spellEnd"/>
          </w:p>
          <w:p w:rsidR="00516D86" w:rsidRPr="00B03652" w:rsidRDefault="00000000">
            <w:pPr>
              <w:rPr>
                <w:sz w:val="20"/>
                <w:szCs w:val="20"/>
                <w:lang w:val="de-DE"/>
              </w:rPr>
            </w:pPr>
            <w:r w:rsidRPr="00B03652">
              <w:rPr>
                <w:rFonts w:eastAsia="Arial"/>
                <w:sz w:val="20"/>
                <w:szCs w:val="20"/>
                <w:lang w:val="de-DE"/>
              </w:rPr>
              <w:t xml:space="preserve">19. </w:t>
            </w:r>
            <w:proofErr w:type="spellStart"/>
            <w:r w:rsidRPr="00B03652">
              <w:rPr>
                <w:rFonts w:eastAsia="Arial"/>
                <w:sz w:val="20"/>
                <w:szCs w:val="20"/>
                <w:lang w:val="de-DE"/>
              </w:rPr>
              <w:t>Kuptimi</w:t>
            </w:r>
            <w:proofErr w:type="spellEnd"/>
            <w:r w:rsidRPr="00B03652">
              <w:rPr>
                <w:rFonts w:eastAsia="Arial"/>
                <w:sz w:val="20"/>
                <w:szCs w:val="20"/>
                <w:lang w:val="de-DE"/>
              </w:rPr>
              <w:t xml:space="preserve"> i </w:t>
            </w:r>
            <w:proofErr w:type="spellStart"/>
            <w:r w:rsidRPr="00B03652">
              <w:rPr>
                <w:rFonts w:eastAsia="Arial"/>
                <w:sz w:val="20"/>
                <w:szCs w:val="20"/>
                <w:lang w:val="de-DE"/>
              </w:rPr>
              <w:t>probabilitetit</w:t>
            </w:r>
            <w:proofErr w:type="spellEnd"/>
          </w:p>
          <w:p w:rsidR="00516D86" w:rsidRPr="00B03652" w:rsidRDefault="00000000">
            <w:pPr>
              <w:rPr>
                <w:sz w:val="20"/>
                <w:szCs w:val="20"/>
                <w:lang w:val="de-DE"/>
              </w:rPr>
            </w:pPr>
            <w:r w:rsidRPr="00B03652">
              <w:rPr>
                <w:rFonts w:eastAsia="Arial"/>
                <w:sz w:val="20"/>
                <w:szCs w:val="20"/>
                <w:lang w:val="de-DE"/>
              </w:rPr>
              <w:t xml:space="preserve">20. </w:t>
            </w:r>
            <w:proofErr w:type="spellStart"/>
            <w:r w:rsidRPr="00B03652">
              <w:rPr>
                <w:rFonts w:eastAsia="Arial"/>
                <w:sz w:val="20"/>
                <w:szCs w:val="20"/>
                <w:lang w:val="de-DE"/>
              </w:rPr>
              <w:t>Renditja</w:t>
            </w:r>
            <w:proofErr w:type="spellEnd"/>
            <w:r w:rsidRPr="00B03652">
              <w:rPr>
                <w:rFonts w:eastAsia="Arial"/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B03652">
              <w:rPr>
                <w:rFonts w:eastAsia="Arial"/>
                <w:sz w:val="20"/>
                <w:szCs w:val="20"/>
                <w:lang w:val="de-DE"/>
              </w:rPr>
              <w:t>rezultateve</w:t>
            </w:r>
            <w:proofErr w:type="spellEnd"/>
            <w:r w:rsidRPr="00B03652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03652">
              <w:rPr>
                <w:rFonts w:eastAsia="Arial"/>
                <w:sz w:val="20"/>
                <w:szCs w:val="20"/>
                <w:lang w:val="de-DE"/>
              </w:rPr>
              <w:t>të</w:t>
            </w:r>
            <w:proofErr w:type="spellEnd"/>
            <w:r w:rsidRPr="00B03652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03652">
              <w:rPr>
                <w:rFonts w:eastAsia="Arial"/>
                <w:sz w:val="20"/>
                <w:szCs w:val="20"/>
                <w:lang w:val="de-DE"/>
              </w:rPr>
              <w:t>mundshme</w:t>
            </w:r>
            <w:proofErr w:type="spellEnd"/>
          </w:p>
          <w:p w:rsidR="00516D86" w:rsidRPr="00B03652" w:rsidRDefault="00000000">
            <w:pPr>
              <w:rPr>
                <w:sz w:val="20"/>
                <w:szCs w:val="20"/>
                <w:lang w:val="de-DE"/>
              </w:rPr>
            </w:pPr>
            <w:r w:rsidRPr="00B03652">
              <w:rPr>
                <w:rFonts w:eastAsia="Arial"/>
                <w:sz w:val="20"/>
                <w:szCs w:val="20"/>
                <w:lang w:val="de-DE"/>
              </w:rPr>
              <w:t xml:space="preserve">21. </w:t>
            </w:r>
            <w:proofErr w:type="spellStart"/>
            <w:r w:rsidRPr="00B03652">
              <w:rPr>
                <w:rFonts w:eastAsia="Arial"/>
                <w:sz w:val="20"/>
                <w:szCs w:val="20"/>
                <w:lang w:val="de-DE"/>
              </w:rPr>
              <w:t>Probabiliteti</w:t>
            </w:r>
            <w:proofErr w:type="spellEnd"/>
            <w:r w:rsidRPr="00B03652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03652">
              <w:rPr>
                <w:rFonts w:eastAsia="Arial"/>
                <w:sz w:val="20"/>
                <w:szCs w:val="20"/>
                <w:lang w:val="de-DE"/>
              </w:rPr>
              <w:t>klasik</w:t>
            </w:r>
            <w:proofErr w:type="spellEnd"/>
          </w:p>
          <w:p w:rsidR="00516D86" w:rsidRPr="00B03652" w:rsidRDefault="00000000">
            <w:pPr>
              <w:rPr>
                <w:sz w:val="20"/>
                <w:szCs w:val="20"/>
                <w:lang w:val="de-DE"/>
              </w:rPr>
            </w:pPr>
            <w:r w:rsidRPr="00B03652">
              <w:rPr>
                <w:rFonts w:eastAsia="Arial"/>
                <w:sz w:val="20"/>
                <w:szCs w:val="20"/>
                <w:lang w:val="de-DE"/>
              </w:rPr>
              <w:t xml:space="preserve">22. </w:t>
            </w:r>
            <w:proofErr w:type="spellStart"/>
            <w:r w:rsidRPr="00B03652">
              <w:rPr>
                <w:rFonts w:eastAsia="Arial"/>
                <w:sz w:val="20"/>
                <w:szCs w:val="20"/>
                <w:lang w:val="de-DE"/>
              </w:rPr>
              <w:t>Probabiliteti</w:t>
            </w:r>
            <w:proofErr w:type="spellEnd"/>
            <w:r w:rsidRPr="00B03652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03652">
              <w:rPr>
                <w:rFonts w:eastAsia="Arial"/>
                <w:sz w:val="20"/>
                <w:szCs w:val="20"/>
                <w:lang w:val="de-DE"/>
              </w:rPr>
              <w:t>statistikor</w:t>
            </w:r>
            <w:proofErr w:type="spellEnd"/>
          </w:p>
          <w:p w:rsidR="00516D86" w:rsidRPr="00B03652" w:rsidRDefault="00000000">
            <w:pPr>
              <w:rPr>
                <w:sz w:val="20"/>
                <w:szCs w:val="20"/>
                <w:lang w:val="de-DE"/>
              </w:rPr>
            </w:pPr>
            <w:r w:rsidRPr="00B03652">
              <w:rPr>
                <w:rFonts w:eastAsia="Arial"/>
                <w:sz w:val="20"/>
                <w:szCs w:val="20"/>
                <w:lang w:val="de-DE"/>
              </w:rPr>
              <w:t xml:space="preserve">23. </w:t>
            </w:r>
            <w:proofErr w:type="spellStart"/>
            <w:r w:rsidRPr="00B03652">
              <w:rPr>
                <w:rFonts w:eastAsia="Arial"/>
                <w:sz w:val="20"/>
                <w:szCs w:val="20"/>
                <w:lang w:val="de-DE"/>
              </w:rPr>
              <w:t>Veti</w:t>
            </w:r>
            <w:proofErr w:type="spellEnd"/>
            <w:r w:rsidRPr="00B03652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03652">
              <w:rPr>
                <w:rFonts w:eastAsia="Arial"/>
                <w:sz w:val="20"/>
                <w:szCs w:val="20"/>
                <w:lang w:val="de-DE"/>
              </w:rPr>
              <w:t>të</w:t>
            </w:r>
            <w:proofErr w:type="spellEnd"/>
            <w:r w:rsidRPr="00B03652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03652">
              <w:rPr>
                <w:rFonts w:eastAsia="Arial"/>
                <w:sz w:val="20"/>
                <w:szCs w:val="20"/>
                <w:lang w:val="de-DE"/>
              </w:rPr>
              <w:t>probabilitetit</w:t>
            </w:r>
            <w:proofErr w:type="spellEnd"/>
          </w:p>
          <w:p w:rsidR="00516D86" w:rsidRPr="00B03652" w:rsidRDefault="00000000">
            <w:pPr>
              <w:rPr>
                <w:sz w:val="20"/>
                <w:szCs w:val="20"/>
                <w:lang w:val="de-DE"/>
              </w:rPr>
            </w:pPr>
            <w:r w:rsidRPr="00B03652">
              <w:rPr>
                <w:rFonts w:eastAsia="Arial"/>
                <w:sz w:val="20"/>
                <w:szCs w:val="20"/>
                <w:lang w:val="de-DE"/>
              </w:rPr>
              <w:t xml:space="preserve">24. </w:t>
            </w:r>
            <w:proofErr w:type="spellStart"/>
            <w:r w:rsidRPr="00B03652">
              <w:rPr>
                <w:rFonts w:eastAsia="Arial"/>
                <w:sz w:val="20"/>
                <w:szCs w:val="20"/>
                <w:lang w:val="de-DE"/>
              </w:rPr>
              <w:t>Ushtrime</w:t>
            </w:r>
            <w:proofErr w:type="spellEnd"/>
            <w:r w:rsidRPr="00B03652">
              <w:rPr>
                <w:rFonts w:eastAsia="Arial"/>
                <w:sz w:val="20"/>
                <w:szCs w:val="20"/>
                <w:lang w:val="de-DE"/>
              </w:rPr>
              <w:t xml:space="preserve"> – </w:t>
            </w:r>
            <w:proofErr w:type="spellStart"/>
            <w:r w:rsidRPr="00B03652">
              <w:rPr>
                <w:rFonts w:eastAsia="Arial"/>
                <w:sz w:val="20"/>
                <w:szCs w:val="20"/>
                <w:lang w:val="de-DE"/>
              </w:rPr>
              <w:t>probabiliteti</w:t>
            </w:r>
            <w:proofErr w:type="spellEnd"/>
          </w:p>
          <w:p w:rsidR="00516D86" w:rsidRPr="00B03652" w:rsidRDefault="00000000">
            <w:pPr>
              <w:rPr>
                <w:sz w:val="20"/>
                <w:szCs w:val="20"/>
                <w:lang w:val="de-DE"/>
              </w:rPr>
            </w:pPr>
            <w:r w:rsidRPr="00B03652">
              <w:rPr>
                <w:rFonts w:eastAsia="Arial"/>
                <w:sz w:val="20"/>
                <w:szCs w:val="20"/>
                <w:lang w:val="de-DE"/>
              </w:rPr>
              <w:t xml:space="preserve">25. </w:t>
            </w:r>
            <w:proofErr w:type="spellStart"/>
            <w:r w:rsidRPr="00B03652">
              <w:rPr>
                <w:rFonts w:eastAsia="Arial"/>
                <w:sz w:val="20"/>
                <w:szCs w:val="20"/>
                <w:lang w:val="de-DE"/>
              </w:rPr>
              <w:t>Zbatime</w:t>
            </w:r>
            <w:proofErr w:type="spellEnd"/>
            <w:r w:rsidRPr="00B03652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03652">
              <w:rPr>
                <w:rFonts w:eastAsia="Arial"/>
                <w:sz w:val="20"/>
                <w:szCs w:val="20"/>
                <w:lang w:val="de-DE"/>
              </w:rPr>
              <w:t>nga</w:t>
            </w:r>
            <w:proofErr w:type="spellEnd"/>
            <w:r w:rsidRPr="00B03652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03652">
              <w:rPr>
                <w:rFonts w:eastAsia="Arial"/>
                <w:sz w:val="20"/>
                <w:szCs w:val="20"/>
                <w:lang w:val="de-DE"/>
              </w:rPr>
              <w:t>situata</w:t>
            </w:r>
            <w:proofErr w:type="spellEnd"/>
            <w:r w:rsidRPr="00B03652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03652">
              <w:rPr>
                <w:rFonts w:eastAsia="Arial"/>
                <w:sz w:val="20"/>
                <w:szCs w:val="20"/>
                <w:lang w:val="de-DE"/>
              </w:rPr>
              <w:t>jetësore</w:t>
            </w:r>
            <w:proofErr w:type="spellEnd"/>
          </w:p>
          <w:p w:rsidR="00516D86" w:rsidRPr="00B03652" w:rsidRDefault="00000000">
            <w:pPr>
              <w:rPr>
                <w:sz w:val="20"/>
                <w:szCs w:val="20"/>
              </w:rPr>
            </w:pPr>
            <w:r w:rsidRPr="00B03652">
              <w:rPr>
                <w:rFonts w:eastAsia="Arial"/>
                <w:sz w:val="20"/>
                <w:szCs w:val="20"/>
              </w:rPr>
              <w:t>26. Përdorimi i teknologjisë/Excel-it për paraqitjen e të dhënave</w:t>
            </w:r>
          </w:p>
          <w:p w:rsidR="00516D86" w:rsidRPr="00B03652" w:rsidRDefault="00000000">
            <w:pPr>
              <w:rPr>
                <w:sz w:val="20"/>
                <w:szCs w:val="20"/>
                <w:lang w:val="de-DE"/>
              </w:rPr>
            </w:pPr>
            <w:r w:rsidRPr="00B03652">
              <w:rPr>
                <w:rFonts w:eastAsia="Arial"/>
                <w:sz w:val="20"/>
                <w:szCs w:val="20"/>
                <w:lang w:val="de-DE"/>
              </w:rPr>
              <w:t xml:space="preserve">27. Projekt / </w:t>
            </w:r>
            <w:proofErr w:type="spellStart"/>
            <w:r w:rsidRPr="00B03652">
              <w:rPr>
                <w:rFonts w:eastAsia="Arial"/>
                <w:sz w:val="20"/>
                <w:szCs w:val="20"/>
                <w:lang w:val="de-DE"/>
              </w:rPr>
              <w:t>hulumtim</w:t>
            </w:r>
            <w:proofErr w:type="spellEnd"/>
            <w:r w:rsidRPr="00B03652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03652">
              <w:rPr>
                <w:rFonts w:eastAsia="Arial"/>
                <w:sz w:val="20"/>
                <w:szCs w:val="20"/>
                <w:lang w:val="de-DE"/>
              </w:rPr>
              <w:t>statistikor</w:t>
            </w:r>
            <w:proofErr w:type="spellEnd"/>
          </w:p>
          <w:p w:rsidR="00516D86" w:rsidRPr="00B03652" w:rsidRDefault="00000000">
            <w:pPr>
              <w:rPr>
                <w:sz w:val="20"/>
                <w:szCs w:val="20"/>
                <w:lang w:val="de-DE"/>
              </w:rPr>
            </w:pPr>
            <w:r w:rsidRPr="00B03652">
              <w:rPr>
                <w:rFonts w:eastAsia="Arial"/>
                <w:sz w:val="20"/>
                <w:szCs w:val="20"/>
                <w:lang w:val="de-DE"/>
              </w:rPr>
              <w:t xml:space="preserve">28. </w:t>
            </w:r>
            <w:proofErr w:type="spellStart"/>
            <w:r w:rsidRPr="00B03652">
              <w:rPr>
                <w:rFonts w:eastAsia="Arial"/>
                <w:sz w:val="20"/>
                <w:szCs w:val="20"/>
                <w:lang w:val="de-DE"/>
              </w:rPr>
              <w:t>Zgjidhje</w:t>
            </w:r>
            <w:proofErr w:type="spellEnd"/>
            <w:r w:rsidRPr="00B03652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03652">
              <w:rPr>
                <w:rFonts w:eastAsia="Arial"/>
                <w:sz w:val="20"/>
                <w:szCs w:val="20"/>
                <w:lang w:val="de-DE"/>
              </w:rPr>
              <w:t>problemore</w:t>
            </w:r>
            <w:proofErr w:type="spellEnd"/>
            <w:r w:rsidRPr="00B03652">
              <w:rPr>
                <w:rFonts w:eastAsia="Arial"/>
                <w:sz w:val="20"/>
                <w:szCs w:val="20"/>
                <w:lang w:val="de-DE"/>
              </w:rPr>
              <w:t xml:space="preserve"> – </w:t>
            </w:r>
            <w:proofErr w:type="spellStart"/>
            <w:r w:rsidRPr="00B03652">
              <w:rPr>
                <w:rFonts w:eastAsia="Arial"/>
                <w:sz w:val="20"/>
                <w:szCs w:val="20"/>
                <w:lang w:val="de-DE"/>
              </w:rPr>
              <w:t>të</w:t>
            </w:r>
            <w:proofErr w:type="spellEnd"/>
            <w:r w:rsidRPr="00B03652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03652">
              <w:rPr>
                <w:rFonts w:eastAsia="Arial"/>
                <w:sz w:val="20"/>
                <w:szCs w:val="20"/>
                <w:lang w:val="de-DE"/>
              </w:rPr>
              <w:t>dhënat</w:t>
            </w:r>
            <w:proofErr w:type="spellEnd"/>
            <w:r w:rsidRPr="00B03652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03652">
              <w:rPr>
                <w:rFonts w:eastAsia="Arial"/>
                <w:sz w:val="20"/>
                <w:szCs w:val="20"/>
                <w:lang w:val="de-DE"/>
              </w:rPr>
              <w:t>dhe</w:t>
            </w:r>
            <w:proofErr w:type="spellEnd"/>
            <w:r w:rsidRPr="00B03652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03652">
              <w:rPr>
                <w:rFonts w:eastAsia="Arial"/>
                <w:sz w:val="20"/>
                <w:szCs w:val="20"/>
                <w:lang w:val="de-DE"/>
              </w:rPr>
              <w:t>probabiliteti</w:t>
            </w:r>
            <w:proofErr w:type="spellEnd"/>
          </w:p>
          <w:p w:rsidR="00516D86" w:rsidRPr="00B03652" w:rsidRDefault="00000000">
            <w:pPr>
              <w:rPr>
                <w:sz w:val="20"/>
                <w:szCs w:val="20"/>
                <w:lang w:val="de-DE"/>
              </w:rPr>
            </w:pPr>
            <w:r w:rsidRPr="00B03652">
              <w:rPr>
                <w:rFonts w:eastAsia="Arial"/>
                <w:sz w:val="20"/>
                <w:szCs w:val="20"/>
                <w:lang w:val="de-DE"/>
              </w:rPr>
              <w:t xml:space="preserve">29. </w:t>
            </w:r>
            <w:proofErr w:type="spellStart"/>
            <w:r w:rsidRPr="00B03652">
              <w:rPr>
                <w:rFonts w:eastAsia="Arial"/>
                <w:sz w:val="20"/>
                <w:szCs w:val="20"/>
                <w:lang w:val="de-DE"/>
              </w:rPr>
              <w:t>Përmbledhje</w:t>
            </w:r>
            <w:proofErr w:type="spellEnd"/>
            <w:r w:rsidRPr="00B03652">
              <w:rPr>
                <w:rFonts w:eastAsia="Arial"/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B03652">
              <w:rPr>
                <w:rFonts w:eastAsia="Arial"/>
                <w:sz w:val="20"/>
                <w:szCs w:val="20"/>
                <w:lang w:val="de-DE"/>
              </w:rPr>
              <w:t>rezultateve</w:t>
            </w:r>
            <w:proofErr w:type="spellEnd"/>
            <w:r w:rsidRPr="00B03652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03652">
              <w:rPr>
                <w:rFonts w:eastAsia="Arial"/>
                <w:sz w:val="20"/>
                <w:szCs w:val="20"/>
                <w:lang w:val="de-DE"/>
              </w:rPr>
              <w:t>të</w:t>
            </w:r>
            <w:proofErr w:type="spellEnd"/>
            <w:r w:rsidRPr="00B03652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03652">
              <w:rPr>
                <w:rFonts w:eastAsia="Arial"/>
                <w:sz w:val="20"/>
                <w:szCs w:val="20"/>
                <w:lang w:val="de-DE"/>
              </w:rPr>
              <w:t>periudhës</w:t>
            </w:r>
            <w:proofErr w:type="spellEnd"/>
          </w:p>
          <w:p w:rsidR="00516D86" w:rsidRPr="00B03652" w:rsidRDefault="00000000">
            <w:pPr>
              <w:rPr>
                <w:sz w:val="20"/>
                <w:szCs w:val="20"/>
                <w:lang w:val="de-DE"/>
              </w:rPr>
            </w:pPr>
            <w:r w:rsidRPr="00B03652">
              <w:rPr>
                <w:rFonts w:eastAsia="Arial"/>
                <w:sz w:val="20"/>
                <w:szCs w:val="20"/>
                <w:lang w:val="de-DE"/>
              </w:rPr>
              <w:t xml:space="preserve">30. </w:t>
            </w:r>
            <w:proofErr w:type="spellStart"/>
            <w:r w:rsidRPr="00B03652">
              <w:rPr>
                <w:rFonts w:eastAsia="Arial"/>
                <w:sz w:val="20"/>
                <w:szCs w:val="20"/>
                <w:lang w:val="de-DE"/>
              </w:rPr>
              <w:t>Ushtrime</w:t>
            </w:r>
            <w:proofErr w:type="spellEnd"/>
            <w:r w:rsidRPr="00B03652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03652">
              <w:rPr>
                <w:rFonts w:eastAsia="Arial"/>
                <w:sz w:val="20"/>
                <w:szCs w:val="20"/>
                <w:lang w:val="de-DE"/>
              </w:rPr>
              <w:t>dhe</w:t>
            </w:r>
            <w:proofErr w:type="spellEnd"/>
            <w:r w:rsidRPr="00B03652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03652">
              <w:rPr>
                <w:rFonts w:eastAsia="Arial"/>
                <w:sz w:val="20"/>
                <w:szCs w:val="20"/>
                <w:lang w:val="de-DE"/>
              </w:rPr>
              <w:t>përsëritje</w:t>
            </w:r>
            <w:proofErr w:type="spellEnd"/>
            <w:r w:rsidRPr="00B03652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03652">
              <w:rPr>
                <w:rFonts w:eastAsia="Arial"/>
                <w:sz w:val="20"/>
                <w:szCs w:val="20"/>
                <w:lang w:val="de-DE"/>
              </w:rPr>
              <w:t>për</w:t>
            </w:r>
            <w:proofErr w:type="spellEnd"/>
            <w:r w:rsidRPr="00B03652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03652">
              <w:rPr>
                <w:rFonts w:eastAsia="Arial"/>
                <w:sz w:val="20"/>
                <w:szCs w:val="20"/>
                <w:lang w:val="de-DE"/>
              </w:rPr>
              <w:t>test</w:t>
            </w:r>
            <w:proofErr w:type="spellEnd"/>
          </w:p>
          <w:p w:rsidR="00516D86" w:rsidRPr="00B03652" w:rsidRDefault="00000000">
            <w:pPr>
              <w:rPr>
                <w:sz w:val="20"/>
                <w:szCs w:val="20"/>
              </w:rPr>
            </w:pPr>
            <w:r w:rsidRPr="00B03652">
              <w:rPr>
                <w:rFonts w:eastAsia="Arial"/>
                <w:sz w:val="20"/>
                <w:szCs w:val="20"/>
              </w:rPr>
              <w:lastRenderedPageBreak/>
              <w:t>31. Test – vlerësim përmbledhës</w:t>
            </w:r>
          </w:p>
          <w:p w:rsidR="00516D86" w:rsidRPr="00B03652" w:rsidRDefault="00000000">
            <w:pPr>
              <w:rPr>
                <w:sz w:val="20"/>
                <w:szCs w:val="20"/>
              </w:rPr>
            </w:pPr>
            <w:r w:rsidRPr="00B03652">
              <w:rPr>
                <w:rFonts w:eastAsia="Arial"/>
                <w:sz w:val="20"/>
                <w:szCs w:val="20"/>
              </w:rPr>
              <w:t>32. Analiza e testit</w:t>
            </w:r>
          </w:p>
        </w:tc>
        <w:tc>
          <w:tcPr>
            <w:tcW w:w="85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16D86" w:rsidRPr="00B03652" w:rsidRDefault="00000000">
            <w:pPr>
              <w:jc w:val="center"/>
              <w:rPr>
                <w:sz w:val="20"/>
                <w:szCs w:val="20"/>
              </w:rPr>
            </w:pPr>
            <w:r w:rsidRPr="00B03652">
              <w:rPr>
                <w:rFonts w:eastAsia="Arial"/>
                <w:b/>
                <w:sz w:val="20"/>
                <w:szCs w:val="20"/>
              </w:rPr>
              <w:lastRenderedPageBreak/>
              <w:t>32 orë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16D86" w:rsidRPr="00B03652" w:rsidRDefault="00000000">
            <w:pPr>
              <w:rPr>
                <w:sz w:val="20"/>
                <w:szCs w:val="20"/>
              </w:rPr>
            </w:pPr>
            <w:r w:rsidRPr="00B03652">
              <w:rPr>
                <w:rFonts w:eastAsia="Arial"/>
                <w:sz w:val="20"/>
                <w:szCs w:val="20"/>
              </w:rPr>
              <w:t>Mësimdhënie dhe nxënie me nxënësin në qendër dhe gjithëpërfshirëse.</w:t>
            </w:r>
          </w:p>
          <w:p w:rsidR="00B03652" w:rsidRDefault="00B03652">
            <w:pPr>
              <w:rPr>
                <w:rFonts w:eastAsia="Arial"/>
                <w:sz w:val="20"/>
                <w:szCs w:val="20"/>
                <w:lang w:val="de-DE"/>
              </w:rPr>
            </w:pPr>
          </w:p>
          <w:p w:rsidR="00516D86" w:rsidRPr="00B03652" w:rsidRDefault="00000000">
            <w:pPr>
              <w:rPr>
                <w:sz w:val="20"/>
                <w:szCs w:val="20"/>
                <w:lang w:val="de-DE"/>
              </w:rPr>
            </w:pPr>
            <w:proofErr w:type="spellStart"/>
            <w:r w:rsidRPr="00B03652">
              <w:rPr>
                <w:rFonts w:eastAsia="Arial"/>
                <w:sz w:val="20"/>
                <w:szCs w:val="20"/>
                <w:lang w:val="de-DE"/>
              </w:rPr>
              <w:t>Zgjidhje</w:t>
            </w:r>
            <w:proofErr w:type="spellEnd"/>
            <w:r w:rsidRPr="00B03652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03652">
              <w:rPr>
                <w:rFonts w:eastAsia="Arial"/>
                <w:sz w:val="20"/>
                <w:szCs w:val="20"/>
                <w:lang w:val="de-DE"/>
              </w:rPr>
              <w:t>problemesh</w:t>
            </w:r>
            <w:proofErr w:type="spellEnd"/>
            <w:r w:rsidRPr="00B03652">
              <w:rPr>
                <w:rFonts w:eastAsia="Arial"/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B03652">
              <w:rPr>
                <w:rFonts w:eastAsia="Arial"/>
                <w:sz w:val="20"/>
                <w:szCs w:val="20"/>
                <w:lang w:val="de-DE"/>
              </w:rPr>
              <w:t>hulumtim</w:t>
            </w:r>
            <w:proofErr w:type="spellEnd"/>
            <w:r w:rsidRPr="00B03652">
              <w:rPr>
                <w:rFonts w:eastAsia="Arial"/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B03652">
              <w:rPr>
                <w:rFonts w:eastAsia="Arial"/>
                <w:sz w:val="20"/>
                <w:szCs w:val="20"/>
                <w:lang w:val="de-DE"/>
              </w:rPr>
              <w:t>arsyetim</w:t>
            </w:r>
            <w:proofErr w:type="spellEnd"/>
            <w:r w:rsidRPr="00B03652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03652">
              <w:rPr>
                <w:rFonts w:eastAsia="Arial"/>
                <w:sz w:val="20"/>
                <w:szCs w:val="20"/>
                <w:lang w:val="de-DE"/>
              </w:rPr>
              <w:t>dhe</w:t>
            </w:r>
            <w:proofErr w:type="spellEnd"/>
            <w:r w:rsidRPr="00B03652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03652">
              <w:rPr>
                <w:rFonts w:eastAsia="Arial"/>
                <w:sz w:val="20"/>
                <w:szCs w:val="20"/>
                <w:lang w:val="de-DE"/>
              </w:rPr>
              <w:t>diskutim</w:t>
            </w:r>
            <w:proofErr w:type="spellEnd"/>
            <w:r w:rsidRPr="00B03652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03652">
              <w:rPr>
                <w:rFonts w:eastAsia="Arial"/>
                <w:sz w:val="20"/>
                <w:szCs w:val="20"/>
                <w:lang w:val="de-DE"/>
              </w:rPr>
              <w:t>matematikor</w:t>
            </w:r>
            <w:proofErr w:type="spellEnd"/>
            <w:r w:rsidRPr="00B03652">
              <w:rPr>
                <w:rFonts w:eastAsia="Arial"/>
                <w:sz w:val="20"/>
                <w:szCs w:val="20"/>
                <w:lang w:val="de-DE"/>
              </w:rPr>
              <w:t>.</w:t>
            </w:r>
          </w:p>
          <w:p w:rsidR="00B03652" w:rsidRDefault="00B03652">
            <w:pPr>
              <w:rPr>
                <w:rFonts w:eastAsia="Arial"/>
                <w:sz w:val="20"/>
                <w:szCs w:val="20"/>
                <w:lang w:val="de-DE"/>
              </w:rPr>
            </w:pPr>
          </w:p>
          <w:p w:rsidR="00516D86" w:rsidRPr="00B03652" w:rsidRDefault="00000000">
            <w:pPr>
              <w:rPr>
                <w:sz w:val="20"/>
                <w:szCs w:val="20"/>
                <w:lang w:val="de-DE"/>
              </w:rPr>
            </w:pPr>
            <w:proofErr w:type="spellStart"/>
            <w:r w:rsidRPr="00B03652">
              <w:rPr>
                <w:rFonts w:eastAsia="Arial"/>
                <w:sz w:val="20"/>
                <w:szCs w:val="20"/>
                <w:lang w:val="de-DE"/>
              </w:rPr>
              <w:t>Punë</w:t>
            </w:r>
            <w:proofErr w:type="spellEnd"/>
            <w:r w:rsidRPr="00B03652">
              <w:rPr>
                <w:rFonts w:eastAsia="Arial"/>
                <w:sz w:val="20"/>
                <w:szCs w:val="20"/>
                <w:lang w:val="de-DE"/>
              </w:rPr>
              <w:t xml:space="preserve"> individuale, </w:t>
            </w:r>
            <w:proofErr w:type="spellStart"/>
            <w:r w:rsidRPr="00B03652">
              <w:rPr>
                <w:rFonts w:eastAsia="Arial"/>
                <w:sz w:val="20"/>
                <w:szCs w:val="20"/>
                <w:lang w:val="de-DE"/>
              </w:rPr>
              <w:t>në</w:t>
            </w:r>
            <w:proofErr w:type="spellEnd"/>
            <w:r w:rsidRPr="00B03652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03652">
              <w:rPr>
                <w:rFonts w:eastAsia="Arial"/>
                <w:sz w:val="20"/>
                <w:szCs w:val="20"/>
                <w:lang w:val="de-DE"/>
              </w:rPr>
              <w:t>çifte</w:t>
            </w:r>
            <w:proofErr w:type="spellEnd"/>
            <w:r w:rsidRPr="00B03652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03652">
              <w:rPr>
                <w:rFonts w:eastAsia="Arial"/>
                <w:sz w:val="20"/>
                <w:szCs w:val="20"/>
                <w:lang w:val="de-DE"/>
              </w:rPr>
              <w:t>dhe</w:t>
            </w:r>
            <w:proofErr w:type="spellEnd"/>
            <w:r w:rsidRPr="00B03652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03652">
              <w:rPr>
                <w:rFonts w:eastAsia="Arial"/>
                <w:sz w:val="20"/>
                <w:szCs w:val="20"/>
                <w:lang w:val="de-DE"/>
              </w:rPr>
              <w:t>në</w:t>
            </w:r>
            <w:proofErr w:type="spellEnd"/>
            <w:r w:rsidRPr="00B03652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03652">
              <w:rPr>
                <w:rFonts w:eastAsia="Arial"/>
                <w:sz w:val="20"/>
                <w:szCs w:val="20"/>
                <w:lang w:val="de-DE"/>
              </w:rPr>
              <w:t>grupe</w:t>
            </w:r>
            <w:proofErr w:type="spellEnd"/>
            <w:r w:rsidRPr="00B03652">
              <w:rPr>
                <w:rFonts w:eastAsia="Arial"/>
                <w:sz w:val="20"/>
                <w:szCs w:val="20"/>
                <w:lang w:val="de-DE"/>
              </w:rPr>
              <w:t xml:space="preserve">; </w:t>
            </w:r>
            <w:proofErr w:type="spellStart"/>
            <w:r w:rsidRPr="00B03652">
              <w:rPr>
                <w:rFonts w:eastAsia="Arial"/>
                <w:sz w:val="20"/>
                <w:szCs w:val="20"/>
                <w:lang w:val="de-DE"/>
              </w:rPr>
              <w:t>mësimdhënie</w:t>
            </w:r>
            <w:proofErr w:type="spellEnd"/>
            <w:r w:rsidRPr="00B03652">
              <w:rPr>
                <w:rFonts w:eastAsia="Arial"/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B03652">
              <w:rPr>
                <w:rFonts w:eastAsia="Arial"/>
                <w:sz w:val="20"/>
                <w:szCs w:val="20"/>
                <w:lang w:val="de-DE"/>
              </w:rPr>
              <w:t>diferencuar</w:t>
            </w:r>
            <w:proofErr w:type="spellEnd"/>
            <w:r w:rsidRPr="00B03652">
              <w:rPr>
                <w:rFonts w:eastAsia="Arial"/>
                <w:sz w:val="20"/>
                <w:szCs w:val="20"/>
                <w:lang w:val="de-DE"/>
              </w:rPr>
              <w:t>.</w:t>
            </w:r>
          </w:p>
          <w:p w:rsidR="00B03652" w:rsidRDefault="00B03652">
            <w:pPr>
              <w:rPr>
                <w:rFonts w:eastAsia="Arial"/>
                <w:sz w:val="20"/>
                <w:szCs w:val="20"/>
                <w:lang w:val="de-DE"/>
              </w:rPr>
            </w:pPr>
          </w:p>
          <w:p w:rsidR="00516D86" w:rsidRPr="00B03652" w:rsidRDefault="00000000">
            <w:pPr>
              <w:rPr>
                <w:sz w:val="20"/>
                <w:szCs w:val="20"/>
                <w:lang w:val="de-DE"/>
              </w:rPr>
            </w:pPr>
            <w:proofErr w:type="spellStart"/>
            <w:r w:rsidRPr="00B03652">
              <w:rPr>
                <w:rFonts w:eastAsia="Arial"/>
                <w:sz w:val="20"/>
                <w:szCs w:val="20"/>
                <w:lang w:val="de-DE"/>
              </w:rPr>
              <w:t>Demonstrim</w:t>
            </w:r>
            <w:proofErr w:type="spellEnd"/>
            <w:r w:rsidRPr="00B03652">
              <w:rPr>
                <w:rFonts w:eastAsia="Arial"/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B03652">
              <w:rPr>
                <w:rFonts w:eastAsia="Arial"/>
                <w:sz w:val="20"/>
                <w:szCs w:val="20"/>
                <w:lang w:val="de-DE"/>
              </w:rPr>
              <w:t>modelim</w:t>
            </w:r>
            <w:proofErr w:type="spellEnd"/>
            <w:r w:rsidRPr="00B03652">
              <w:rPr>
                <w:rFonts w:eastAsia="Arial"/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B03652">
              <w:rPr>
                <w:rFonts w:eastAsia="Arial"/>
                <w:sz w:val="20"/>
                <w:szCs w:val="20"/>
                <w:lang w:val="de-DE"/>
              </w:rPr>
              <w:t>stuhi</w:t>
            </w:r>
            <w:proofErr w:type="spellEnd"/>
            <w:r w:rsidRPr="00B03652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03652">
              <w:rPr>
                <w:rFonts w:eastAsia="Arial"/>
                <w:sz w:val="20"/>
                <w:szCs w:val="20"/>
                <w:lang w:val="de-DE"/>
              </w:rPr>
              <w:t>mendimesh</w:t>
            </w:r>
            <w:proofErr w:type="spellEnd"/>
            <w:r w:rsidRPr="00B03652">
              <w:rPr>
                <w:rFonts w:eastAsia="Arial"/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B03652">
              <w:rPr>
                <w:rFonts w:eastAsia="Arial"/>
                <w:sz w:val="20"/>
                <w:szCs w:val="20"/>
                <w:lang w:val="de-DE"/>
              </w:rPr>
              <w:t>ditar</w:t>
            </w:r>
            <w:proofErr w:type="spellEnd"/>
            <w:r w:rsidRPr="00B03652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03652">
              <w:rPr>
                <w:rFonts w:eastAsia="Arial"/>
                <w:sz w:val="20"/>
                <w:szCs w:val="20"/>
                <w:lang w:val="de-DE"/>
              </w:rPr>
              <w:t>dypjesësh</w:t>
            </w:r>
            <w:proofErr w:type="spellEnd"/>
            <w:r w:rsidRPr="00B03652">
              <w:rPr>
                <w:rFonts w:eastAsia="Arial"/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B03652">
              <w:rPr>
                <w:rFonts w:eastAsia="Arial"/>
                <w:sz w:val="20"/>
                <w:szCs w:val="20"/>
                <w:lang w:val="de-DE"/>
              </w:rPr>
              <w:t>tabela</w:t>
            </w:r>
            <w:proofErr w:type="spellEnd"/>
            <w:r w:rsidRPr="00B03652">
              <w:rPr>
                <w:rFonts w:eastAsia="Arial"/>
                <w:sz w:val="20"/>
                <w:szCs w:val="20"/>
                <w:lang w:val="de-DE"/>
              </w:rPr>
              <w:t xml:space="preserve"> T </w:t>
            </w:r>
            <w:proofErr w:type="spellStart"/>
            <w:r w:rsidRPr="00B03652">
              <w:rPr>
                <w:rFonts w:eastAsia="Arial"/>
                <w:sz w:val="20"/>
                <w:szCs w:val="20"/>
                <w:lang w:val="de-DE"/>
              </w:rPr>
              <w:t>dhe</w:t>
            </w:r>
            <w:proofErr w:type="spellEnd"/>
            <w:r w:rsidRPr="00B03652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03652">
              <w:rPr>
                <w:rFonts w:eastAsia="Arial"/>
                <w:sz w:val="20"/>
                <w:szCs w:val="20"/>
                <w:lang w:val="de-DE"/>
              </w:rPr>
              <w:t>punë</w:t>
            </w:r>
            <w:proofErr w:type="spellEnd"/>
            <w:r w:rsidRPr="00B03652">
              <w:rPr>
                <w:rFonts w:eastAsia="Arial"/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B03652">
              <w:rPr>
                <w:rFonts w:eastAsia="Arial"/>
                <w:sz w:val="20"/>
                <w:szCs w:val="20"/>
                <w:lang w:val="de-DE"/>
              </w:rPr>
              <w:t>drejtuar</w:t>
            </w:r>
            <w:proofErr w:type="spellEnd"/>
            <w:r w:rsidRPr="00B03652">
              <w:rPr>
                <w:rFonts w:eastAsia="Arial"/>
                <w:sz w:val="20"/>
                <w:szCs w:val="20"/>
                <w:lang w:val="de-DE"/>
              </w:rPr>
              <w:t>.</w:t>
            </w:r>
          </w:p>
          <w:p w:rsidR="00B03652" w:rsidRDefault="00B03652">
            <w:pPr>
              <w:rPr>
                <w:rFonts w:eastAsia="Arial"/>
                <w:sz w:val="20"/>
                <w:szCs w:val="20"/>
              </w:rPr>
            </w:pPr>
          </w:p>
          <w:p w:rsidR="00516D86" w:rsidRPr="00B03652" w:rsidRDefault="00000000">
            <w:pPr>
              <w:rPr>
                <w:sz w:val="20"/>
                <w:szCs w:val="20"/>
              </w:rPr>
            </w:pPr>
            <w:r w:rsidRPr="00B03652">
              <w:rPr>
                <w:rFonts w:eastAsia="Arial"/>
                <w:sz w:val="20"/>
                <w:szCs w:val="20"/>
              </w:rPr>
              <w:t>Përdorim i GeoGebra-s, kalkulatorit, Excel-it dhe mjeteve digjitale sipas temës.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16D86" w:rsidRPr="00B03652" w:rsidRDefault="00000000">
            <w:pPr>
              <w:rPr>
                <w:sz w:val="20"/>
                <w:szCs w:val="20"/>
                <w:lang w:val="de-DE"/>
              </w:rPr>
            </w:pPr>
            <w:proofErr w:type="spellStart"/>
            <w:r w:rsidRPr="00B03652">
              <w:rPr>
                <w:rFonts w:eastAsia="Arial"/>
                <w:sz w:val="20"/>
                <w:szCs w:val="20"/>
                <w:lang w:val="de-DE"/>
              </w:rPr>
              <w:lastRenderedPageBreak/>
              <w:t>Vlerësim</w:t>
            </w:r>
            <w:proofErr w:type="spellEnd"/>
            <w:r w:rsidRPr="00B03652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03652">
              <w:rPr>
                <w:rFonts w:eastAsia="Arial"/>
                <w:sz w:val="20"/>
                <w:szCs w:val="20"/>
                <w:lang w:val="de-DE"/>
              </w:rPr>
              <w:t>diagnostik</w:t>
            </w:r>
            <w:proofErr w:type="spellEnd"/>
            <w:r w:rsidRPr="00B03652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03652">
              <w:rPr>
                <w:rFonts w:eastAsia="Arial"/>
                <w:sz w:val="20"/>
                <w:szCs w:val="20"/>
                <w:lang w:val="de-DE"/>
              </w:rPr>
              <w:t>dhe</w:t>
            </w:r>
            <w:proofErr w:type="spellEnd"/>
            <w:r w:rsidRPr="00B03652">
              <w:rPr>
                <w:rFonts w:eastAsia="Arial"/>
                <w:sz w:val="20"/>
                <w:szCs w:val="20"/>
                <w:lang w:val="de-DE"/>
              </w:rPr>
              <w:t xml:space="preserve"> formativ </w:t>
            </w:r>
            <w:proofErr w:type="spellStart"/>
            <w:r w:rsidRPr="00B03652">
              <w:rPr>
                <w:rFonts w:eastAsia="Arial"/>
                <w:sz w:val="20"/>
                <w:szCs w:val="20"/>
                <w:lang w:val="de-DE"/>
              </w:rPr>
              <w:t>gjatë</w:t>
            </w:r>
            <w:proofErr w:type="spellEnd"/>
            <w:r w:rsidRPr="00B03652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03652">
              <w:rPr>
                <w:rFonts w:eastAsia="Arial"/>
                <w:sz w:val="20"/>
                <w:szCs w:val="20"/>
                <w:lang w:val="de-DE"/>
              </w:rPr>
              <w:t>procesit</w:t>
            </w:r>
            <w:proofErr w:type="spellEnd"/>
            <w:r w:rsidRPr="00B03652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03652">
              <w:rPr>
                <w:rFonts w:eastAsia="Arial"/>
                <w:sz w:val="20"/>
                <w:szCs w:val="20"/>
                <w:lang w:val="de-DE"/>
              </w:rPr>
              <w:t>mësimor</w:t>
            </w:r>
            <w:proofErr w:type="spellEnd"/>
            <w:r w:rsidRPr="00B03652">
              <w:rPr>
                <w:rFonts w:eastAsia="Arial"/>
                <w:sz w:val="20"/>
                <w:szCs w:val="20"/>
                <w:lang w:val="de-DE"/>
              </w:rPr>
              <w:t>.</w:t>
            </w:r>
          </w:p>
          <w:p w:rsidR="00B03652" w:rsidRDefault="00B03652">
            <w:pPr>
              <w:rPr>
                <w:rFonts w:eastAsia="Arial"/>
                <w:sz w:val="20"/>
                <w:szCs w:val="20"/>
                <w:lang w:val="de-DE"/>
              </w:rPr>
            </w:pPr>
          </w:p>
          <w:p w:rsidR="00516D86" w:rsidRPr="00B03652" w:rsidRDefault="00000000">
            <w:pPr>
              <w:rPr>
                <w:sz w:val="20"/>
                <w:szCs w:val="20"/>
                <w:lang w:val="de-DE"/>
              </w:rPr>
            </w:pPr>
            <w:proofErr w:type="spellStart"/>
            <w:r w:rsidRPr="00B03652">
              <w:rPr>
                <w:rFonts w:eastAsia="Arial"/>
                <w:sz w:val="20"/>
                <w:szCs w:val="20"/>
                <w:lang w:val="de-DE"/>
              </w:rPr>
              <w:t>Vlerësim</w:t>
            </w:r>
            <w:proofErr w:type="spellEnd"/>
            <w:r w:rsidRPr="00B03652">
              <w:rPr>
                <w:rFonts w:eastAsia="Arial"/>
                <w:sz w:val="20"/>
                <w:szCs w:val="20"/>
                <w:lang w:val="de-DE"/>
              </w:rPr>
              <w:t xml:space="preserve"> verbal, </w:t>
            </w:r>
            <w:proofErr w:type="spellStart"/>
            <w:r w:rsidRPr="00B03652">
              <w:rPr>
                <w:rFonts w:eastAsia="Arial"/>
                <w:sz w:val="20"/>
                <w:szCs w:val="20"/>
                <w:lang w:val="de-DE"/>
              </w:rPr>
              <w:t>detyra</w:t>
            </w:r>
            <w:proofErr w:type="spellEnd"/>
            <w:r w:rsidRPr="00B03652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03652">
              <w:rPr>
                <w:rFonts w:eastAsia="Arial"/>
                <w:sz w:val="20"/>
                <w:szCs w:val="20"/>
                <w:lang w:val="de-DE"/>
              </w:rPr>
              <w:t>kontrolluese</w:t>
            </w:r>
            <w:proofErr w:type="spellEnd"/>
            <w:r w:rsidRPr="00B03652">
              <w:rPr>
                <w:rFonts w:eastAsia="Arial"/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B03652">
              <w:rPr>
                <w:rFonts w:eastAsia="Arial"/>
                <w:sz w:val="20"/>
                <w:szCs w:val="20"/>
                <w:lang w:val="de-DE"/>
              </w:rPr>
              <w:t>vëzhgim</w:t>
            </w:r>
            <w:proofErr w:type="spellEnd"/>
            <w:r w:rsidRPr="00B03652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03652">
              <w:rPr>
                <w:rFonts w:eastAsia="Arial"/>
                <w:sz w:val="20"/>
                <w:szCs w:val="20"/>
                <w:lang w:val="de-DE"/>
              </w:rPr>
              <w:t>dhe</w:t>
            </w:r>
            <w:proofErr w:type="spellEnd"/>
            <w:r w:rsidRPr="00B03652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03652">
              <w:rPr>
                <w:rFonts w:eastAsia="Arial"/>
                <w:sz w:val="20"/>
                <w:szCs w:val="20"/>
                <w:lang w:val="de-DE"/>
              </w:rPr>
              <w:t>listë</w:t>
            </w:r>
            <w:proofErr w:type="spellEnd"/>
            <w:r w:rsidRPr="00B03652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03652">
              <w:rPr>
                <w:rFonts w:eastAsia="Arial"/>
                <w:sz w:val="20"/>
                <w:szCs w:val="20"/>
                <w:lang w:val="de-DE"/>
              </w:rPr>
              <w:t>kontrolli</w:t>
            </w:r>
            <w:proofErr w:type="spellEnd"/>
            <w:r w:rsidRPr="00B03652">
              <w:rPr>
                <w:rFonts w:eastAsia="Arial"/>
                <w:sz w:val="20"/>
                <w:szCs w:val="20"/>
                <w:lang w:val="de-DE"/>
              </w:rPr>
              <w:t>.</w:t>
            </w:r>
          </w:p>
          <w:p w:rsidR="00B03652" w:rsidRDefault="00B03652">
            <w:pPr>
              <w:rPr>
                <w:rFonts w:eastAsia="Arial"/>
                <w:sz w:val="20"/>
                <w:szCs w:val="20"/>
                <w:lang w:val="de-DE"/>
              </w:rPr>
            </w:pPr>
          </w:p>
          <w:p w:rsidR="00516D86" w:rsidRPr="00B03652" w:rsidRDefault="00000000">
            <w:pPr>
              <w:rPr>
                <w:sz w:val="20"/>
                <w:szCs w:val="20"/>
                <w:lang w:val="de-DE"/>
              </w:rPr>
            </w:pPr>
            <w:proofErr w:type="spellStart"/>
            <w:r w:rsidRPr="00B03652">
              <w:rPr>
                <w:rFonts w:eastAsia="Arial"/>
                <w:sz w:val="20"/>
                <w:szCs w:val="20"/>
                <w:lang w:val="de-DE"/>
              </w:rPr>
              <w:t>Vlerësim</w:t>
            </w:r>
            <w:proofErr w:type="spellEnd"/>
            <w:r w:rsidRPr="00B03652">
              <w:rPr>
                <w:rFonts w:eastAsia="Arial"/>
                <w:sz w:val="20"/>
                <w:szCs w:val="20"/>
                <w:lang w:val="de-DE"/>
              </w:rPr>
              <w:t xml:space="preserve"> i </w:t>
            </w:r>
            <w:proofErr w:type="spellStart"/>
            <w:r w:rsidRPr="00B03652">
              <w:rPr>
                <w:rFonts w:eastAsia="Arial"/>
                <w:sz w:val="20"/>
                <w:szCs w:val="20"/>
                <w:lang w:val="de-DE"/>
              </w:rPr>
              <w:t>punës</w:t>
            </w:r>
            <w:proofErr w:type="spellEnd"/>
            <w:r w:rsidRPr="00B03652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r w:rsidRPr="00B03652">
              <w:rPr>
                <w:rFonts w:eastAsia="Arial"/>
                <w:sz w:val="20"/>
                <w:szCs w:val="20"/>
                <w:lang w:val="de-DE"/>
              </w:rPr>
              <w:lastRenderedPageBreak/>
              <w:t xml:space="preserve">individuale </w:t>
            </w:r>
            <w:proofErr w:type="spellStart"/>
            <w:r w:rsidRPr="00B03652">
              <w:rPr>
                <w:rFonts w:eastAsia="Arial"/>
                <w:sz w:val="20"/>
                <w:szCs w:val="20"/>
                <w:lang w:val="de-DE"/>
              </w:rPr>
              <w:t>dhe</w:t>
            </w:r>
            <w:proofErr w:type="spellEnd"/>
            <w:r w:rsidRPr="00B03652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03652">
              <w:rPr>
                <w:rFonts w:eastAsia="Arial"/>
                <w:sz w:val="20"/>
                <w:szCs w:val="20"/>
                <w:lang w:val="de-DE"/>
              </w:rPr>
              <w:t>në</w:t>
            </w:r>
            <w:proofErr w:type="spellEnd"/>
            <w:r w:rsidRPr="00B03652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03652">
              <w:rPr>
                <w:rFonts w:eastAsia="Arial"/>
                <w:sz w:val="20"/>
                <w:szCs w:val="20"/>
                <w:lang w:val="de-DE"/>
              </w:rPr>
              <w:t>grup</w:t>
            </w:r>
            <w:proofErr w:type="spellEnd"/>
            <w:r w:rsidRPr="00B03652">
              <w:rPr>
                <w:rFonts w:eastAsia="Arial"/>
                <w:sz w:val="20"/>
                <w:szCs w:val="20"/>
                <w:lang w:val="de-DE"/>
              </w:rPr>
              <w:t xml:space="preserve">; </w:t>
            </w:r>
            <w:proofErr w:type="spellStart"/>
            <w:r w:rsidRPr="00B03652">
              <w:rPr>
                <w:rFonts w:eastAsia="Arial"/>
                <w:sz w:val="20"/>
                <w:szCs w:val="20"/>
                <w:lang w:val="de-DE"/>
              </w:rPr>
              <w:t>vetëvlerësim</w:t>
            </w:r>
            <w:proofErr w:type="spellEnd"/>
            <w:r w:rsidRPr="00B03652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03652">
              <w:rPr>
                <w:rFonts w:eastAsia="Arial"/>
                <w:sz w:val="20"/>
                <w:szCs w:val="20"/>
                <w:lang w:val="de-DE"/>
              </w:rPr>
              <w:t>dhe</w:t>
            </w:r>
            <w:proofErr w:type="spellEnd"/>
            <w:r w:rsidRPr="00B03652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03652">
              <w:rPr>
                <w:rFonts w:eastAsia="Arial"/>
                <w:sz w:val="20"/>
                <w:szCs w:val="20"/>
                <w:lang w:val="de-DE"/>
              </w:rPr>
              <w:t>vlerësim</w:t>
            </w:r>
            <w:proofErr w:type="spellEnd"/>
            <w:r w:rsidRPr="00B03652">
              <w:rPr>
                <w:rFonts w:eastAsia="Arial"/>
                <w:sz w:val="20"/>
                <w:szCs w:val="20"/>
                <w:lang w:val="de-DE"/>
              </w:rPr>
              <w:t xml:space="preserve"> i </w:t>
            </w:r>
            <w:proofErr w:type="spellStart"/>
            <w:r w:rsidRPr="00B03652">
              <w:rPr>
                <w:rFonts w:eastAsia="Arial"/>
                <w:sz w:val="20"/>
                <w:szCs w:val="20"/>
                <w:lang w:val="de-DE"/>
              </w:rPr>
              <w:t>ndërsjellë</w:t>
            </w:r>
            <w:proofErr w:type="spellEnd"/>
            <w:r w:rsidRPr="00B03652">
              <w:rPr>
                <w:rFonts w:eastAsia="Arial"/>
                <w:sz w:val="20"/>
                <w:szCs w:val="20"/>
                <w:lang w:val="de-DE"/>
              </w:rPr>
              <w:t>.</w:t>
            </w:r>
          </w:p>
          <w:p w:rsidR="00B03652" w:rsidRDefault="00B03652">
            <w:pPr>
              <w:rPr>
                <w:rFonts w:eastAsia="Arial"/>
                <w:sz w:val="20"/>
                <w:szCs w:val="20"/>
                <w:lang w:val="de-DE"/>
              </w:rPr>
            </w:pPr>
          </w:p>
          <w:p w:rsidR="00516D86" w:rsidRPr="00B03652" w:rsidRDefault="00000000">
            <w:pPr>
              <w:rPr>
                <w:sz w:val="20"/>
                <w:szCs w:val="20"/>
                <w:lang w:val="de-DE"/>
              </w:rPr>
            </w:pPr>
            <w:proofErr w:type="spellStart"/>
            <w:r w:rsidRPr="00B03652">
              <w:rPr>
                <w:rFonts w:eastAsia="Arial"/>
                <w:sz w:val="20"/>
                <w:szCs w:val="20"/>
                <w:lang w:val="de-DE"/>
              </w:rPr>
              <w:t>Vlerësim</w:t>
            </w:r>
            <w:proofErr w:type="spellEnd"/>
            <w:r w:rsidRPr="00B03652">
              <w:rPr>
                <w:rFonts w:eastAsia="Arial"/>
                <w:sz w:val="20"/>
                <w:szCs w:val="20"/>
                <w:lang w:val="de-DE"/>
              </w:rPr>
              <w:t xml:space="preserve"> i </w:t>
            </w:r>
            <w:proofErr w:type="spellStart"/>
            <w:r w:rsidRPr="00B03652">
              <w:rPr>
                <w:rFonts w:eastAsia="Arial"/>
                <w:sz w:val="20"/>
                <w:szCs w:val="20"/>
                <w:lang w:val="de-DE"/>
              </w:rPr>
              <w:t>bazuar</w:t>
            </w:r>
            <w:proofErr w:type="spellEnd"/>
            <w:r w:rsidRPr="00B03652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03652">
              <w:rPr>
                <w:rFonts w:eastAsia="Arial"/>
                <w:sz w:val="20"/>
                <w:szCs w:val="20"/>
                <w:lang w:val="de-DE"/>
              </w:rPr>
              <w:t>në</w:t>
            </w:r>
            <w:proofErr w:type="spellEnd"/>
            <w:r w:rsidRPr="00B03652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03652">
              <w:rPr>
                <w:rFonts w:eastAsia="Arial"/>
                <w:sz w:val="20"/>
                <w:szCs w:val="20"/>
                <w:lang w:val="de-DE"/>
              </w:rPr>
              <w:t>kritere</w:t>
            </w:r>
            <w:proofErr w:type="spellEnd"/>
            <w:r w:rsidRPr="00B03652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03652">
              <w:rPr>
                <w:rFonts w:eastAsia="Arial"/>
                <w:sz w:val="20"/>
                <w:szCs w:val="20"/>
                <w:lang w:val="de-DE"/>
              </w:rPr>
              <w:t>dhe</w:t>
            </w:r>
            <w:proofErr w:type="spellEnd"/>
            <w:r w:rsidRPr="00B03652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03652">
              <w:rPr>
                <w:rFonts w:eastAsia="Arial"/>
                <w:sz w:val="20"/>
                <w:szCs w:val="20"/>
                <w:lang w:val="de-DE"/>
              </w:rPr>
              <w:t>në</w:t>
            </w:r>
            <w:proofErr w:type="spellEnd"/>
            <w:r w:rsidRPr="00B03652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03652">
              <w:rPr>
                <w:rFonts w:eastAsia="Arial"/>
                <w:sz w:val="20"/>
                <w:szCs w:val="20"/>
                <w:lang w:val="de-DE"/>
              </w:rPr>
              <w:t>rezultatet</w:t>
            </w:r>
            <w:proofErr w:type="spellEnd"/>
            <w:r w:rsidRPr="00B03652">
              <w:rPr>
                <w:rFonts w:eastAsia="Arial"/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B03652">
              <w:rPr>
                <w:rFonts w:eastAsia="Arial"/>
                <w:sz w:val="20"/>
                <w:szCs w:val="20"/>
                <w:lang w:val="de-DE"/>
              </w:rPr>
              <w:t>të</w:t>
            </w:r>
            <w:proofErr w:type="spellEnd"/>
            <w:r w:rsidRPr="00B03652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03652">
              <w:rPr>
                <w:rFonts w:eastAsia="Arial"/>
                <w:sz w:val="20"/>
                <w:szCs w:val="20"/>
                <w:lang w:val="de-DE"/>
              </w:rPr>
              <w:t>nxënit</w:t>
            </w:r>
            <w:proofErr w:type="spellEnd"/>
            <w:r w:rsidRPr="00B03652">
              <w:rPr>
                <w:rFonts w:eastAsia="Arial"/>
                <w:sz w:val="20"/>
                <w:szCs w:val="20"/>
                <w:lang w:val="de-DE"/>
              </w:rPr>
              <w:t>.</w:t>
            </w:r>
          </w:p>
          <w:p w:rsidR="00B03652" w:rsidRDefault="00B03652">
            <w:pPr>
              <w:rPr>
                <w:rFonts w:eastAsia="Arial"/>
                <w:sz w:val="20"/>
                <w:szCs w:val="20"/>
                <w:lang w:val="de-DE"/>
              </w:rPr>
            </w:pPr>
          </w:p>
          <w:p w:rsidR="00516D86" w:rsidRPr="00B03652" w:rsidRDefault="00000000">
            <w:pPr>
              <w:rPr>
                <w:sz w:val="20"/>
                <w:szCs w:val="20"/>
                <w:lang w:val="de-DE"/>
              </w:rPr>
            </w:pPr>
            <w:proofErr w:type="spellStart"/>
            <w:r w:rsidRPr="00B03652">
              <w:rPr>
                <w:rFonts w:eastAsia="Arial"/>
                <w:sz w:val="20"/>
                <w:szCs w:val="20"/>
                <w:lang w:val="de-DE"/>
              </w:rPr>
              <w:t>Në</w:t>
            </w:r>
            <w:proofErr w:type="spellEnd"/>
            <w:r w:rsidRPr="00B03652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03652">
              <w:rPr>
                <w:rFonts w:eastAsia="Arial"/>
                <w:sz w:val="20"/>
                <w:szCs w:val="20"/>
                <w:lang w:val="de-DE"/>
              </w:rPr>
              <w:t>fund</w:t>
            </w:r>
            <w:proofErr w:type="spellEnd"/>
            <w:r w:rsidRPr="00B03652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03652">
              <w:rPr>
                <w:rFonts w:eastAsia="Arial"/>
                <w:sz w:val="20"/>
                <w:szCs w:val="20"/>
                <w:lang w:val="de-DE"/>
              </w:rPr>
              <w:t>të</w:t>
            </w:r>
            <w:proofErr w:type="spellEnd"/>
            <w:r w:rsidRPr="00B03652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03652">
              <w:rPr>
                <w:rFonts w:eastAsia="Arial"/>
                <w:sz w:val="20"/>
                <w:szCs w:val="20"/>
                <w:lang w:val="de-DE"/>
              </w:rPr>
              <w:t>periudhës</w:t>
            </w:r>
            <w:proofErr w:type="spellEnd"/>
            <w:r w:rsidRPr="00B03652">
              <w:rPr>
                <w:rFonts w:eastAsia="Arial"/>
                <w:sz w:val="20"/>
                <w:szCs w:val="20"/>
                <w:lang w:val="de-DE"/>
              </w:rPr>
              <w:t xml:space="preserve">: 1 </w:t>
            </w:r>
            <w:proofErr w:type="spellStart"/>
            <w:r w:rsidRPr="00B03652">
              <w:rPr>
                <w:rFonts w:eastAsia="Arial"/>
                <w:sz w:val="20"/>
                <w:szCs w:val="20"/>
                <w:lang w:val="de-DE"/>
              </w:rPr>
              <w:t>orë</w:t>
            </w:r>
            <w:proofErr w:type="spellEnd"/>
            <w:r w:rsidRPr="00B03652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03652">
              <w:rPr>
                <w:rFonts w:eastAsia="Arial"/>
                <w:sz w:val="20"/>
                <w:szCs w:val="20"/>
                <w:lang w:val="de-DE"/>
              </w:rPr>
              <w:t>ushtrime</w:t>
            </w:r>
            <w:proofErr w:type="spellEnd"/>
            <w:r w:rsidRPr="00B03652">
              <w:rPr>
                <w:rFonts w:eastAsia="Arial"/>
                <w:sz w:val="20"/>
                <w:szCs w:val="20"/>
                <w:lang w:val="de-DE"/>
              </w:rPr>
              <w:t>/</w:t>
            </w:r>
            <w:proofErr w:type="spellStart"/>
            <w:r w:rsidRPr="00B03652">
              <w:rPr>
                <w:rFonts w:eastAsia="Arial"/>
                <w:sz w:val="20"/>
                <w:szCs w:val="20"/>
                <w:lang w:val="de-DE"/>
              </w:rPr>
              <w:t>përsëritje</w:t>
            </w:r>
            <w:proofErr w:type="spellEnd"/>
            <w:r w:rsidRPr="00B03652">
              <w:rPr>
                <w:rFonts w:eastAsia="Arial"/>
                <w:sz w:val="20"/>
                <w:szCs w:val="20"/>
                <w:lang w:val="de-DE"/>
              </w:rPr>
              <w:t xml:space="preserve">, 1 </w:t>
            </w:r>
            <w:proofErr w:type="spellStart"/>
            <w:r w:rsidRPr="00B03652">
              <w:rPr>
                <w:rFonts w:eastAsia="Arial"/>
                <w:sz w:val="20"/>
                <w:szCs w:val="20"/>
                <w:lang w:val="de-DE"/>
              </w:rPr>
              <w:t>orë</w:t>
            </w:r>
            <w:proofErr w:type="spellEnd"/>
            <w:r w:rsidRPr="00B03652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03652">
              <w:rPr>
                <w:rFonts w:eastAsia="Arial"/>
                <w:sz w:val="20"/>
                <w:szCs w:val="20"/>
                <w:lang w:val="de-DE"/>
              </w:rPr>
              <w:t>test</w:t>
            </w:r>
            <w:proofErr w:type="spellEnd"/>
            <w:r w:rsidRPr="00B03652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03652">
              <w:rPr>
                <w:rFonts w:eastAsia="Arial"/>
                <w:sz w:val="20"/>
                <w:szCs w:val="20"/>
                <w:lang w:val="de-DE"/>
              </w:rPr>
              <w:t>dhe</w:t>
            </w:r>
            <w:proofErr w:type="spellEnd"/>
            <w:r w:rsidRPr="00B03652">
              <w:rPr>
                <w:rFonts w:eastAsia="Arial"/>
                <w:sz w:val="20"/>
                <w:szCs w:val="20"/>
                <w:lang w:val="de-DE"/>
              </w:rPr>
              <w:t xml:space="preserve"> 1 </w:t>
            </w:r>
            <w:proofErr w:type="spellStart"/>
            <w:r w:rsidRPr="00B03652">
              <w:rPr>
                <w:rFonts w:eastAsia="Arial"/>
                <w:sz w:val="20"/>
                <w:szCs w:val="20"/>
                <w:lang w:val="de-DE"/>
              </w:rPr>
              <w:t>orë</w:t>
            </w:r>
            <w:proofErr w:type="spellEnd"/>
            <w:r w:rsidRPr="00B03652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03652">
              <w:rPr>
                <w:rFonts w:eastAsia="Arial"/>
                <w:sz w:val="20"/>
                <w:szCs w:val="20"/>
                <w:lang w:val="de-DE"/>
              </w:rPr>
              <w:t>analizë</w:t>
            </w:r>
            <w:proofErr w:type="spellEnd"/>
            <w:r w:rsidRPr="00B03652">
              <w:rPr>
                <w:rFonts w:eastAsia="Arial"/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B03652">
              <w:rPr>
                <w:rFonts w:eastAsia="Arial"/>
                <w:sz w:val="20"/>
                <w:szCs w:val="20"/>
                <w:lang w:val="de-DE"/>
              </w:rPr>
              <w:t>testit</w:t>
            </w:r>
            <w:proofErr w:type="spellEnd"/>
            <w:r w:rsidRPr="00B03652">
              <w:rPr>
                <w:rFonts w:eastAsia="Arial"/>
                <w:sz w:val="20"/>
                <w:szCs w:val="20"/>
                <w:lang w:val="de-DE"/>
              </w:rPr>
              <w:t>.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16D86" w:rsidRPr="00B03652" w:rsidRDefault="00000000">
            <w:pPr>
              <w:rPr>
                <w:sz w:val="20"/>
                <w:szCs w:val="20"/>
                <w:lang w:val="de-DE"/>
              </w:rPr>
            </w:pPr>
            <w:proofErr w:type="spellStart"/>
            <w:r w:rsidRPr="00B03652">
              <w:rPr>
                <w:rFonts w:eastAsia="Arial"/>
                <w:sz w:val="20"/>
                <w:szCs w:val="20"/>
                <w:lang w:val="de-DE"/>
              </w:rPr>
              <w:lastRenderedPageBreak/>
              <w:t>Gjuhët</w:t>
            </w:r>
            <w:proofErr w:type="spellEnd"/>
            <w:r w:rsidRPr="00B03652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03652">
              <w:rPr>
                <w:rFonts w:eastAsia="Arial"/>
                <w:sz w:val="20"/>
                <w:szCs w:val="20"/>
                <w:lang w:val="de-DE"/>
              </w:rPr>
              <w:t>dhe</w:t>
            </w:r>
            <w:proofErr w:type="spellEnd"/>
            <w:r w:rsidRPr="00B03652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03652">
              <w:rPr>
                <w:rFonts w:eastAsia="Arial"/>
                <w:sz w:val="20"/>
                <w:szCs w:val="20"/>
                <w:lang w:val="de-DE"/>
              </w:rPr>
              <w:t>komunikimi</w:t>
            </w:r>
            <w:proofErr w:type="spellEnd"/>
            <w:r w:rsidRPr="00B03652">
              <w:rPr>
                <w:rFonts w:eastAsia="Arial"/>
                <w:sz w:val="20"/>
                <w:szCs w:val="20"/>
                <w:lang w:val="de-DE"/>
              </w:rPr>
              <w:t xml:space="preserve"> – </w:t>
            </w:r>
            <w:proofErr w:type="spellStart"/>
            <w:r w:rsidRPr="00B03652">
              <w:rPr>
                <w:rFonts w:eastAsia="Arial"/>
                <w:sz w:val="20"/>
                <w:szCs w:val="20"/>
                <w:lang w:val="de-DE"/>
              </w:rPr>
              <w:t>argumentimi</w:t>
            </w:r>
            <w:proofErr w:type="spellEnd"/>
            <w:r w:rsidRPr="00B03652">
              <w:rPr>
                <w:rFonts w:eastAsia="Arial"/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B03652">
              <w:rPr>
                <w:rFonts w:eastAsia="Arial"/>
                <w:sz w:val="20"/>
                <w:szCs w:val="20"/>
                <w:lang w:val="de-DE"/>
              </w:rPr>
              <w:t>terminologjia</w:t>
            </w:r>
            <w:proofErr w:type="spellEnd"/>
            <w:r w:rsidRPr="00B03652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03652">
              <w:rPr>
                <w:rFonts w:eastAsia="Arial"/>
                <w:sz w:val="20"/>
                <w:szCs w:val="20"/>
                <w:lang w:val="de-DE"/>
              </w:rPr>
              <w:t>dhe</w:t>
            </w:r>
            <w:proofErr w:type="spellEnd"/>
            <w:r w:rsidRPr="00B03652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03652">
              <w:rPr>
                <w:rFonts w:eastAsia="Arial"/>
                <w:sz w:val="20"/>
                <w:szCs w:val="20"/>
                <w:lang w:val="de-DE"/>
              </w:rPr>
              <w:t>shpjegimi</w:t>
            </w:r>
            <w:proofErr w:type="spellEnd"/>
            <w:r w:rsidRPr="00B03652">
              <w:rPr>
                <w:rFonts w:eastAsia="Arial"/>
                <w:sz w:val="20"/>
                <w:szCs w:val="20"/>
                <w:lang w:val="de-DE"/>
              </w:rPr>
              <w:t xml:space="preserve"> i </w:t>
            </w:r>
            <w:proofErr w:type="spellStart"/>
            <w:r w:rsidRPr="00B03652">
              <w:rPr>
                <w:rFonts w:eastAsia="Arial"/>
                <w:sz w:val="20"/>
                <w:szCs w:val="20"/>
                <w:lang w:val="de-DE"/>
              </w:rPr>
              <w:t>zgjidhjeve</w:t>
            </w:r>
            <w:proofErr w:type="spellEnd"/>
            <w:r w:rsidRPr="00B03652">
              <w:rPr>
                <w:rFonts w:eastAsia="Arial"/>
                <w:sz w:val="20"/>
                <w:szCs w:val="20"/>
                <w:lang w:val="de-DE"/>
              </w:rPr>
              <w:t>.</w:t>
            </w:r>
          </w:p>
          <w:p w:rsidR="00B03652" w:rsidRDefault="00B03652">
            <w:pPr>
              <w:rPr>
                <w:rFonts w:eastAsia="Arial"/>
                <w:sz w:val="20"/>
                <w:szCs w:val="20"/>
                <w:lang w:val="de-DE"/>
              </w:rPr>
            </w:pPr>
          </w:p>
          <w:p w:rsidR="00516D86" w:rsidRPr="00B03652" w:rsidRDefault="00000000">
            <w:pPr>
              <w:rPr>
                <w:sz w:val="20"/>
                <w:szCs w:val="20"/>
                <w:lang w:val="de-DE"/>
              </w:rPr>
            </w:pPr>
            <w:proofErr w:type="spellStart"/>
            <w:r w:rsidRPr="00B03652">
              <w:rPr>
                <w:rFonts w:eastAsia="Arial"/>
                <w:sz w:val="20"/>
                <w:szCs w:val="20"/>
                <w:lang w:val="de-DE"/>
              </w:rPr>
              <w:t>Shkencat</w:t>
            </w:r>
            <w:proofErr w:type="spellEnd"/>
            <w:r w:rsidRPr="00B03652">
              <w:rPr>
                <w:rFonts w:eastAsia="Arial"/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B03652">
              <w:rPr>
                <w:rFonts w:eastAsia="Arial"/>
                <w:sz w:val="20"/>
                <w:szCs w:val="20"/>
                <w:lang w:val="de-DE"/>
              </w:rPr>
              <w:t>natyrës</w:t>
            </w:r>
            <w:proofErr w:type="spellEnd"/>
            <w:r w:rsidRPr="00B03652">
              <w:rPr>
                <w:rFonts w:eastAsia="Arial"/>
                <w:sz w:val="20"/>
                <w:szCs w:val="20"/>
                <w:lang w:val="de-DE"/>
              </w:rPr>
              <w:t xml:space="preserve"> – </w:t>
            </w:r>
            <w:proofErr w:type="spellStart"/>
            <w:r w:rsidRPr="00B03652">
              <w:rPr>
                <w:rFonts w:eastAsia="Arial"/>
                <w:sz w:val="20"/>
                <w:szCs w:val="20"/>
                <w:lang w:val="de-DE"/>
              </w:rPr>
              <w:t>matje</w:t>
            </w:r>
            <w:proofErr w:type="spellEnd"/>
            <w:r w:rsidRPr="00B03652">
              <w:rPr>
                <w:rFonts w:eastAsia="Arial"/>
                <w:sz w:val="20"/>
                <w:szCs w:val="20"/>
                <w:lang w:val="de-DE"/>
              </w:rPr>
              <w:t xml:space="preserve">, modele, </w:t>
            </w:r>
            <w:proofErr w:type="spellStart"/>
            <w:r w:rsidRPr="00B03652">
              <w:rPr>
                <w:rFonts w:eastAsia="Arial"/>
                <w:sz w:val="20"/>
                <w:szCs w:val="20"/>
                <w:lang w:val="de-DE"/>
              </w:rPr>
              <w:t>formula</w:t>
            </w:r>
            <w:proofErr w:type="spellEnd"/>
            <w:r w:rsidRPr="00B03652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03652">
              <w:rPr>
                <w:rFonts w:eastAsia="Arial"/>
                <w:sz w:val="20"/>
                <w:szCs w:val="20"/>
                <w:lang w:val="de-DE"/>
              </w:rPr>
              <w:t>dhe</w:t>
            </w:r>
            <w:proofErr w:type="spellEnd"/>
            <w:r w:rsidRPr="00B03652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03652">
              <w:rPr>
                <w:rFonts w:eastAsia="Arial"/>
                <w:sz w:val="20"/>
                <w:szCs w:val="20"/>
                <w:lang w:val="de-DE"/>
              </w:rPr>
              <w:t>zbatime</w:t>
            </w:r>
            <w:proofErr w:type="spellEnd"/>
            <w:r w:rsidRPr="00B03652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03652">
              <w:rPr>
                <w:rFonts w:eastAsia="Arial"/>
                <w:sz w:val="20"/>
                <w:szCs w:val="20"/>
                <w:lang w:val="de-DE"/>
              </w:rPr>
              <w:t>numerike</w:t>
            </w:r>
            <w:proofErr w:type="spellEnd"/>
            <w:r w:rsidRPr="00B03652">
              <w:rPr>
                <w:rFonts w:eastAsia="Arial"/>
                <w:sz w:val="20"/>
                <w:szCs w:val="20"/>
                <w:lang w:val="de-DE"/>
              </w:rPr>
              <w:t>.</w:t>
            </w:r>
          </w:p>
          <w:p w:rsidR="00B03652" w:rsidRDefault="00B03652">
            <w:pPr>
              <w:rPr>
                <w:rFonts w:eastAsia="Arial"/>
                <w:sz w:val="20"/>
                <w:szCs w:val="20"/>
                <w:lang w:val="de-DE"/>
              </w:rPr>
            </w:pPr>
          </w:p>
          <w:p w:rsidR="00516D86" w:rsidRPr="00B03652" w:rsidRDefault="00000000">
            <w:pPr>
              <w:rPr>
                <w:sz w:val="20"/>
                <w:szCs w:val="20"/>
                <w:lang w:val="de-DE"/>
              </w:rPr>
            </w:pPr>
            <w:proofErr w:type="spellStart"/>
            <w:r w:rsidRPr="00B03652">
              <w:rPr>
                <w:rFonts w:eastAsia="Arial"/>
                <w:sz w:val="20"/>
                <w:szCs w:val="20"/>
                <w:lang w:val="de-DE"/>
              </w:rPr>
              <w:lastRenderedPageBreak/>
              <w:t>Shoqëria</w:t>
            </w:r>
            <w:proofErr w:type="spellEnd"/>
            <w:r w:rsidRPr="00B03652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03652">
              <w:rPr>
                <w:rFonts w:eastAsia="Arial"/>
                <w:sz w:val="20"/>
                <w:szCs w:val="20"/>
                <w:lang w:val="de-DE"/>
              </w:rPr>
              <w:t>dhe</w:t>
            </w:r>
            <w:proofErr w:type="spellEnd"/>
            <w:r w:rsidRPr="00B03652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03652">
              <w:rPr>
                <w:rFonts w:eastAsia="Arial"/>
                <w:sz w:val="20"/>
                <w:szCs w:val="20"/>
                <w:lang w:val="de-DE"/>
              </w:rPr>
              <w:t>mjedisi</w:t>
            </w:r>
            <w:proofErr w:type="spellEnd"/>
            <w:r w:rsidRPr="00B03652">
              <w:rPr>
                <w:rFonts w:eastAsia="Arial"/>
                <w:sz w:val="20"/>
                <w:szCs w:val="20"/>
                <w:lang w:val="de-DE"/>
              </w:rPr>
              <w:t xml:space="preserve"> – </w:t>
            </w:r>
            <w:proofErr w:type="spellStart"/>
            <w:r w:rsidRPr="00B03652">
              <w:rPr>
                <w:rFonts w:eastAsia="Arial"/>
                <w:sz w:val="20"/>
                <w:szCs w:val="20"/>
                <w:lang w:val="de-DE"/>
              </w:rPr>
              <w:t>të</w:t>
            </w:r>
            <w:proofErr w:type="spellEnd"/>
            <w:r w:rsidRPr="00B03652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03652">
              <w:rPr>
                <w:rFonts w:eastAsia="Arial"/>
                <w:sz w:val="20"/>
                <w:szCs w:val="20"/>
                <w:lang w:val="de-DE"/>
              </w:rPr>
              <w:t>dhëna</w:t>
            </w:r>
            <w:proofErr w:type="spellEnd"/>
            <w:r w:rsidRPr="00B03652">
              <w:rPr>
                <w:rFonts w:eastAsia="Arial"/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B03652">
              <w:rPr>
                <w:rFonts w:eastAsia="Arial"/>
                <w:sz w:val="20"/>
                <w:szCs w:val="20"/>
                <w:lang w:val="de-DE"/>
              </w:rPr>
              <w:t>përqindje</w:t>
            </w:r>
            <w:proofErr w:type="spellEnd"/>
            <w:r w:rsidRPr="00B03652">
              <w:rPr>
                <w:rFonts w:eastAsia="Arial"/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B03652">
              <w:rPr>
                <w:rFonts w:eastAsia="Arial"/>
                <w:sz w:val="20"/>
                <w:szCs w:val="20"/>
                <w:lang w:val="de-DE"/>
              </w:rPr>
              <w:t>statistika</w:t>
            </w:r>
            <w:proofErr w:type="spellEnd"/>
            <w:r w:rsidRPr="00B03652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03652">
              <w:rPr>
                <w:rFonts w:eastAsia="Arial"/>
                <w:sz w:val="20"/>
                <w:szCs w:val="20"/>
                <w:lang w:val="de-DE"/>
              </w:rPr>
              <w:t>dhe</w:t>
            </w:r>
            <w:proofErr w:type="spellEnd"/>
            <w:r w:rsidRPr="00B03652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03652">
              <w:rPr>
                <w:rFonts w:eastAsia="Arial"/>
                <w:sz w:val="20"/>
                <w:szCs w:val="20"/>
                <w:lang w:val="de-DE"/>
              </w:rPr>
              <w:t>situata</w:t>
            </w:r>
            <w:proofErr w:type="spellEnd"/>
            <w:r w:rsidRPr="00B03652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03652">
              <w:rPr>
                <w:rFonts w:eastAsia="Arial"/>
                <w:sz w:val="20"/>
                <w:szCs w:val="20"/>
                <w:lang w:val="de-DE"/>
              </w:rPr>
              <w:t>jetësore</w:t>
            </w:r>
            <w:proofErr w:type="spellEnd"/>
            <w:r w:rsidRPr="00B03652">
              <w:rPr>
                <w:rFonts w:eastAsia="Arial"/>
                <w:sz w:val="20"/>
                <w:szCs w:val="20"/>
                <w:lang w:val="de-DE"/>
              </w:rPr>
              <w:t>.</w:t>
            </w:r>
          </w:p>
          <w:p w:rsidR="00B03652" w:rsidRDefault="00B03652">
            <w:pPr>
              <w:rPr>
                <w:rFonts w:eastAsia="Arial"/>
                <w:sz w:val="20"/>
                <w:szCs w:val="20"/>
                <w:lang w:val="de-DE"/>
              </w:rPr>
            </w:pPr>
          </w:p>
          <w:p w:rsidR="00516D86" w:rsidRPr="00B03652" w:rsidRDefault="00000000">
            <w:pPr>
              <w:rPr>
                <w:sz w:val="20"/>
                <w:szCs w:val="20"/>
                <w:lang w:val="de-DE"/>
              </w:rPr>
            </w:pPr>
            <w:proofErr w:type="spellStart"/>
            <w:r w:rsidRPr="00B03652">
              <w:rPr>
                <w:rFonts w:eastAsia="Arial"/>
                <w:sz w:val="20"/>
                <w:szCs w:val="20"/>
                <w:lang w:val="de-DE"/>
              </w:rPr>
              <w:t>Jeta</w:t>
            </w:r>
            <w:proofErr w:type="spellEnd"/>
            <w:r w:rsidRPr="00B03652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03652">
              <w:rPr>
                <w:rFonts w:eastAsia="Arial"/>
                <w:sz w:val="20"/>
                <w:szCs w:val="20"/>
                <w:lang w:val="de-DE"/>
              </w:rPr>
              <w:t>dhe</w:t>
            </w:r>
            <w:proofErr w:type="spellEnd"/>
            <w:r w:rsidRPr="00B03652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03652">
              <w:rPr>
                <w:rFonts w:eastAsia="Arial"/>
                <w:sz w:val="20"/>
                <w:szCs w:val="20"/>
                <w:lang w:val="de-DE"/>
              </w:rPr>
              <w:t>puna</w:t>
            </w:r>
            <w:proofErr w:type="spellEnd"/>
            <w:r w:rsidRPr="00B03652">
              <w:rPr>
                <w:rFonts w:eastAsia="Arial"/>
                <w:sz w:val="20"/>
                <w:szCs w:val="20"/>
                <w:lang w:val="de-DE"/>
              </w:rPr>
              <w:t xml:space="preserve"> – </w:t>
            </w:r>
            <w:proofErr w:type="spellStart"/>
            <w:r w:rsidRPr="00B03652">
              <w:rPr>
                <w:rFonts w:eastAsia="Arial"/>
                <w:sz w:val="20"/>
                <w:szCs w:val="20"/>
                <w:lang w:val="de-DE"/>
              </w:rPr>
              <w:t>zgjidhje</w:t>
            </w:r>
            <w:proofErr w:type="spellEnd"/>
            <w:r w:rsidRPr="00B03652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03652">
              <w:rPr>
                <w:rFonts w:eastAsia="Arial"/>
                <w:sz w:val="20"/>
                <w:szCs w:val="20"/>
                <w:lang w:val="de-DE"/>
              </w:rPr>
              <w:t>problemesh</w:t>
            </w:r>
            <w:proofErr w:type="spellEnd"/>
            <w:r w:rsidRPr="00B03652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03652">
              <w:rPr>
                <w:rFonts w:eastAsia="Arial"/>
                <w:sz w:val="20"/>
                <w:szCs w:val="20"/>
                <w:lang w:val="de-DE"/>
              </w:rPr>
              <w:t>praktike</w:t>
            </w:r>
            <w:proofErr w:type="spellEnd"/>
            <w:r w:rsidRPr="00B03652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03652">
              <w:rPr>
                <w:rFonts w:eastAsia="Arial"/>
                <w:sz w:val="20"/>
                <w:szCs w:val="20"/>
                <w:lang w:val="de-DE"/>
              </w:rPr>
              <w:t>dhe</w:t>
            </w:r>
            <w:proofErr w:type="spellEnd"/>
            <w:r w:rsidRPr="00B03652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03652">
              <w:rPr>
                <w:rFonts w:eastAsia="Arial"/>
                <w:sz w:val="20"/>
                <w:szCs w:val="20"/>
                <w:lang w:val="de-DE"/>
              </w:rPr>
              <w:t>përdorim</w:t>
            </w:r>
            <w:proofErr w:type="spellEnd"/>
            <w:r w:rsidRPr="00B03652">
              <w:rPr>
                <w:rFonts w:eastAsia="Arial"/>
                <w:sz w:val="20"/>
                <w:szCs w:val="20"/>
                <w:lang w:val="de-DE"/>
              </w:rPr>
              <w:t xml:space="preserve"> i TIK-</w:t>
            </w:r>
            <w:proofErr w:type="spellStart"/>
            <w:r w:rsidRPr="00B03652">
              <w:rPr>
                <w:rFonts w:eastAsia="Arial"/>
                <w:sz w:val="20"/>
                <w:szCs w:val="20"/>
                <w:lang w:val="de-DE"/>
              </w:rPr>
              <w:t>ut</w:t>
            </w:r>
            <w:proofErr w:type="spellEnd"/>
            <w:r w:rsidRPr="00B03652">
              <w:rPr>
                <w:rFonts w:eastAsia="Arial"/>
                <w:sz w:val="20"/>
                <w:szCs w:val="20"/>
                <w:lang w:val="de-DE"/>
              </w:rPr>
              <w:t>.</w:t>
            </w:r>
          </w:p>
          <w:p w:rsidR="00B03652" w:rsidRDefault="00B03652">
            <w:pPr>
              <w:rPr>
                <w:rFonts w:eastAsia="Arial"/>
                <w:sz w:val="20"/>
                <w:szCs w:val="20"/>
                <w:lang w:val="de-DE"/>
              </w:rPr>
            </w:pPr>
          </w:p>
          <w:p w:rsidR="00516D86" w:rsidRPr="00B03652" w:rsidRDefault="00000000">
            <w:pPr>
              <w:rPr>
                <w:sz w:val="20"/>
                <w:szCs w:val="20"/>
                <w:lang w:val="de-DE"/>
              </w:rPr>
            </w:pPr>
            <w:proofErr w:type="spellStart"/>
            <w:r w:rsidRPr="00B03652">
              <w:rPr>
                <w:rFonts w:eastAsia="Arial"/>
                <w:sz w:val="20"/>
                <w:szCs w:val="20"/>
                <w:lang w:val="de-DE"/>
              </w:rPr>
              <w:t>Edukatë</w:t>
            </w:r>
            <w:proofErr w:type="spellEnd"/>
            <w:r w:rsidRPr="00B03652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03652">
              <w:rPr>
                <w:rFonts w:eastAsia="Arial"/>
                <w:sz w:val="20"/>
                <w:szCs w:val="20"/>
                <w:lang w:val="de-DE"/>
              </w:rPr>
              <w:t>fizike</w:t>
            </w:r>
            <w:proofErr w:type="spellEnd"/>
            <w:r w:rsidRPr="00B03652">
              <w:rPr>
                <w:rFonts w:eastAsia="Arial"/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B03652">
              <w:rPr>
                <w:rFonts w:eastAsia="Arial"/>
                <w:sz w:val="20"/>
                <w:szCs w:val="20"/>
                <w:lang w:val="de-DE"/>
              </w:rPr>
              <w:t>sportet</w:t>
            </w:r>
            <w:proofErr w:type="spellEnd"/>
            <w:r w:rsidRPr="00B03652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03652">
              <w:rPr>
                <w:rFonts w:eastAsia="Arial"/>
                <w:sz w:val="20"/>
                <w:szCs w:val="20"/>
                <w:lang w:val="de-DE"/>
              </w:rPr>
              <w:t>dhe</w:t>
            </w:r>
            <w:proofErr w:type="spellEnd"/>
            <w:r w:rsidRPr="00B03652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03652">
              <w:rPr>
                <w:rFonts w:eastAsia="Arial"/>
                <w:sz w:val="20"/>
                <w:szCs w:val="20"/>
                <w:lang w:val="de-DE"/>
              </w:rPr>
              <w:t>shëndeti</w:t>
            </w:r>
            <w:proofErr w:type="spellEnd"/>
            <w:r w:rsidRPr="00B03652">
              <w:rPr>
                <w:rFonts w:eastAsia="Arial"/>
                <w:sz w:val="20"/>
                <w:szCs w:val="20"/>
                <w:lang w:val="de-DE"/>
              </w:rPr>
              <w:t xml:space="preserve"> – </w:t>
            </w:r>
            <w:proofErr w:type="spellStart"/>
            <w:r w:rsidRPr="00B03652">
              <w:rPr>
                <w:rFonts w:eastAsia="Arial"/>
                <w:sz w:val="20"/>
                <w:szCs w:val="20"/>
                <w:lang w:val="de-DE"/>
              </w:rPr>
              <w:t>matje</w:t>
            </w:r>
            <w:proofErr w:type="spellEnd"/>
            <w:r w:rsidRPr="00B03652">
              <w:rPr>
                <w:rFonts w:eastAsia="Arial"/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B03652">
              <w:rPr>
                <w:rFonts w:eastAsia="Arial"/>
                <w:sz w:val="20"/>
                <w:szCs w:val="20"/>
                <w:lang w:val="de-DE"/>
              </w:rPr>
              <w:t>raporte</w:t>
            </w:r>
            <w:proofErr w:type="spellEnd"/>
            <w:r w:rsidRPr="00B03652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03652">
              <w:rPr>
                <w:rFonts w:eastAsia="Arial"/>
                <w:sz w:val="20"/>
                <w:szCs w:val="20"/>
                <w:lang w:val="de-DE"/>
              </w:rPr>
              <w:t>dhe</w:t>
            </w:r>
            <w:proofErr w:type="spellEnd"/>
            <w:r w:rsidRPr="00B03652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03652">
              <w:rPr>
                <w:rFonts w:eastAsia="Arial"/>
                <w:sz w:val="20"/>
                <w:szCs w:val="20"/>
                <w:lang w:val="de-DE"/>
              </w:rPr>
              <w:t>interpretim</w:t>
            </w:r>
            <w:proofErr w:type="spellEnd"/>
            <w:r w:rsidRPr="00B03652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03652">
              <w:rPr>
                <w:rFonts w:eastAsia="Arial"/>
                <w:sz w:val="20"/>
                <w:szCs w:val="20"/>
                <w:lang w:val="de-DE"/>
              </w:rPr>
              <w:t>të</w:t>
            </w:r>
            <w:proofErr w:type="spellEnd"/>
            <w:r w:rsidRPr="00B03652">
              <w:rPr>
                <w:rFonts w:eastAsia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03652">
              <w:rPr>
                <w:rFonts w:eastAsia="Arial"/>
                <w:sz w:val="20"/>
                <w:szCs w:val="20"/>
                <w:lang w:val="de-DE"/>
              </w:rPr>
              <w:t>dhënash</w:t>
            </w:r>
            <w:proofErr w:type="spellEnd"/>
            <w:r w:rsidRPr="00B03652">
              <w:rPr>
                <w:rFonts w:eastAsia="Arial"/>
                <w:sz w:val="20"/>
                <w:szCs w:val="20"/>
                <w:lang w:val="de-DE"/>
              </w:rPr>
              <w:t>.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16D86" w:rsidRPr="00B03652" w:rsidRDefault="00000000">
            <w:pPr>
              <w:rPr>
                <w:sz w:val="20"/>
                <w:szCs w:val="20"/>
              </w:rPr>
            </w:pPr>
            <w:proofErr w:type="spellStart"/>
            <w:r w:rsidRPr="00B03652">
              <w:rPr>
                <w:rFonts w:eastAsia="Arial"/>
                <w:sz w:val="20"/>
                <w:szCs w:val="20"/>
              </w:rPr>
              <w:lastRenderedPageBreak/>
              <w:t>Matematika</w:t>
            </w:r>
            <w:proofErr w:type="spellEnd"/>
            <w:r w:rsidRPr="00B03652">
              <w:rPr>
                <w:rFonts w:eastAsia="Arial"/>
                <w:sz w:val="20"/>
                <w:szCs w:val="20"/>
              </w:rPr>
              <w:t xml:space="preserve"> 9 – </w:t>
            </w:r>
            <w:proofErr w:type="spellStart"/>
            <w:r w:rsidRPr="00B03652">
              <w:rPr>
                <w:rFonts w:eastAsia="Arial"/>
                <w:sz w:val="20"/>
                <w:szCs w:val="20"/>
              </w:rPr>
              <w:t>Botime</w:t>
            </w:r>
            <w:proofErr w:type="spellEnd"/>
            <w:r w:rsidRPr="00B03652">
              <w:rPr>
                <w:rFonts w:eastAsia="Arial"/>
                <w:sz w:val="20"/>
                <w:szCs w:val="20"/>
              </w:rPr>
              <w:t xml:space="preserve"> PEGI, Kosovë, Prishtinë 2022.</w:t>
            </w:r>
          </w:p>
          <w:p w:rsidR="00B03652" w:rsidRDefault="00B03652">
            <w:pPr>
              <w:rPr>
                <w:rFonts w:eastAsia="Arial"/>
                <w:sz w:val="20"/>
                <w:szCs w:val="20"/>
              </w:rPr>
            </w:pPr>
          </w:p>
          <w:p w:rsidR="00516D86" w:rsidRPr="00B03652" w:rsidRDefault="00000000">
            <w:pPr>
              <w:rPr>
                <w:sz w:val="20"/>
                <w:szCs w:val="20"/>
              </w:rPr>
            </w:pPr>
            <w:r w:rsidRPr="00B03652">
              <w:rPr>
                <w:rFonts w:eastAsia="Arial"/>
                <w:sz w:val="20"/>
                <w:szCs w:val="20"/>
              </w:rPr>
              <w:t>Fletore pune – Matematika 9, PEGI.</w:t>
            </w:r>
          </w:p>
          <w:p w:rsidR="00516D86" w:rsidRPr="00B03652" w:rsidRDefault="00516D86">
            <w:pPr>
              <w:rPr>
                <w:sz w:val="20"/>
                <w:szCs w:val="20"/>
              </w:rPr>
            </w:pPr>
          </w:p>
          <w:p w:rsidR="00516D86" w:rsidRPr="00B03652" w:rsidRDefault="00000000">
            <w:pPr>
              <w:rPr>
                <w:sz w:val="20"/>
                <w:szCs w:val="20"/>
              </w:rPr>
            </w:pPr>
            <w:r w:rsidRPr="00B03652">
              <w:rPr>
                <w:rFonts w:eastAsia="Arial"/>
                <w:sz w:val="20"/>
                <w:szCs w:val="20"/>
              </w:rPr>
              <w:t xml:space="preserve">GeoGebra, </w:t>
            </w:r>
            <w:r w:rsidRPr="00B03652">
              <w:rPr>
                <w:rFonts w:eastAsia="Arial"/>
                <w:sz w:val="20"/>
                <w:szCs w:val="20"/>
              </w:rPr>
              <w:lastRenderedPageBreak/>
              <w:t>kalkulator, mjete gjeometrike, Excel, fletë pune dhe burime digjitale.</w:t>
            </w:r>
          </w:p>
        </w:tc>
      </w:tr>
      <w:tr w:rsidR="000672E0" w:rsidRPr="009E1A94" w:rsidTr="00F63F2F">
        <w:tc>
          <w:tcPr>
            <w:tcW w:w="360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EF2E8"/>
          </w:tcPr>
          <w:p w:rsidR="000672E0" w:rsidRPr="009E1A94" w:rsidRDefault="000672E0" w:rsidP="000672E0">
            <w:pPr>
              <w:rPr>
                <w:sz w:val="20"/>
                <w:szCs w:val="20"/>
              </w:rPr>
            </w:pPr>
            <w:r w:rsidRPr="009E1A94">
              <w:rPr>
                <w:b/>
                <w:sz w:val="20"/>
                <w:szCs w:val="20"/>
              </w:rPr>
              <w:lastRenderedPageBreak/>
              <w:t>Arsimtari:</w:t>
            </w:r>
          </w:p>
        </w:tc>
        <w:tc>
          <w:tcPr>
            <w:tcW w:w="10858" w:type="dxa"/>
            <w:gridSpan w:val="9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672E0" w:rsidRDefault="000672E0" w:rsidP="000672E0">
            <w:pPr>
              <w:rPr>
                <w:sz w:val="20"/>
                <w:szCs w:val="20"/>
              </w:rPr>
            </w:pPr>
          </w:p>
          <w:p w:rsidR="000672E0" w:rsidRPr="009E1A94" w:rsidRDefault="000672E0" w:rsidP="000672E0">
            <w:pPr>
              <w:rPr>
                <w:sz w:val="20"/>
                <w:szCs w:val="20"/>
              </w:rPr>
            </w:pPr>
          </w:p>
        </w:tc>
      </w:tr>
    </w:tbl>
    <w:p w:rsidR="00F02432" w:rsidRDefault="00F02432"/>
    <w:p w:rsidR="00F02432" w:rsidRDefault="00F02432"/>
    <w:p w:rsidR="00F02432" w:rsidRDefault="00F02432"/>
    <w:p w:rsidR="00F02432" w:rsidRDefault="00F02432"/>
    <w:p w:rsidR="00F02432" w:rsidRDefault="00F02432"/>
    <w:p w:rsidR="00F02432" w:rsidRDefault="00F02432"/>
    <w:p w:rsidR="00F02432" w:rsidRDefault="00F02432"/>
    <w:p w:rsidR="00F02432" w:rsidRDefault="00F02432"/>
    <w:p w:rsidR="00F02432" w:rsidRDefault="00F02432"/>
    <w:p w:rsidR="00831FA5" w:rsidRDefault="00831FA5" w:rsidP="006E761A"/>
    <w:sectPr w:rsidR="00831FA5" w:rsidSect="00034616">
      <w:pgSz w:w="16838" w:h="11905" w:orient="landscape"/>
      <w:pgMar w:top="346" w:right="317" w:bottom="346" w:left="317" w:header="14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7544E" w:rsidRDefault="00D7544E" w:rsidP="00B34465">
      <w:r>
        <w:separator/>
      </w:r>
    </w:p>
  </w:endnote>
  <w:endnote w:type="continuationSeparator" w:id="0">
    <w:p w:rsidR="00D7544E" w:rsidRDefault="00D7544E" w:rsidP="00B344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  <w:font w:name="ArialMT">
    <w:altName w:val="Yu Gothic UI"/>
    <w:panose1 w:val="020B0604020202020204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7544E" w:rsidRDefault="00D7544E" w:rsidP="00B34465">
      <w:r>
        <w:separator/>
      </w:r>
    </w:p>
  </w:footnote>
  <w:footnote w:type="continuationSeparator" w:id="0">
    <w:p w:rsidR="00D7544E" w:rsidRDefault="00D7544E" w:rsidP="00B344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1781208"/>
    <w:multiLevelType w:val="hybridMultilevel"/>
    <w:tmpl w:val="F1B6984C"/>
    <w:lvl w:ilvl="0" w:tplc="1004B03A">
      <w:start w:val="6"/>
      <w:numFmt w:val="bullet"/>
      <w:lvlText w:val="-"/>
      <w:lvlJc w:val="left"/>
      <w:pPr>
        <w:ind w:left="78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065B6E4F"/>
    <w:multiLevelType w:val="multilevel"/>
    <w:tmpl w:val="34CAA09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06853EFF"/>
    <w:multiLevelType w:val="multilevel"/>
    <w:tmpl w:val="ED32185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6E53C7D"/>
    <w:multiLevelType w:val="hybridMultilevel"/>
    <w:tmpl w:val="7EEEF3CE"/>
    <w:lvl w:ilvl="0" w:tplc="08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85B373B"/>
    <w:multiLevelType w:val="multilevel"/>
    <w:tmpl w:val="01DE03E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0CEA21D2"/>
    <w:multiLevelType w:val="hybridMultilevel"/>
    <w:tmpl w:val="39D04554"/>
    <w:lvl w:ilvl="0" w:tplc="1F14C030">
      <w:start w:val="28"/>
      <w:numFmt w:val="bullet"/>
      <w:lvlText w:val="-"/>
      <w:lvlJc w:val="left"/>
      <w:pPr>
        <w:ind w:left="36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0D260BE3"/>
    <w:multiLevelType w:val="multilevel"/>
    <w:tmpl w:val="4D14502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12B71A87"/>
    <w:multiLevelType w:val="multilevel"/>
    <w:tmpl w:val="BEFA309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7" w15:restartNumberingAfterBreak="0">
    <w:nsid w:val="170830B5"/>
    <w:multiLevelType w:val="multilevel"/>
    <w:tmpl w:val="7BF2928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1CEA70F7"/>
    <w:multiLevelType w:val="hybridMultilevel"/>
    <w:tmpl w:val="E3248D08"/>
    <w:lvl w:ilvl="0" w:tplc="1004B03A">
      <w:start w:val="6"/>
      <w:numFmt w:val="bullet"/>
      <w:lvlText w:val="-"/>
      <w:lvlJc w:val="left"/>
      <w:pPr>
        <w:ind w:left="944" w:hanging="360"/>
      </w:pPr>
      <w:rPr>
        <w:rFonts w:ascii="Times New Roman" w:eastAsia="MS Mincho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6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44" w:hanging="360"/>
      </w:pPr>
      <w:rPr>
        <w:rFonts w:ascii="Wingdings" w:hAnsi="Wingdings" w:hint="default"/>
      </w:rPr>
    </w:lvl>
  </w:abstractNum>
  <w:abstractNum w:abstractNumId="19" w15:restartNumberingAfterBreak="0">
    <w:nsid w:val="26BE1280"/>
    <w:multiLevelType w:val="multilevel"/>
    <w:tmpl w:val="F9A6DF2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0" w15:restartNumberingAfterBreak="0">
    <w:nsid w:val="2FE22F72"/>
    <w:multiLevelType w:val="hybridMultilevel"/>
    <w:tmpl w:val="B42EF9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CE721C"/>
    <w:multiLevelType w:val="multilevel"/>
    <w:tmpl w:val="FEB2871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2" w15:restartNumberingAfterBreak="0">
    <w:nsid w:val="3D715DC4"/>
    <w:multiLevelType w:val="multilevel"/>
    <w:tmpl w:val="F1525AB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43303F22"/>
    <w:multiLevelType w:val="multilevel"/>
    <w:tmpl w:val="762AA9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C2909CC"/>
    <w:multiLevelType w:val="multilevel"/>
    <w:tmpl w:val="FB5EED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4DEC1BBC"/>
    <w:multiLevelType w:val="hybridMultilevel"/>
    <w:tmpl w:val="41FE0D30"/>
    <w:lvl w:ilvl="0" w:tplc="1004B03A">
      <w:start w:val="6"/>
      <w:numFmt w:val="bullet"/>
      <w:lvlText w:val="-"/>
      <w:lvlJc w:val="left"/>
      <w:pPr>
        <w:ind w:left="780" w:hanging="360"/>
      </w:pPr>
      <w:rPr>
        <w:rFonts w:ascii="Times New Roman" w:eastAsia="MS Mincho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ED0F3D"/>
    <w:multiLevelType w:val="multilevel"/>
    <w:tmpl w:val="9C8E63F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i w:val="0"/>
        <w:sz w:val="17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i w:val="0"/>
        <w:sz w:val="17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  <w:sz w:val="17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  <w:sz w:val="17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i w:val="0"/>
        <w:sz w:val="17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  <w:sz w:val="17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i w:val="0"/>
        <w:sz w:val="17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  <w:sz w:val="17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i w:val="0"/>
        <w:sz w:val="17"/>
      </w:rPr>
    </w:lvl>
  </w:abstractNum>
  <w:abstractNum w:abstractNumId="27" w15:restartNumberingAfterBreak="0">
    <w:nsid w:val="53B928E8"/>
    <w:multiLevelType w:val="hybridMultilevel"/>
    <w:tmpl w:val="2A9E77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691A1A"/>
    <w:multiLevelType w:val="multilevel"/>
    <w:tmpl w:val="343AFFE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58267943"/>
    <w:multiLevelType w:val="hybridMultilevel"/>
    <w:tmpl w:val="27E26A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4B4D5A"/>
    <w:multiLevelType w:val="hybridMultilevel"/>
    <w:tmpl w:val="9DE4DD08"/>
    <w:lvl w:ilvl="0" w:tplc="1F14C030">
      <w:start w:val="28"/>
      <w:numFmt w:val="bullet"/>
      <w:lvlText w:val="-"/>
      <w:lvlJc w:val="left"/>
      <w:pPr>
        <w:ind w:left="390" w:hanging="360"/>
      </w:pPr>
      <w:rPr>
        <w:rFonts w:ascii="Times New Roman" w:eastAsia="MS Mincho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31" w15:restartNumberingAfterBreak="0">
    <w:nsid w:val="5E407605"/>
    <w:multiLevelType w:val="hybridMultilevel"/>
    <w:tmpl w:val="B9A8149A"/>
    <w:lvl w:ilvl="0" w:tplc="08090001">
      <w:start w:val="1"/>
      <w:numFmt w:val="bullet"/>
      <w:lvlText w:val=""/>
      <w:lvlJc w:val="left"/>
      <w:pPr>
        <w:ind w:left="88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44" w:hanging="360"/>
      </w:pPr>
      <w:rPr>
        <w:rFonts w:ascii="Wingdings" w:hAnsi="Wingdings" w:hint="default"/>
      </w:rPr>
    </w:lvl>
  </w:abstractNum>
  <w:abstractNum w:abstractNumId="32" w15:restartNumberingAfterBreak="0">
    <w:nsid w:val="5F2C6BB1"/>
    <w:multiLevelType w:val="hybridMultilevel"/>
    <w:tmpl w:val="66F8D1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047085"/>
    <w:multiLevelType w:val="hybridMultilevel"/>
    <w:tmpl w:val="D29E971E"/>
    <w:lvl w:ilvl="0" w:tplc="1AA46C78"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  <w:sz w:val="17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F8467D"/>
    <w:multiLevelType w:val="hybridMultilevel"/>
    <w:tmpl w:val="EF0052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B73CB2"/>
    <w:multiLevelType w:val="multilevel"/>
    <w:tmpl w:val="797881D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687A60E9"/>
    <w:multiLevelType w:val="hybridMultilevel"/>
    <w:tmpl w:val="3984F64A"/>
    <w:lvl w:ilvl="0" w:tplc="1004B03A">
      <w:start w:val="6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FD2011"/>
    <w:multiLevelType w:val="hybridMultilevel"/>
    <w:tmpl w:val="DE62F1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71355B"/>
    <w:multiLevelType w:val="hybridMultilevel"/>
    <w:tmpl w:val="4058CF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6E1927"/>
    <w:multiLevelType w:val="hybridMultilevel"/>
    <w:tmpl w:val="4CB07C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0065CB"/>
    <w:multiLevelType w:val="hybridMultilevel"/>
    <w:tmpl w:val="E96EDF3C"/>
    <w:lvl w:ilvl="0" w:tplc="08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41" w15:restartNumberingAfterBreak="0">
    <w:nsid w:val="7E1419E2"/>
    <w:multiLevelType w:val="hybridMultilevel"/>
    <w:tmpl w:val="54E66906"/>
    <w:lvl w:ilvl="0" w:tplc="08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num w:numId="1" w16cid:durableId="647855790">
    <w:abstractNumId w:val="8"/>
  </w:num>
  <w:num w:numId="2" w16cid:durableId="17238637">
    <w:abstractNumId w:val="6"/>
  </w:num>
  <w:num w:numId="3" w16cid:durableId="441191189">
    <w:abstractNumId w:val="5"/>
  </w:num>
  <w:num w:numId="4" w16cid:durableId="354619221">
    <w:abstractNumId w:val="4"/>
  </w:num>
  <w:num w:numId="5" w16cid:durableId="68158115">
    <w:abstractNumId w:val="7"/>
  </w:num>
  <w:num w:numId="6" w16cid:durableId="523831253">
    <w:abstractNumId w:val="3"/>
  </w:num>
  <w:num w:numId="7" w16cid:durableId="1241793773">
    <w:abstractNumId w:val="2"/>
  </w:num>
  <w:num w:numId="8" w16cid:durableId="617954815">
    <w:abstractNumId w:val="1"/>
  </w:num>
  <w:num w:numId="9" w16cid:durableId="2002075957">
    <w:abstractNumId w:val="0"/>
  </w:num>
  <w:num w:numId="10" w16cid:durableId="510605444">
    <w:abstractNumId w:val="32"/>
  </w:num>
  <w:num w:numId="11" w16cid:durableId="173154364">
    <w:abstractNumId w:val="34"/>
  </w:num>
  <w:num w:numId="12" w16cid:durableId="241574381">
    <w:abstractNumId w:val="19"/>
  </w:num>
  <w:num w:numId="13" w16cid:durableId="934746071">
    <w:abstractNumId w:val="13"/>
  </w:num>
  <w:num w:numId="14" w16cid:durableId="104540629">
    <w:abstractNumId w:val="16"/>
  </w:num>
  <w:num w:numId="15" w16cid:durableId="1850824095">
    <w:abstractNumId w:val="10"/>
  </w:num>
  <w:num w:numId="16" w16cid:durableId="2109306873">
    <w:abstractNumId w:val="24"/>
  </w:num>
  <w:num w:numId="17" w16cid:durableId="2085640531">
    <w:abstractNumId w:val="35"/>
  </w:num>
  <w:num w:numId="18" w16cid:durableId="1443955442">
    <w:abstractNumId w:val="22"/>
  </w:num>
  <w:num w:numId="19" w16cid:durableId="884295314">
    <w:abstractNumId w:val="26"/>
  </w:num>
  <w:num w:numId="20" w16cid:durableId="733700672">
    <w:abstractNumId w:val="15"/>
  </w:num>
  <w:num w:numId="21" w16cid:durableId="761685024">
    <w:abstractNumId w:val="28"/>
  </w:num>
  <w:num w:numId="22" w16cid:durableId="1398628256">
    <w:abstractNumId w:val="17"/>
  </w:num>
  <w:num w:numId="23" w16cid:durableId="302199456">
    <w:abstractNumId w:val="27"/>
  </w:num>
  <w:num w:numId="24" w16cid:durableId="231622718">
    <w:abstractNumId w:val="30"/>
  </w:num>
  <w:num w:numId="25" w16cid:durableId="436951706">
    <w:abstractNumId w:val="41"/>
  </w:num>
  <w:num w:numId="26" w16cid:durableId="387458201">
    <w:abstractNumId w:val="11"/>
  </w:num>
  <w:num w:numId="27" w16cid:durableId="1362437109">
    <w:abstractNumId w:val="23"/>
  </w:num>
  <w:num w:numId="28" w16cid:durableId="541333323">
    <w:abstractNumId w:val="21"/>
  </w:num>
  <w:num w:numId="29" w16cid:durableId="238289392">
    <w:abstractNumId w:val="40"/>
  </w:num>
  <w:num w:numId="30" w16cid:durableId="816529029">
    <w:abstractNumId w:val="20"/>
  </w:num>
  <w:num w:numId="31" w16cid:durableId="1937129854">
    <w:abstractNumId w:val="14"/>
  </w:num>
  <w:num w:numId="32" w16cid:durableId="1207909389">
    <w:abstractNumId w:val="38"/>
  </w:num>
  <w:num w:numId="33" w16cid:durableId="1728145347">
    <w:abstractNumId w:val="39"/>
  </w:num>
  <w:num w:numId="34" w16cid:durableId="1037773368">
    <w:abstractNumId w:val="37"/>
  </w:num>
  <w:num w:numId="35" w16cid:durableId="701973725">
    <w:abstractNumId w:val="33"/>
  </w:num>
  <w:num w:numId="36" w16cid:durableId="508178687">
    <w:abstractNumId w:val="29"/>
  </w:num>
  <w:num w:numId="37" w16cid:durableId="843210109">
    <w:abstractNumId w:val="9"/>
  </w:num>
  <w:num w:numId="38" w16cid:durableId="2028602416">
    <w:abstractNumId w:val="25"/>
  </w:num>
  <w:num w:numId="39" w16cid:durableId="898596095">
    <w:abstractNumId w:val="18"/>
  </w:num>
  <w:num w:numId="40" w16cid:durableId="975569935">
    <w:abstractNumId w:val="31"/>
  </w:num>
  <w:num w:numId="41" w16cid:durableId="1834493892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32324001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24AC1"/>
    <w:rsid w:val="0003202A"/>
    <w:rsid w:val="00033D99"/>
    <w:rsid w:val="00034616"/>
    <w:rsid w:val="0006063C"/>
    <w:rsid w:val="000672E0"/>
    <w:rsid w:val="000B20C6"/>
    <w:rsid w:val="000D5A18"/>
    <w:rsid w:val="000E7B4B"/>
    <w:rsid w:val="000F549D"/>
    <w:rsid w:val="00110EFD"/>
    <w:rsid w:val="001159F3"/>
    <w:rsid w:val="0012383D"/>
    <w:rsid w:val="00136068"/>
    <w:rsid w:val="0015074B"/>
    <w:rsid w:val="001654B1"/>
    <w:rsid w:val="001B0AB0"/>
    <w:rsid w:val="001B644D"/>
    <w:rsid w:val="00206AA7"/>
    <w:rsid w:val="00213EAA"/>
    <w:rsid w:val="002703CA"/>
    <w:rsid w:val="00276984"/>
    <w:rsid w:val="00280E86"/>
    <w:rsid w:val="0029639D"/>
    <w:rsid w:val="002A7BCF"/>
    <w:rsid w:val="002D6B01"/>
    <w:rsid w:val="00301821"/>
    <w:rsid w:val="00304244"/>
    <w:rsid w:val="00326F90"/>
    <w:rsid w:val="00354598"/>
    <w:rsid w:val="003723AF"/>
    <w:rsid w:val="003B1D6A"/>
    <w:rsid w:val="003E7CE4"/>
    <w:rsid w:val="004D3F8A"/>
    <w:rsid w:val="004D4998"/>
    <w:rsid w:val="004E4F15"/>
    <w:rsid w:val="00516D86"/>
    <w:rsid w:val="005908B1"/>
    <w:rsid w:val="005B603F"/>
    <w:rsid w:val="005F4F1B"/>
    <w:rsid w:val="0062012B"/>
    <w:rsid w:val="006416F8"/>
    <w:rsid w:val="00643454"/>
    <w:rsid w:val="006E761A"/>
    <w:rsid w:val="00781B72"/>
    <w:rsid w:val="007B5075"/>
    <w:rsid w:val="007C6219"/>
    <w:rsid w:val="00817FFD"/>
    <w:rsid w:val="00831FA5"/>
    <w:rsid w:val="008444D5"/>
    <w:rsid w:val="008C02DD"/>
    <w:rsid w:val="008E3B67"/>
    <w:rsid w:val="00920A86"/>
    <w:rsid w:val="00947A2A"/>
    <w:rsid w:val="00974198"/>
    <w:rsid w:val="00983ADC"/>
    <w:rsid w:val="00983F9C"/>
    <w:rsid w:val="00A211EA"/>
    <w:rsid w:val="00A9116B"/>
    <w:rsid w:val="00AA1D8D"/>
    <w:rsid w:val="00AE2492"/>
    <w:rsid w:val="00AF605D"/>
    <w:rsid w:val="00B0123D"/>
    <w:rsid w:val="00B03652"/>
    <w:rsid w:val="00B05EAF"/>
    <w:rsid w:val="00B34465"/>
    <w:rsid w:val="00B47730"/>
    <w:rsid w:val="00B551DE"/>
    <w:rsid w:val="00B62707"/>
    <w:rsid w:val="00BB5BD9"/>
    <w:rsid w:val="00BF4518"/>
    <w:rsid w:val="00C26CEF"/>
    <w:rsid w:val="00C644E4"/>
    <w:rsid w:val="00C70CBC"/>
    <w:rsid w:val="00C816EF"/>
    <w:rsid w:val="00C84338"/>
    <w:rsid w:val="00C84F42"/>
    <w:rsid w:val="00CB0664"/>
    <w:rsid w:val="00D20552"/>
    <w:rsid w:val="00D7544E"/>
    <w:rsid w:val="00D841CD"/>
    <w:rsid w:val="00E26124"/>
    <w:rsid w:val="00E3591E"/>
    <w:rsid w:val="00EB5C12"/>
    <w:rsid w:val="00F02432"/>
    <w:rsid w:val="00F1503E"/>
    <w:rsid w:val="00F50C0A"/>
    <w:rsid w:val="00F50E61"/>
    <w:rsid w:val="00FB586F"/>
    <w:rsid w:val="00FC693F"/>
    <w:rsid w:val="00FE6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38AAE7BD"/>
  <w14:defaultImageDpi w14:val="300"/>
  <w15:docId w15:val="{5126E384-7942-3344-BFD5-9A336CB11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1D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DE"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mallNote">
    <w:name w:val="SmallNote"/>
    <w:rPr>
      <w:rFonts w:ascii="Times New Roman" w:eastAsia="Times New Roman" w:hAnsi="Times New Roman"/>
      <w:i/>
      <w:sz w:val="15"/>
    </w:rPr>
  </w:style>
  <w:style w:type="paragraph" w:customStyle="1" w:styleId="TableParagraph">
    <w:name w:val="Table Paragraph"/>
    <w:basedOn w:val="Normal"/>
    <w:uiPriority w:val="1"/>
    <w:qFormat/>
    <w:rsid w:val="006416F8"/>
    <w:pPr>
      <w:widowControl w:val="0"/>
      <w:autoSpaceDE w:val="0"/>
      <w:autoSpaceDN w:val="0"/>
    </w:pPr>
    <w:rPr>
      <w:sz w:val="22"/>
      <w:lang w:bidi="en-US"/>
    </w:rPr>
  </w:style>
  <w:style w:type="character" w:customStyle="1" w:styleId="ListParagraphChar">
    <w:name w:val="List Paragraph Char"/>
    <w:link w:val="ListParagraph"/>
    <w:uiPriority w:val="34"/>
    <w:rsid w:val="008E3B67"/>
    <w:rPr>
      <w:rFonts w:ascii="Times New Roman" w:eastAsia="Times New Roman" w:hAnsi="Times New Roman" w:cs="Times New Roman"/>
      <w:sz w:val="24"/>
      <w:szCs w:val="24"/>
      <w:lang w:val="en-DE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21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6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335</TotalTime>
  <Pages>13</Pages>
  <Words>3949</Words>
  <Characters>22512</Characters>
  <Application>Microsoft Office Word</Application>
  <DocSecurity>0</DocSecurity>
  <Lines>187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Matematika 9 – Plani vjetor dhe planet periodike 2026–2027</vt:lpstr>
    </vt:vector>
  </TitlesOfParts>
  <Manager/>
  <Company/>
  <LinksUpToDate>false</LinksUpToDate>
  <CharactersWithSpaces>26409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Matematika 9 – Plani vjetor dhe planet periodike 2026–2027</dc:title>
  <dc:subject>Planifikimi mësimor – Matematikë, Klasa IX</dc:subject>
  <dc:creator>python-docx</dc:creator>
  <cp:keywords/>
  <dc:description>I përshtatur sipas strukturës së planit të Matematikës 7 dhe burimeve kurrikulare të Kosovës.</dc:description>
  <cp:lastModifiedBy>Imac</cp:lastModifiedBy>
  <cp:revision>66</cp:revision>
  <dcterms:created xsi:type="dcterms:W3CDTF">2013-12-23T23:15:00Z</dcterms:created>
  <dcterms:modified xsi:type="dcterms:W3CDTF">2026-08-24T12:16:00Z</dcterms:modified>
  <cp:category/>
</cp:coreProperties>
</file>